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모두가 소중해요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흰눈 공주에게 독사과를 보낸 진짜 범인은 누구였나요?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거짓말쟁이 진실의 거울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 왕비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마음씨 착한 작은 친구들(난쟁이)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흰눈 공주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거울이 왕비를 괴롭힌 방법은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비싸고 귀한 선물을 날마다 아주 많이 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외모를 비교하며 나쁜 말로 괴롭혔다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집을 부쉈다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먹을 것을 빼앗았다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흰눈 공주가 독사과를 먹고도 살 수 있었던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미리 신기한 약을 먹어 두어서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마법을 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배가 불러서 조금만 먹어서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도망쳐서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위험에 빠진 왕비를 도우러 출동한 이들은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경찰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소방관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동네 의사 선생님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은하안전단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주는, 외모에 대한 바른 생각은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모든 생명은 저마다 예쁘고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예쁜 사람만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외모가 가장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늘 누가 더 예쁜지 끝없이 비교해야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친구가 부러워 내 마음이 작아질 때 하면 좋은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친구를 자꾸자꾸 끝없이 더 부러워하기만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나만의 좋은 점을 떠올리고 스스로 칭찬한다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화를 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포기한다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마음이 너무 아프고 힘들 때 해야 할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무섭고 힘들어도 아무 말 없이 그냥 혼자 참는다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비밀로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믿을 수 있는 어른에게 말하고 도움을 청한다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화가 많이 날 때 마음을 가라앉히는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있는 힘을 다해 마구 큰 소리를 지른다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물건을 던진다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친구를 탓한다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가슴에 손을 얹고 천천히 숨을 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진실의 거울  ·          ·  독사과의 진짜 범인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은하안전단  ·          ·  도우러 온 영웅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나  ·          ·  세상에 하나뿐인 소중한 존재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좋아하는 '나만의 좋은 점'을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모두가 소중해요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거짓말쟁이 진실의 거울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외모를 비교하며 나쁜 말로 괴롭혔다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배가 불러서 조금만 먹어서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은하안전단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모든 생명은 저마다 예쁘고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나만의 좋은 점을 떠올리고 스스로 칭찬한다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믿을 수 있는 어른에게 말하고 도움을 청한다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가슴에 손을 얹고 천천히 숨을 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거울-진짜 범인 / 은하안전단-도우러 온 영웅 / 나-소중한 존재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나는 잘 웃고, 친구를 잘 도와주고, 무엇이든 맛있게 잘 먹는 내가 좋다. · (평가) 자신의 좋은 점을 자기 말로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