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먼저 다가가는 마음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부모님과 떨어져 지내며 속상해하던 초록이가 이모의 위로와 달리기로 자신감을 얻고, 전학 와 혼자 지내는 연두에게 먼저 다가간다. 연두의 공책에서 '죽고 싶다'는 낙서를 본 초록이는 이모의 조언대로 연두가 좋아하는 떡볶이를 함께 먹으며 마음을 듣고, 연두는 점점 밝아져 잘못한 친구에게 당당히 사과를 요구한다. 힘들어하는 친구에게 먼저 관심을 갖고 손 내미는 용기를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초록이가 이모와 함께 꾸준히 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매일 함께 달리기를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함께 그림을 그렸다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같이 게임을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매일 도서관에서 책을 읽었다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전학 온 연두의 모습으로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처음부터 반 친구들과 아주 잘 어울렸다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늘 혼자 뚱하게 있었다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반장이 되어 인기가 많았다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큰 소리로 늘 떠들었다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이모가 초록이에게 해 준 조언으로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모른 척 내버려 두라고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선생님께 맡기라고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관심과 정성을 주라고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다른 친구와 놀라고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초록이가 연두의 공책에서 보게 된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친구를 칭찬하는 예쁜 그림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칭찬 스티커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수학 숙제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'죽고 싶다'는 낙서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전학 온 연두가 늘 혼자 지낸다.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초록이가 떡볶이를 함께 먹으며 마음을 듣는다.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연두가 밝아져 당당해진다.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연두 공책의 '죽고 싶다' 낙서를 보게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초록이가 연두와 가까워지려고 한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값비싼 선물을 잔뜩 사서 안겼다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좋아하는 떡볶이를 같이 먹었다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억지로 사과시켰다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선생님께 일렀다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밝아진 연두가 자신에게 상처 준 석준이에게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피했다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똑같이 놀렸다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당당히 사과를 요구했다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선생님께 대신 혼내 달라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먼저 관심을 갖고 손 내밀기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달리기를 잘해야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전학은 가지 말아야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 일은 모른 척하는 게 낫다는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혼자 있거나 힘들어 보이는 친구에게 먼저 다가가 해 주고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도움이 필요해 보이는 친구를 발견했을 때 어떻게 도울 수 있을지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관심과 공감의 힘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부모님과 떨어져 지내며 속상해하던 초록이가 이모의 위로와 달리기로 자신감을 얻고, 전학 와 혼자 지내는 연두에게 먼저 다가간다. 연두의 공책에서 '죽고 싶다'는 낙서를 본 초록이는 이모의 조언대로 연두가 좋아하는 떡볶이를 함께 먹으며 마음을 듣고, 연두는 점점 밝아져 잘못한 친구에게 당당히 사과를 요구한다. 힘들어하는 친구에게 먼저 관심을 갖고 손 내미는 용기를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이모가 속상해하는 초록이를 대한 방식으로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마음을 알아주고 위로했다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 있으라고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울지 말라고 혼냈다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당장 부모님께 전화하라고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비유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이모가 든 비유 '사람은 ○○과 같아 적응에 관심이 필요하다'의 빈칸은?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식물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석준이가 연두에게 한 말의 문제점으로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너무 작게 말한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사실을 정확히 말한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잘 알지도 못하고 함부로 말한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친구들 앞에서 큰 소리로 칭찬한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방법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초록이가 연두의 마음을 연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이것저것 꼬치꼬치 억지로 캐물어 알아냈다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선생님께 대신 말했다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기다리기만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좋아하는 일을 함께하며 들어 줬다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전학 온 연두가 늘 혼자 지낸다.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초록이가 떡볶이를 함께 먹으며 마음을 듣는다.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연두가 밝아져 당당해진다.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연두 공책의 '죽고 싶다' 낙서를 보게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연두가 석준이에게 당당히 사과를 요구한 모습이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화를 참지 못하는 모습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당당하고 용기 있는 변화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여전히 소심한 모습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친구를 끝까지 미워하는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적용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마지막에 '생명 지킴이'가 당부한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 해결하라는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어른은 빼고 하라는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먼저 관심 갖고 손 내밀기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소문이 사실인지 끝까지 캐내라는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이야기의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관심과 공감으로 함께하는 우정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소문은 믿어야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전학생은 피하라는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달리기를 잘하면 친구가 생긴다는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힘들어하는 친구에게 '먼저 손 내미는 용기'가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주변에 힘들어하는 친구의 신호(표정·행동)를 어떻게 알아채고 도울 수 있을지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먼저 다가가는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매일 함께 달리기를 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늘 혼자 뚱하게 있었다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더 관심과 정성을 주라고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'죽고 싶다'는 낙서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ㄱ → ㄹ → ㄴ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좋아하는 떡볶이를 같이 먹었다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당당히 사과를 요구했다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먼저 관심을 갖고 손 내밀기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같이 놀래? 힘든 일 있으면 언제든 말해. 내가 네 이야기를 들어줄게. · (평가) 먼저 다가가는 따뜻한 말을 담았는지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먼저 다가가 이야기를 들어 주고, 혼자 해결하기 어려우면 선생님이나 믿을 만한 어른께 알려 함께 돕는다. · (평가) 직접 돕기와 어른께 알리기를 함께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관심과 공감의 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마음을 알아주고 위로했다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식물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잘 알지도 못하고 함부로 말한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좋아하는 일을 함께하며 들어 줬다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ㄱ → ㄹ → ㄴ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당당하고 용기 있는 변화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먼저 관심 갖고 손 내밀기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관심과 공감으로 함께하는 우정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힘든 사람은 먼저 도움을 청하기 어렵기에, 한 사람이라도 먼저 다가가 손을 내밀면 그 친구가 혼자가 아님을 느끼고 다시 일어설 힘을 얻기 때문이다. · (평가) 먼저 다가가는 용기의 가치를 까닭과 함께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갑자기 어두워진 표정, 혼자 있으려 하거나 잘 어울리지 못하는 모습을 살피고, 자연스럽게 말을 걸어 들어 주며 어른께도 알린다. · (평가) 신호를 알아채는 방법과 돕는 방법을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