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소중한 나를 지켜요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미운 아기 오리가 형제들과 달랐던 점은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몸집이 크고 회색이었다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날개가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다리가 셋이나 달려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노란색이었다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힘들 때마다 미운 아기 오리에게 말을 걸어 준 친구는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해님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달님이 알려 준, 마음이 아프거나 괴로울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 참는다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도망간다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어른에게 말하고 도움을 요청한다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무섭고 두려워도 아무 말도 안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사냥개가 "둘만의 비밀"이라며 몸을 만지려 할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조용히 참는다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비밀로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말 없이 시키는 대로 함께 따라간다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"도와주세요!"라고 크게 외친다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누군가 허락 없이 내 몸을 만지려고 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 된다고 하고 도움을 요청한다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비밀로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무서워서 아무에게도 말하지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미운 아기 오리는 사실 무엇이었나요?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여전히 미운 오리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아름다운 백조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사냥개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고양이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백조 가족이 미운 아기 오리에게 해 준 말은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너는 정말 못생기고 쓸모없는 미운 오리야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넌 혼자야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지금 그대로 사랑받을 소중한 존재야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넌 쓸모없어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혼자가 편하다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억울한 괴롭힘도 무조건 꾹 참아야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겉모습이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나를 소중히 여기고 도움을 요청하자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달님  ·          ·  도움을 알려 준 친구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내 몸  ·          ·  소중한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백조  ·          ·  미운 아기 오리의 진짜 모습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누군가 나를 괴롭히거나 힘들게 할 때, 내가 도움을 요청할 수 있는 어른은 누구인지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소중한 나를 지켜요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몸집이 크고 회색이었다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달님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어른에게 말하고 도움을 요청한다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"도와주세요!"라고 크게 외친다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안 된다고 하고 도움을 요청한다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아름다운 백조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지금 그대로 사랑받을 소중한 존재야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나를 소중히 여기고 도움을 요청하자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달님-도움을 알려 줌 / 내 몸-소중한 것 / 백조-진짜 모습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부모님, 선생님, 보건 선생님 등 믿을 수 있는 어른에게 솔직히 말하고 도움을 요청하겠다. · (평가) 도움을 청할 어른과 방법을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