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선거로 뽑은 우리 대표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세금을 마구 올리며 펭귄들을 노예처럼 부린 독재자는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황제 펭귄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북극곰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할머니 펭귄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마술사 루루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황제 펭귄을 몰아낼 방법으로 할머니가 알려 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싸움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선거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도망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노래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'선거'는 무엇을 하는 것인가요?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맛있는 밥을 배불리 먹는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잠을 자는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노래하는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펭귄 대표를 뽑는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투표할 때 한 펭귄이 받는 투표용지는 몇 장인가요?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두 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 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 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마음대로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투표를 할 수 없다고 한 펭귄은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나이 많은 할머니 펭귄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너무 어린 펭귄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대표 펭귄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아빠 펭귄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대표로 뽑힌 펭귄들이 한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모두를 위한 규칙을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세금을 더 올렸다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감옥을 새로 지었다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예전보다 독재를 더 세게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대표들이 정한 규칙으로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세금을 예전보다 훨씬 더 많이 올림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물고기를 다 빼앗음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학교를 없앰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세금을 3마리에서 1마리로 줄임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오직 힘센 황제 펭귄만이 주인이다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북극곰이 주인이다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펭귄 나라의 주인은 우리 모두다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대표만 주인이다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선거  ·          ·  대표를 뽑는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투표용지  ·          ·  한 펭귄당 한 장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대표  ·          ·  모두를 위해 규칙을 만듦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반 대표를 뽑는다면 어떤 사람을 뽑고 싶은지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선거로 뽑은 우리 대표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황제 펭귄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선거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④ 펭귄 대표를 뽑는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한 장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② 너무 어린 펭귄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모두를 위한 규칙을 만들었다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④ 세금을 3마리에서 1마리로 줄임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펭귄 나라의 주인은 우리 모두다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선거-대표 뽑기 / 투표용지-한 장 / 대표-규칙 만들기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친구들의 말을 잘 들어 주고 모두를 위해 일할 사람을 뽑고 싶다. 펭귄 대표처럼 모두를 위한 약속을 지킬 것 같기 때문이다. · (평가) 뽑고 싶은 사람과 까닭을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