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얼떨결에 반장이 되다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장난꾸러기 로운이가 '멍청이 반장'이라 무시하는 엄마 말에 발끈해 충동적으로 반장 선거에 나간다. 친구와 '다섯 표' 내기를 하며 표를 모으던 중, 공부로 친구를 무시하지 않는 반을 만들자는 진심 어린 연설을 하고 얼떨결에 반장에 당선된다. '잘못 뽑은 반장'이라 무시당하지만 편견을 깨고 제대로 해내겠다 다짐하는 로운이를 통해, 민주적인 선거와 결과의 존중, 편견 없는 시선을 생각하게 하는 이야기.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주인공 이로운은 어떤 학생인가요?</w:t>
      </w:r>
    </w:p>
    <w:p>
      <w:pPr>
        <w:ind w:left="320"/>
      </w:pPr>
      <w:r>
        <w:rPr>
          <w:rFonts w:ascii="맑은 고딕" w:hAnsi="맑은 고딕" w:eastAsia="맑은 고딕"/>
          <w:b w:val="0"/>
          <w:color w:val="4E5968"/>
          <w:sz w:val="22"/>
        </w:rPr>
        <w:t>① 늘 일등만 하는 모범생</w:t>
      </w:r>
    </w:p>
    <w:p>
      <w:pPr>
        <w:ind w:left="320"/>
      </w:pPr>
      <w:r>
        <w:rPr>
          <w:rFonts w:ascii="맑은 고딕" w:hAnsi="맑은 고딕" w:eastAsia="맑은 고딕"/>
          <w:b w:val="0"/>
          <w:color w:val="4E5968"/>
          <w:sz w:val="22"/>
        </w:rPr>
        <w:t>② 지각이 잦은 장난꾸러기</w:t>
      </w:r>
    </w:p>
    <w:p>
      <w:pPr>
        <w:ind w:left="320"/>
      </w:pPr>
      <w:r>
        <w:rPr>
          <w:rFonts w:ascii="맑은 고딕" w:hAnsi="맑은 고딕" w:eastAsia="맑은 고딕"/>
          <w:b w:val="0"/>
          <w:color w:val="4E5968"/>
          <w:sz w:val="22"/>
        </w:rPr>
        <w:t>③ 조용하고 내성적인 학생</w:t>
      </w:r>
    </w:p>
    <w:p>
      <w:pPr>
        <w:ind w:left="320"/>
      </w:pPr>
      <w:r>
        <w:rPr>
          <w:rFonts w:ascii="맑은 고딕" w:hAnsi="맑은 고딕" w:eastAsia="맑은 고딕"/>
          <w:b w:val="0"/>
          <w:color w:val="4E5968"/>
          <w:sz w:val="22"/>
        </w:rPr>
        <w:t>④ 작년에 반장을 맡았던 모범생</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로운이가 충동적으로 반장 선거에 나간 까닭은?</w:t>
      </w:r>
    </w:p>
    <w:p>
      <w:pPr>
        <w:ind w:left="320"/>
      </w:pPr>
      <w:r>
        <w:rPr>
          <w:rFonts w:ascii="맑은 고딕" w:hAnsi="맑은 고딕" w:eastAsia="맑은 고딕"/>
          <w:b w:val="0"/>
          <w:color w:val="4E5968"/>
          <w:sz w:val="22"/>
        </w:rPr>
        <w:t>① 친구들이 추천해 주어서</w:t>
      </w:r>
    </w:p>
    <w:p>
      <w:pPr>
        <w:ind w:left="320"/>
      </w:pPr>
      <w:r>
        <w:rPr>
          <w:rFonts w:ascii="맑은 고딕" w:hAnsi="맑은 고딕" w:eastAsia="맑은 고딕"/>
          <w:b w:val="0"/>
          <w:color w:val="4E5968"/>
          <w:sz w:val="22"/>
        </w:rPr>
        <w:t>② 선생님이 적극 권유해서</w:t>
      </w:r>
    </w:p>
    <w:p>
      <w:pPr>
        <w:ind w:left="320"/>
      </w:pPr>
      <w:r>
        <w:rPr>
          <w:rFonts w:ascii="맑은 고딕" w:hAnsi="맑은 고딕" w:eastAsia="맑은 고딕"/>
          <w:b w:val="0"/>
          <w:color w:val="4E5968"/>
          <w:sz w:val="22"/>
        </w:rPr>
        <w:t>③ 엄마가 무시하는 말에 발끈해서</w:t>
      </w:r>
    </w:p>
    <w:p>
      <w:pPr>
        <w:ind w:left="320"/>
      </w:pPr>
      <w:r>
        <w:rPr>
          <w:rFonts w:ascii="맑은 고딕" w:hAnsi="맑은 고딕" w:eastAsia="맑은 고딕"/>
          <w:b w:val="0"/>
          <w:color w:val="4E5968"/>
          <w:sz w:val="22"/>
        </w:rPr>
        <w:t>④ 예전부터 반장이 되고 싶어 오래 준비해 와서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로운이와 친구가 한 내기의 내용은 무엇인가요?</w:t>
      </w:r>
    </w:p>
    <w:p>
      <w:pPr>
        <w:ind w:left="320"/>
      </w:pPr>
      <w:r>
        <w:rPr>
          <w:rFonts w:ascii="맑은 고딕" w:hAnsi="맑은 고딕" w:eastAsia="맑은 고딕"/>
          <w:b w:val="0"/>
          <w:color w:val="4E5968"/>
          <w:sz w:val="22"/>
        </w:rPr>
        <w:t>① 반장이 되면 반 친구들 모두에게 떡볶이를 한턱 사 주기</w:t>
      </w:r>
    </w:p>
    <w:p>
      <w:pPr>
        <w:ind w:left="320"/>
      </w:pPr>
      <w:r>
        <w:rPr>
          <w:rFonts w:ascii="맑은 고딕" w:hAnsi="맑은 고딕" w:eastAsia="맑은 고딕"/>
          <w:b w:val="0"/>
          <w:color w:val="4E5968"/>
          <w:sz w:val="22"/>
        </w:rPr>
        <w:t>② 꼴찌를 하면 한 학기 청소를 도맡기</w:t>
      </w:r>
    </w:p>
    <w:p>
      <w:pPr>
        <w:ind w:left="320"/>
      </w:pPr>
      <w:r>
        <w:rPr>
          <w:rFonts w:ascii="맑은 고딕" w:hAnsi="맑은 고딕" w:eastAsia="맑은 고딕"/>
          <w:b w:val="0"/>
          <w:color w:val="4E5968"/>
          <w:sz w:val="22"/>
        </w:rPr>
        <w:t>③ 이기면 친구의 게임기를 빌려 쓰기</w:t>
      </w:r>
    </w:p>
    <w:p>
      <w:pPr>
        <w:ind w:left="320"/>
      </w:pPr>
      <w:r>
        <w:rPr>
          <w:rFonts w:ascii="맑은 고딕" w:hAnsi="맑은 고딕" w:eastAsia="맑은 고딕"/>
          <w:b w:val="0"/>
          <w:color w:val="4E5968"/>
          <w:sz w:val="22"/>
        </w:rPr>
        <w:t>④ 다섯 표를 넘으면 조백희가 일주일 여자친구 해 주기</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4. </w:t>
      </w:r>
      <w:r>
        <w:rPr>
          <w:rFonts w:ascii="맑은 고딕" w:hAnsi="맑은 고딕" w:eastAsia="맑은 고딕"/>
          <w:b/>
          <w:color w:val="191F28"/>
          <w:sz w:val="23"/>
        </w:rPr>
        <w:t>로운이가 연설에서 진심으로 한 말은 무엇인가요?</w:t>
      </w:r>
    </w:p>
    <w:p>
      <w:pPr>
        <w:ind w:left="320"/>
      </w:pPr>
      <w:r>
        <w:rPr>
          <w:rFonts w:ascii="맑은 고딕" w:hAnsi="맑은 고딕" w:eastAsia="맑은 고딕"/>
          <w:b w:val="0"/>
          <w:color w:val="4E5968"/>
          <w:sz w:val="22"/>
        </w:rPr>
        <w:t>① 공부 잘하는 친구가 못하는 친구를 무시하면 안 된다</w:t>
      </w:r>
    </w:p>
    <w:p>
      <w:pPr>
        <w:ind w:left="320"/>
      </w:pPr>
      <w:r>
        <w:rPr>
          <w:rFonts w:ascii="맑은 고딕" w:hAnsi="맑은 고딕" w:eastAsia="맑은 고딕"/>
          <w:b w:val="0"/>
          <w:color w:val="4E5968"/>
          <w:sz w:val="22"/>
        </w:rPr>
        <w:t>② 반장은 무엇보다 공부를 가장 잘하는 사람이어야 한다는 것</w:t>
      </w:r>
    </w:p>
    <w:p>
      <w:pPr>
        <w:ind w:left="320"/>
      </w:pPr>
      <w:r>
        <w:rPr>
          <w:rFonts w:ascii="맑은 고딕" w:hAnsi="맑은 고딕" w:eastAsia="맑은 고딕"/>
          <w:b w:val="0"/>
          <w:color w:val="4E5968"/>
          <w:sz w:val="22"/>
        </w:rPr>
        <w:t>③ 자신을 꼭 반장으로 뽑아 달라는 것</w:t>
      </w:r>
    </w:p>
    <w:p>
      <w:pPr>
        <w:ind w:left="320"/>
      </w:pPr>
      <w:r>
        <w:rPr>
          <w:rFonts w:ascii="맑은 고딕" w:hAnsi="맑은 고딕" w:eastAsia="맑은 고딕"/>
          <w:b w:val="0"/>
          <w:color w:val="4E5968"/>
          <w:sz w:val="22"/>
        </w:rPr>
        <w:t>④ 선물을 줄 테니 자신을 찍어 달라는 것</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친구와 '다섯 표' 내기를 한다.</w:t>
      </w:r>
    </w:p>
    <w:p>
      <w:pPr>
        <w:ind w:left="320"/>
      </w:pPr>
      <w:r>
        <w:rPr>
          <w:rFonts w:ascii="맑은 고딕" w:hAnsi="맑은 고딕" w:eastAsia="맑은 고딕"/>
          <w:b w:val="0"/>
          <w:color w:val="333D4B"/>
          <w:sz w:val="22"/>
        </w:rPr>
        <w:t>ㄴ. 엄마의 무시에 발끈해 선거에 나간다.</w:t>
      </w:r>
    </w:p>
    <w:p>
      <w:pPr>
        <w:ind w:left="320"/>
      </w:pPr>
      <w:r>
        <w:rPr>
          <w:rFonts w:ascii="맑은 고딕" w:hAnsi="맑은 고딕" w:eastAsia="맑은 고딕"/>
          <w:b w:val="0"/>
          <w:color w:val="333D4B"/>
          <w:sz w:val="22"/>
        </w:rPr>
        <w:t>ㄷ. 개표 결과 반장에 당선된다.</w:t>
      </w:r>
    </w:p>
    <w:p>
      <w:pPr>
        <w:ind w:left="320"/>
      </w:pPr>
      <w:r>
        <w:rPr>
          <w:rFonts w:ascii="맑은 고딕" w:hAnsi="맑은 고딕" w:eastAsia="맑은 고딕"/>
          <w:b w:val="0"/>
          <w:color w:val="333D4B"/>
          <w:sz w:val="22"/>
        </w:rPr>
        <w:t>ㄹ. 진심을 담은 연설을 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개표 결과 로운이는 어떻게 되었나요?</w:t>
      </w:r>
    </w:p>
    <w:p>
      <w:pPr>
        <w:ind w:left="320"/>
      </w:pPr>
      <w:r>
        <w:rPr>
          <w:rFonts w:ascii="맑은 고딕" w:hAnsi="맑은 고딕" w:eastAsia="맑은 고딕"/>
          <w:b w:val="0"/>
          <w:color w:val="4E5968"/>
          <w:sz w:val="22"/>
        </w:rPr>
        <w:t>① 한 표도 받지 못해 떨어졌다</w:t>
      </w:r>
    </w:p>
    <w:p>
      <w:pPr>
        <w:ind w:left="320"/>
      </w:pPr>
      <w:r>
        <w:rPr>
          <w:rFonts w:ascii="맑은 고딕" w:hAnsi="맑은 고딕" w:eastAsia="맑은 고딕"/>
          <w:b w:val="0"/>
          <w:color w:val="4E5968"/>
          <w:sz w:val="22"/>
        </w:rPr>
        <w:t>② 예상보다 표를 많이 받아 반장이 되었다</w:t>
      </w:r>
    </w:p>
    <w:p>
      <w:pPr>
        <w:ind w:left="320"/>
      </w:pPr>
      <w:r>
        <w:rPr>
          <w:rFonts w:ascii="맑은 고딕" w:hAnsi="맑은 고딕" w:eastAsia="맑은 고딕"/>
          <w:b w:val="0"/>
          <w:color w:val="4E5968"/>
          <w:sz w:val="22"/>
        </w:rPr>
        <w:t>③ 딱 다섯 표만 받았다</w:t>
      </w:r>
    </w:p>
    <w:p>
      <w:pPr>
        <w:ind w:left="320"/>
      </w:pPr>
      <w:r>
        <w:rPr>
          <w:rFonts w:ascii="맑은 고딕" w:hAnsi="맑은 고딕" w:eastAsia="맑은 고딕"/>
          <w:b w:val="0"/>
          <w:color w:val="4E5968"/>
          <w:sz w:val="22"/>
        </w:rPr>
        <w:t>④ 기대했던 것과 달리 아쉽게 부반장 자리에 머물렀다</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7. </w:t>
      </w:r>
      <w:r>
        <w:rPr>
          <w:rFonts w:ascii="맑은 고딕" w:hAnsi="맑은 고딕" w:eastAsia="맑은 고딕"/>
          <w:b/>
          <w:color w:val="191F28"/>
          <w:sz w:val="23"/>
        </w:rPr>
        <w:t>로운이가 '잘못 뽑은 반장이 아님을 보여 주겠다'고 결심한 까닭은?</w:t>
      </w:r>
    </w:p>
    <w:p>
      <w:pPr>
        <w:ind w:left="320"/>
      </w:pPr>
      <w:r>
        <w:rPr>
          <w:rFonts w:ascii="맑은 고딕" w:hAnsi="맑은 고딕" w:eastAsia="맑은 고딕"/>
          <w:b w:val="0"/>
          <w:color w:val="4E5968"/>
          <w:sz w:val="22"/>
        </w:rPr>
        <w:t>① 선생님께 칭찬과 상을 받고 싶어서</w:t>
      </w:r>
    </w:p>
    <w:p>
      <w:pPr>
        <w:ind w:left="320"/>
      </w:pPr>
      <w:r>
        <w:rPr>
          <w:rFonts w:ascii="맑은 고딕" w:hAnsi="맑은 고딕" w:eastAsia="맑은 고딕"/>
          <w:b w:val="0"/>
          <w:color w:val="4E5968"/>
          <w:sz w:val="22"/>
        </w:rPr>
        <w:t>② 친구가 간절히 부탁해서</w:t>
      </w:r>
    </w:p>
    <w:p>
      <w:pPr>
        <w:ind w:left="320"/>
      </w:pPr>
      <w:r>
        <w:rPr>
          <w:rFonts w:ascii="맑은 고딕" w:hAnsi="맑은 고딕" w:eastAsia="맑은 고딕"/>
          <w:b w:val="0"/>
          <w:color w:val="4E5968"/>
          <w:sz w:val="22"/>
        </w:rPr>
        <w:t>③ 엄마와 황제하가 잘못 뽑혔다며 무시해서</w:t>
      </w:r>
    </w:p>
    <w:p>
      <w:pPr>
        <w:ind w:left="320"/>
      </w:pPr>
      <w:r>
        <w:rPr>
          <w:rFonts w:ascii="맑은 고딕" w:hAnsi="맑은 고딕" w:eastAsia="맑은 고딕"/>
          <w:b w:val="0"/>
          <w:color w:val="4E5968"/>
          <w:sz w:val="22"/>
        </w:rPr>
        <w:t>④ 더 좋은 반장이 되는 방법을 책에서 찾으려고</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생각하게 하는 것으로 가장 알맞은 것은?</w:t>
      </w:r>
    </w:p>
    <w:p>
      <w:pPr>
        <w:ind w:left="320"/>
      </w:pPr>
      <w:r>
        <w:rPr>
          <w:rFonts w:ascii="맑은 고딕" w:hAnsi="맑은 고딕" w:eastAsia="맑은 고딕"/>
          <w:b w:val="0"/>
          <w:color w:val="4E5968"/>
          <w:sz w:val="22"/>
        </w:rPr>
        <w:t>① 좋은 반장의 조건과 민주적인 선거</w:t>
      </w:r>
    </w:p>
    <w:p>
      <w:pPr>
        <w:ind w:left="320"/>
      </w:pPr>
      <w:r>
        <w:rPr>
          <w:rFonts w:ascii="맑은 고딕" w:hAnsi="맑은 고딕" w:eastAsia="맑은 고딕"/>
          <w:b w:val="0"/>
          <w:color w:val="4E5968"/>
          <w:sz w:val="22"/>
        </w:rPr>
        <w:t>② 공부를 잘하게 되는 방법</w:t>
      </w:r>
    </w:p>
    <w:p>
      <w:pPr>
        <w:ind w:left="320"/>
      </w:pPr>
      <w:r>
        <w:rPr>
          <w:rFonts w:ascii="맑은 고딕" w:hAnsi="맑은 고딕" w:eastAsia="맑은 고딕"/>
          <w:b w:val="0"/>
          <w:color w:val="4E5968"/>
          <w:sz w:val="22"/>
        </w:rPr>
        <w:t>③ 친구와 내기하며 노는 재미</w:t>
      </w:r>
    </w:p>
    <w:p>
      <w:pPr>
        <w:ind w:left="320"/>
      </w:pPr>
      <w:r>
        <w:rPr>
          <w:rFonts w:ascii="맑은 고딕" w:hAnsi="맑은 고딕" w:eastAsia="맑은 고딕"/>
          <w:b w:val="0"/>
          <w:color w:val="4E5968"/>
          <w:sz w:val="22"/>
        </w:rPr>
        <w:t>④ 힘든 반장은 되도록 맡지 않는 것이 낫다는 것</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'잘못 뽑은 반장'이라는 말에 속상했을 로운이에게 해 주고 싶은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내가 생각하는 '좋은 반장의 조건'은 무엇인지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민주적인 선거와 편견</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장난꾸러기 로운이가 '멍청이 반장'이라 무시하는 엄마 말에 발끈해 충동적으로 반장 선거에 나간다. 친구와 '다섯 표' 내기를 하며 표를 모으던 중, 공부로 친구를 무시하지 않는 반을 만들자는 진심 어린 연설을 하고 얼떨결에 반장에 당선된다. '잘못 뽑은 반장'이라 무시당하지만 편견을 깨고 제대로 해내겠다 다짐하는 로운이를 통해, 민주적인 선거와 결과의 존중, 편견 없는 시선을 생각하게 하는 이야기.</w:t>
      </w:r>
    </w:p>
    <w:p>
      <w:pPr>
        <w:spacing w:before="240"/>
      </w:pPr>
      <w:r>
        <w:rPr>
          <w:rFonts w:ascii="맑은 고딕" w:hAnsi="맑은 고딕" w:eastAsia="맑은 고딕"/>
          <w:b/>
          <w:color w:val="8B95A1"/>
          <w:sz w:val="17"/>
        </w:rPr>
        <w:t xml:space="preserve">  해석 · 의도 파악  </w:t>
      </w:r>
    </w:p>
    <w:p>
      <w:r>
        <w:rPr>
          <w:rFonts w:ascii="맑은 고딕" w:hAnsi="맑은 고딕" w:eastAsia="맑은 고딕"/>
          <w:b/>
          <w:color w:val="2272EB"/>
          <w:sz w:val="24"/>
        </w:rPr>
        <w:t xml:space="preserve">1. </w:t>
      </w:r>
      <w:r>
        <w:rPr>
          <w:rFonts w:ascii="맑은 고딕" w:hAnsi="맑은 고딕" w:eastAsia="맑은 고딕"/>
          <w:b/>
          <w:color w:val="191F28"/>
          <w:sz w:val="23"/>
        </w:rPr>
        <w:t>로운이가 '반장으로 뽑지 말고 다섯 표만 달라'고 한 까닭은?</w:t>
      </w:r>
    </w:p>
    <w:p>
      <w:pPr>
        <w:ind w:left="320"/>
      </w:pPr>
      <w:r>
        <w:rPr>
          <w:rFonts w:ascii="맑은 고딕" w:hAnsi="맑은 고딕" w:eastAsia="맑은 고딕"/>
          <w:b w:val="0"/>
          <w:color w:val="4E5968"/>
          <w:sz w:val="22"/>
        </w:rPr>
        <w:t>① 반장이 목적이 아니라 내기의 다섯 표가 필요해서</w:t>
      </w:r>
    </w:p>
    <w:p>
      <w:pPr>
        <w:ind w:left="320"/>
      </w:pPr>
      <w:r>
        <w:rPr>
          <w:rFonts w:ascii="맑은 고딕" w:hAnsi="맑은 고딕" w:eastAsia="맑은 고딕"/>
          <w:b w:val="0"/>
          <w:color w:val="4E5968"/>
          <w:sz w:val="22"/>
        </w:rPr>
        <w:t>② 겸손해 보이려는 마음 때문에</w:t>
      </w:r>
    </w:p>
    <w:p>
      <w:pPr>
        <w:ind w:left="320"/>
      </w:pPr>
      <w:r>
        <w:rPr>
          <w:rFonts w:ascii="맑은 고딕" w:hAnsi="맑은 고딕" w:eastAsia="맑은 고딕"/>
          <w:b w:val="0"/>
          <w:color w:val="4E5968"/>
          <w:sz w:val="22"/>
        </w:rPr>
        <w:t>③ 반장이 너무 하고 싶은 마음에</w:t>
      </w:r>
    </w:p>
    <w:p>
      <w:pPr>
        <w:ind w:left="320"/>
      </w:pPr>
      <w:r>
        <w:rPr>
          <w:rFonts w:ascii="맑은 고딕" w:hAnsi="맑은 고딕" w:eastAsia="맑은 고딕"/>
          <w:b w:val="0"/>
          <w:color w:val="4E5968"/>
          <w:sz w:val="22"/>
        </w:rPr>
        <w:t>④ 친구들을 골탕 먹이며 한껏 놀려 주려는 생각으로</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로운이의 선거 운동 방식에서 문제가 되는 점은?</w:t>
      </w:r>
    </w:p>
    <w:p>
      <w:pPr>
        <w:ind w:left="320"/>
      </w:pPr>
      <w:r>
        <w:rPr>
          <w:rFonts w:ascii="맑은 고딕" w:hAnsi="맑은 고딕" w:eastAsia="맑은 고딕"/>
          <w:b w:val="0"/>
          <w:color w:val="4E5968"/>
          <w:sz w:val="22"/>
        </w:rPr>
        <w:t>① 연설을 너무 짧고 성의 없이 대충 끝내 버린 점</w:t>
      </w:r>
    </w:p>
    <w:p>
      <w:pPr>
        <w:ind w:left="320"/>
      </w:pPr>
      <w:r>
        <w:rPr>
          <w:rFonts w:ascii="맑은 고딕" w:hAnsi="맑은 고딕" w:eastAsia="맑은 고딕"/>
          <w:b w:val="0"/>
          <w:color w:val="4E5968"/>
          <w:sz w:val="22"/>
        </w:rPr>
        <w:t>② 약점을 들춘다며 협박하듯 표를 얻으려 한 점</w:t>
      </w:r>
    </w:p>
    <w:p>
      <w:pPr>
        <w:ind w:left="320"/>
      </w:pPr>
      <w:r>
        <w:rPr>
          <w:rFonts w:ascii="맑은 고딕" w:hAnsi="맑은 고딕" w:eastAsia="맑은 고딕"/>
          <w:b w:val="0"/>
          <w:color w:val="4E5968"/>
          <w:sz w:val="22"/>
        </w:rPr>
        <w:t>③ 친구들에게 직접 말을 건넨 점</w:t>
      </w:r>
    </w:p>
    <w:p>
      <w:pPr>
        <w:ind w:left="320"/>
      </w:pPr>
      <w:r>
        <w:rPr>
          <w:rFonts w:ascii="맑은 고딕" w:hAnsi="맑은 고딕" w:eastAsia="맑은 고딕"/>
          <w:b w:val="0"/>
          <w:color w:val="4E5968"/>
          <w:sz w:val="22"/>
        </w:rPr>
        <w:t>④ 선거 포스터를 끝내 만들지 않은 점</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3. </w:t>
      </w:r>
      <w:r>
        <w:rPr>
          <w:rFonts w:ascii="맑은 고딕" w:hAnsi="맑은 고딕" w:eastAsia="맑은 고딕"/>
          <w:b/>
          <w:color w:val="191F28"/>
          <w:sz w:val="23"/>
        </w:rPr>
        <w:t>로운이의 연설 중 진심이 담긴 부분으로 알맞은 것은?</w:t>
      </w:r>
    </w:p>
    <w:p>
      <w:pPr>
        <w:ind w:left="320"/>
      </w:pPr>
      <w:r>
        <w:rPr>
          <w:rFonts w:ascii="맑은 고딕" w:hAnsi="맑은 고딕" w:eastAsia="맑은 고딕"/>
          <w:b w:val="0"/>
          <w:color w:val="4E5968"/>
          <w:sz w:val="22"/>
        </w:rPr>
        <w:t>① 반장은 무엇보다 공부를 제일 잘하는 사람이어야 한다는 말</w:t>
      </w:r>
    </w:p>
    <w:p>
      <w:pPr>
        <w:ind w:left="320"/>
      </w:pPr>
      <w:r>
        <w:rPr>
          <w:rFonts w:ascii="맑은 고딕" w:hAnsi="맑은 고딕" w:eastAsia="맑은 고딕"/>
          <w:b w:val="0"/>
          <w:color w:val="4E5968"/>
          <w:sz w:val="22"/>
        </w:rPr>
        <w:t>② 표를 주면 좋은 선물을 듬뿍 주겠다는 약속</w:t>
      </w:r>
    </w:p>
    <w:p>
      <w:pPr>
        <w:ind w:left="320"/>
      </w:pPr>
      <w:r>
        <w:rPr>
          <w:rFonts w:ascii="맑은 고딕" w:hAnsi="맑은 고딕" w:eastAsia="맑은 고딕"/>
          <w:b w:val="0"/>
          <w:color w:val="4E5968"/>
          <w:sz w:val="22"/>
        </w:rPr>
        <w:t>③ 공부로 친구를 무시하지 않는 반을 만들자는 말</w:t>
      </w:r>
    </w:p>
    <w:p>
      <w:pPr>
        <w:ind w:left="320"/>
      </w:pPr>
      <w:r>
        <w:rPr>
          <w:rFonts w:ascii="맑은 고딕" w:hAnsi="맑은 고딕" w:eastAsia="맑은 고딕"/>
          <w:b w:val="0"/>
          <w:color w:val="4E5968"/>
          <w:sz w:val="22"/>
        </w:rPr>
        <w:t>④ 자신이 반에서 가장 잘생겼다는 자랑</w:t>
      </w:r>
    </w:p>
    <w:p>
      <w:pPr>
        <w:spacing w:before="240"/>
      </w:pPr>
      <w:r>
        <w:rPr>
          <w:rFonts w:ascii="맑은 고딕" w:hAnsi="맑은 고딕" w:eastAsia="맑은 고딕"/>
          <w:b/>
          <w:color w:val="8B95A1"/>
          <w:sz w:val="17"/>
        </w:rPr>
        <w:t xml:space="preserve">  비판적 사고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로운 엄마와 황제하가 '잘못 뽑은 반장'이라 한 것의 문제점은?</w:t>
      </w:r>
    </w:p>
    <w:p>
      <w:pPr>
        <w:ind w:left="320"/>
      </w:pPr>
      <w:r>
        <w:rPr>
          <w:rFonts w:ascii="맑은 고딕" w:hAnsi="맑은 고딕" w:eastAsia="맑은 고딕"/>
          <w:b w:val="0"/>
          <w:color w:val="4E5968"/>
          <w:sz w:val="22"/>
        </w:rPr>
        <w:t>① 반장을 오히려 크게 칭찬해 준 점</w:t>
      </w:r>
    </w:p>
    <w:p>
      <w:pPr>
        <w:ind w:left="320"/>
      </w:pPr>
      <w:r>
        <w:rPr>
          <w:rFonts w:ascii="맑은 고딕" w:hAnsi="맑은 고딕" w:eastAsia="맑은 고딕"/>
          <w:b w:val="0"/>
          <w:color w:val="4E5968"/>
          <w:sz w:val="22"/>
        </w:rPr>
        <w:t>② 마음에 안 든다고 투표를 처음부터 다시 하자고 우긴 점</w:t>
      </w:r>
    </w:p>
    <w:p>
      <w:pPr>
        <w:ind w:left="320"/>
      </w:pPr>
      <w:r>
        <w:rPr>
          <w:rFonts w:ascii="맑은 고딕" w:hAnsi="맑은 고딕" w:eastAsia="맑은 고딕"/>
          <w:b w:val="0"/>
          <w:color w:val="4E5968"/>
          <w:sz w:val="22"/>
        </w:rPr>
        <w:t>③ 선거에 직접 참여하도록 도운 점</w:t>
      </w:r>
    </w:p>
    <w:p>
      <w:pPr>
        <w:ind w:left="320"/>
      </w:pPr>
      <w:r>
        <w:rPr>
          <w:rFonts w:ascii="맑은 고딕" w:hAnsi="맑은 고딕" w:eastAsia="맑은 고딕"/>
          <w:b w:val="0"/>
          <w:color w:val="4E5968"/>
          <w:sz w:val="22"/>
        </w:rPr>
        <w:t>④ 정당하게 투표로 뽑힌 결과를 무시한 점</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친구와 '다섯 표' 내기를 한다.</w:t>
      </w:r>
    </w:p>
    <w:p>
      <w:pPr>
        <w:ind w:left="320"/>
      </w:pPr>
      <w:r>
        <w:rPr>
          <w:rFonts w:ascii="맑은 고딕" w:hAnsi="맑은 고딕" w:eastAsia="맑은 고딕"/>
          <w:b w:val="0"/>
          <w:color w:val="333D4B"/>
          <w:sz w:val="22"/>
        </w:rPr>
        <w:t>ㄴ. 엄마의 무시에 발끈해 선거에 나간다.</w:t>
      </w:r>
    </w:p>
    <w:p>
      <w:pPr>
        <w:ind w:left="320"/>
      </w:pPr>
      <w:r>
        <w:rPr>
          <w:rFonts w:ascii="맑은 고딕" w:hAnsi="맑은 고딕" w:eastAsia="맑은 고딕"/>
          <w:b w:val="0"/>
          <w:color w:val="333D4B"/>
          <w:sz w:val="22"/>
        </w:rPr>
        <w:t>ㄷ. 반장에 당선되지만 '잘못 뽑힌 반장'이라 무시당한다.</w:t>
      </w:r>
    </w:p>
    <w:p>
      <w:pPr>
        <w:ind w:left="320"/>
      </w:pPr>
      <w:r>
        <w:rPr>
          <w:rFonts w:ascii="맑은 고딕" w:hAnsi="맑은 고딕" w:eastAsia="맑은 고딕"/>
          <w:b w:val="0"/>
          <w:color w:val="333D4B"/>
          <w:sz w:val="22"/>
        </w:rPr>
        <w:t>ㄹ. 진심을 담은 연설을 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6. </w:t>
      </w:r>
      <w:r>
        <w:rPr>
          <w:rFonts w:ascii="맑은 고딕" w:hAnsi="맑은 고딕" w:eastAsia="맑은 고딕"/>
          <w:b/>
          <w:color w:val="191F28"/>
          <w:sz w:val="23"/>
        </w:rPr>
        <w:t>로운이가 끝내 결심한 것은 무엇인가요?</w:t>
      </w:r>
    </w:p>
    <w:p>
      <w:pPr>
        <w:ind w:left="320"/>
      </w:pPr>
      <w:r>
        <w:rPr>
          <w:rFonts w:ascii="맑은 고딕" w:hAnsi="맑은 고딕" w:eastAsia="맑은 고딕"/>
          <w:b w:val="0"/>
          <w:color w:val="4E5968"/>
          <w:sz w:val="22"/>
        </w:rPr>
        <w:t>① 반장을 곧바로 그만두겠다는 것</w:t>
      </w:r>
    </w:p>
    <w:p>
      <w:pPr>
        <w:ind w:left="320"/>
      </w:pPr>
      <w:r>
        <w:rPr>
          <w:rFonts w:ascii="맑은 고딕" w:hAnsi="맑은 고딕" w:eastAsia="맑은 고딕"/>
          <w:b w:val="0"/>
          <w:color w:val="4E5968"/>
          <w:sz w:val="22"/>
        </w:rPr>
        <w:t>② 잘못 뽑힌 반장이 아님을 보여 주겠다는 것</w:t>
      </w:r>
    </w:p>
    <w:p>
      <w:pPr>
        <w:ind w:left="320"/>
      </w:pPr>
      <w:r>
        <w:rPr>
          <w:rFonts w:ascii="맑은 고딕" w:hAnsi="맑은 고딕" w:eastAsia="맑은 고딕"/>
          <w:b w:val="0"/>
          <w:color w:val="4E5968"/>
          <w:sz w:val="22"/>
        </w:rPr>
        <w:t>③ 엄마에게 정말 잘못했다고 진심으로 사과하겠다는 것</w:t>
      </w:r>
    </w:p>
    <w:p>
      <w:pPr>
        <w:ind w:left="320"/>
      </w:pPr>
      <w:r>
        <w:rPr>
          <w:rFonts w:ascii="맑은 고딕" w:hAnsi="맑은 고딕" w:eastAsia="맑은 고딕"/>
          <w:b w:val="0"/>
          <w:color w:val="4E5968"/>
          <w:sz w:val="22"/>
        </w:rPr>
        <w:t>④ 앞으로 공부만 열심히 하겠다는 것</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이 이야기가 보여 주는 민주적인 선거의 의미로 알맞은 것은?</w:t>
      </w:r>
    </w:p>
    <w:p>
      <w:pPr>
        <w:ind w:left="320"/>
      </w:pPr>
      <w:r>
        <w:rPr>
          <w:rFonts w:ascii="맑은 고딕" w:hAnsi="맑은 고딕" w:eastAsia="맑은 고딕"/>
          <w:b w:val="0"/>
          <w:color w:val="4E5968"/>
          <w:sz w:val="22"/>
        </w:rPr>
        <w:t>① 힘센 사람이 반장이 되어야 한다는 것</w:t>
      </w:r>
    </w:p>
    <w:p>
      <w:pPr>
        <w:ind w:left="320"/>
      </w:pPr>
      <w:r>
        <w:rPr>
          <w:rFonts w:ascii="맑은 고딕" w:hAnsi="맑은 고딕" w:eastAsia="맑은 고딕"/>
          <w:b w:val="0"/>
          <w:color w:val="4E5968"/>
          <w:sz w:val="22"/>
        </w:rPr>
        <w:t>② 오직 공부를 잘하는 사람만 반장 후보가 될 수 있다는 것</w:t>
      </w:r>
    </w:p>
    <w:p>
      <w:pPr>
        <w:ind w:left="320"/>
      </w:pPr>
      <w:r>
        <w:rPr>
          <w:rFonts w:ascii="맑은 고딕" w:hAnsi="맑은 고딕" w:eastAsia="맑은 고딕"/>
          <w:b w:val="0"/>
          <w:color w:val="4E5968"/>
          <w:sz w:val="22"/>
        </w:rPr>
        <w:t>③ 누구나 후보가 되고 투표 결과를 존중해야 한다는 것</w:t>
      </w:r>
    </w:p>
    <w:p>
      <w:pPr>
        <w:ind w:left="320"/>
      </w:pPr>
      <w:r>
        <w:rPr>
          <w:rFonts w:ascii="맑은 고딕" w:hAnsi="맑은 고딕" w:eastAsia="맑은 고딕"/>
          <w:b w:val="0"/>
          <w:color w:val="4E5968"/>
          <w:sz w:val="22"/>
        </w:rPr>
        <w:t>④ 반장은 선생님이 정해 주어야 한다는 것</w:t>
      </w:r>
    </w:p>
    <w:p>
      <w:pPr>
        <w:spacing w:before="240"/>
      </w:pPr>
      <w:r>
        <w:rPr>
          <w:rFonts w:ascii="맑은 고딕" w:hAnsi="맑은 고딕" w:eastAsia="맑은 고딕"/>
          <w:b/>
          <w:color w:val="8B95A1"/>
          <w:sz w:val="17"/>
        </w:rPr>
        <w:t xml:space="preserve">  종합 · 적용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이야기를 바탕으로 '좋은 반장의 조건'으로 가장 알맞은 것은?</w:t>
      </w:r>
    </w:p>
    <w:p>
      <w:pPr>
        <w:ind w:left="320"/>
      </w:pPr>
      <w:r>
        <w:rPr>
          <w:rFonts w:ascii="맑은 고딕" w:hAnsi="맑은 고딕" w:eastAsia="맑은 고딕"/>
          <w:b w:val="0"/>
          <w:color w:val="4E5968"/>
          <w:sz w:val="22"/>
        </w:rPr>
        <w:t>① 친구를 차별 않고 책임감 있게 반을 위하는 것</w:t>
      </w:r>
    </w:p>
    <w:p>
      <w:pPr>
        <w:ind w:left="320"/>
      </w:pPr>
      <w:r>
        <w:rPr>
          <w:rFonts w:ascii="맑은 고딕" w:hAnsi="맑은 고딕" w:eastAsia="맑은 고딕"/>
          <w:b w:val="0"/>
          <w:color w:val="4E5968"/>
          <w:sz w:val="22"/>
        </w:rPr>
        <w:t>② 무엇보다 시험 성적이 반에서 가장 뛰어난 것</w:t>
      </w:r>
    </w:p>
    <w:p>
      <w:pPr>
        <w:ind w:left="320"/>
      </w:pPr>
      <w:r>
        <w:rPr>
          <w:rFonts w:ascii="맑은 고딕" w:hAnsi="맑은 고딕" w:eastAsia="맑은 고딕"/>
          <w:b w:val="0"/>
          <w:color w:val="4E5968"/>
          <w:sz w:val="22"/>
        </w:rPr>
        <w:t>③ 목소리가 누구보다 크고 힘이 가장 센 것</w:t>
      </w:r>
    </w:p>
    <w:p>
      <w:pPr>
        <w:ind w:left="320"/>
      </w:pPr>
      <w:r>
        <w:rPr>
          <w:rFonts w:ascii="맑은 고딕" w:hAnsi="맑은 고딕" w:eastAsia="맑은 고딕"/>
          <w:b w:val="0"/>
          <w:color w:val="4E5968"/>
          <w:sz w:val="22"/>
        </w:rPr>
        <w:t>④ 선생님께 잘 보여 칭찬을 많이 받으려 애쓰는 것</w:t>
      </w:r>
    </w:p>
    <w:p>
      <w:pPr>
        <w:spacing w:before="240"/>
      </w:pPr>
      <w:r>
        <w:rPr>
          <w:rFonts w:ascii="맑은 고딕" w:hAnsi="맑은 고딕" w:eastAsia="맑은 고딕"/>
          <w:b/>
          <w:color w:val="8B95A1"/>
          <w:sz w:val="17"/>
        </w:rPr>
        <w:t xml:space="preserve">  비판적 사고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투표로 정당하게 뽑힌 결과를 '잘못 뽑혔다'며 무시하는 것이 왜 옳지 않은지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겉모습이나 성적만으로 사람을 판단하는 '편견'이 왜 위험한지, 로운이의 이야기와 연결해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[중학년] 얼떨결에 반장이 되다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지각이 잦은 장난꾸러기</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③ 엄마가 무시하는 말에 발끈해서</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④ 다섯 표를 넘으면 조백희가 일주일 여자친구 해 주기</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① 공부 잘하는 친구가 못하는 친구를 무시하면 안 된다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예상보다 표를 많이 받아 반장이 되었다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엄마와 황제하가 잘못 뽑혔다며 무시해서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좋은 반장의 조건과 민주적인 선거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너는 투표로 떳떳하게 뽑힌 반장이야. 편견에 흔들리지 말고 네 진심을 보여 주면 돼. · (평가) 로운이를 격려하는 마음을 담았는지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친구를 차별하지 않고, 책임감 있게 반 일을 챙기며, 친구들의 말을 잘 들어 주는 사람이 좋은 반장이다. · (평가) 좋은 반장의 조건을 자기 생각으로 적었는지 봐 주세요.</w:t>
      </w:r>
    </w:p>
    <w:p>
      <w:r>
        <w:br w:type="page"/>
      </w:r>
    </w:p>
    <w:p>
      <w:pPr>
        <w:spacing w:before="160"/>
      </w:pPr>
      <w:r>
        <w:rPr>
          <w:rFonts w:ascii="맑은 고딕" w:hAnsi="맑은 고딕" w:eastAsia="맑은 고딕"/>
          <w:b/>
          <w:color w:val="2272EB"/>
          <w:sz w:val="26"/>
        </w:rPr>
        <w:t>[고학년] 민주적인 선거와 편견</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반장이 목적이 아니라 내기의 다섯 표가 필요해서</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약점을 들춘다며 협박하듯 표를 얻으려 한 점</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공부로 친구를 무시하지 않는 반을 만들자는 말</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정당하게 투표로 뽑힌 결과를 무시한 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잘못 뽑힌 반장이 아님을 보여 주겠다는 것</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누구나 후보가 되고 투표 결과를 존중해야 한다는 것</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친구를 차별 않고 책임감 있게 반을 위하는 것</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선거는 모두가 함께 정한 약속이므로, 마음에 들지 않아도 결과를 존중해야 한다. 결과를 무시하면 민주주의 자체가 무너지기 때문이다. · (평가) 결과 존중의 까닭을 민주주의와 연결했는지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편견은 그 사람의 진짜 모습과 가능성을 보지 못하게 한다. 로운이도 장난꾸러기로만 보였지만 진심과 책임감이 있었던 것처럼, 겉만 보고 판단하면 안 된다. · (평가) 편견의 위험을 로운이 사례와 연결했는지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