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진짜 반장이 되는 길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자타공인 꼴통 이로운이 얼떨결에 반장이 되었다. "잘못 뽑은 반장"이라는 소리를 듣던 그가, 진짜 반장이 되기 위해 좌충우돌한다. 좋은 반장이란 과연 어떤 사람일까?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이야기 처음에 주인공 이로운이 친구들에게 들은 말로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"잘못 뽑은 반장"이라는 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"우리 반 최고의 반장"이라는 칭찬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"공부를 제일 잘하는 친구"라는 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"가장 인기 많은 친구"라는 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다음 중 이로운에 대한 설명으로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처음에는 반장 역할을 잘 해내지 못했다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점점 책임감을 갖고 노력하게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처음부터 모든 일을 완벽하게 잘했다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약한 친구를 도우며 인정받는다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이로운이 친구들에게 '진짜 반장'으로 인정받게 된 결정적인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약한 친구를 돕고 책임을 다해서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갑자기 시험에서 1등을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힘이 세서 친구들을 억지로 눌러서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선생님께 잘 보여서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약한 친구가 괴롭힘당하는 것을 본 이로운의 행동으로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못 본 척하고 슬그머니 지나쳤다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같이 괴롭혔다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도망쳐 버렸다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용기를 내어 도와주었다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"약한 사람을 괴롭히는 것보다 더 비겁한 것은 (    )"에서 빈칸에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주위에 큰 소리로 도와달라고 외치는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알고도 모른 척하는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선생님께 알리는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친구와 함께 막는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좋은 반장(대표)이 갖추어야 할 태도로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자기 마음대로 결정한다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힘세고 인기 있는 친구만 골라 챙긴다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책임을 다하고 친구를 배려한다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귀찮은 일은 남에게 미룬다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생각으로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공부를 제일 잘하는 사람만 반장이 될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행동과 변화로 사람을 보아야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한번 '꼴통'이면 절대 변하지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반장은 힘이 세야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이로운이 변해 가는 모습에서 알 수 있는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한번 정해진 평가는 바뀌지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노력해도 사람은 변하지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반장은 아무나 할 수 있어 노력이 필요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서툰 사람도 노력으로 달라질 수 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내가 생각하는 '좋은 반장(대표)'의 조건을 두 가지, 그렇게 생각한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이로운처럼 처음엔 서툴렀지만 노력으로 달라진 경험이 있다면 떠올려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리더십과 용기의 의미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자타공인 꼴통 이로운이 얼떨결에 반장이 되었다. "잘못 뽑은 반장"이라는 소리를 듣던 그가, 진짜 반장이 되기 위해 좌충우돌한다. 좋은 반장이란 과연 어떤 사람일까?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이야기가 보여 주려는 '진짜 반장'의 모습으로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책임감과 용기를 갖춘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친구들을 힘으로 마구 억누르는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공부만 잘하는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선생님께만 잘 보이는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집단을 이끌며 구성원을 위해 바른 방향을 제시하는 능력이나 자질을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끈끈한 우정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리더십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욕심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고집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"약한 사람을 괴롭히는 것보다 더 비겁한 것은 알고도 모른 척하는 것"이라는 말이 전하려는 바로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약한 사람은 굳이 나서서 도울 필요가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모른 척이 가장 편한 길이다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외면하지 않는 용기가 필요하다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결과만 좋으면 비겁해도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일치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다음 중 이 이야기의 내용으로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처음엔 책임을 다하지 않아 '잘못 뽑은 반장' 소리를 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약한 친구가 괴롭힘당할 때 나서서 도왔다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점차 책임감 있는 모습으로 변해 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친구들은 끝까지 반장으로 인정하지 않았다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친구들이 이로운을 진짜 반장으로 인정하게 된 변화의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행동이 달라졌기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키가 더 커졌기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옷을 잘 입게 되었기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예전보다 힘이 훨씬 더 세졌기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민주적인 학급에서 대표를 뽑을 때 가장 중요하게 보아야 할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과연 누가 가장 인기가 많은가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일할 책임감과 됨됨이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누가 힘이 가장 센가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누가 말을 가장 잘하는가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 이야기가 '사람을 판단하는 법'에 대해 전하는 메시지로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한번 굳어진 평판은 절대 바꿀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겉모습으로 판단해도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행동과 변화로 보아야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능력 없는 사람은 변하지 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'진정한 용기'란 무엇일지, 이로운이 약한 친구를 도운 장면을 떠올리며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좋은 리더(대표)가 갖추어야 할 가장 중요한 자질은 무엇이라고 생각하는지, 그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사람은 첫인상이나 소문만으로 판단되기 쉽습니다. '겉모습·평판이 아니라 행동으로 사람을 보아야 하는 까닭'을 이 이야기를 바탕으로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진짜 반장이 되는 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"잘못 뽑은 반장"이라는 소리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③ 처음부터 모든 일을 완벽하게 잘했다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① 약한 친구를 돕고 책임을 다해서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용기를 내어 도와주었다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② 알고도 모른 척하는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③ 책임을 다하고 친구를 배려한다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행동과 변화로 사람을 보아야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서툰 사람도 노력으로 달라질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① 책임감 — 맡은 일을 끝까지 해내야 친구들이 믿고 따를 수 있어서. ② 공정함과 배려 — 약하거나 소외된 친구도 똑같이 챙겨야 모두가 편한 반이 되어서. · (평가) 조건 2가지를 까닭과 함께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처음엔 줄넘기를 하나도 못 했지만 매일 연습해 100개를 넘게 되었고, 못 한다고 놀리던 친구들도 인정해 주었다. · (평가) 노력으로 성장한 경험을 구체적으로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리더십과 용기의 의미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책임감과 용기를 갖춘 사람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리더십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외면하지 않는 용기가 필요하다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친구들은 끝까지 반장으로 인정하지 않았다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행동이 달라졌기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일할 책임감과 됨됨이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행동과 변화로 보아야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진정한 용기는 손해를 보거나 무섭더라도 옳다고 믿는 일을 행동으로 옮기는 것이다. 이로운이 괴롭힘을 모른 척하지 않고 나선 것이 그 예다. · (평가) 불의에 맞서는 용기·실천의 의미를 자기 말로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책임감이라고 생각한다. 능력이 뛰어나도 책임을 다하지 않으면 구성원이 피해를 보지만, 책임감 있는 리더는 끝까지 모두를 챙겨 신뢰를 얻기 때문이다. · (평가) 한 자질을 골라 근거와 함께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첫인상이나 소문은 사실과 다를 수 있고, 사람은 노력으로 변하기도 한다. 이로운처럼 행동으로 증명하는 사람을 알아보려면 편견 없이 변화를 지켜보아야 한다. · (평가) 편견을 넘어 행동·변화로 평가해야 함을 논리적으로 전개했는지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