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다름을 넘어 함께 달리기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사고로 한동안 앞을 보지 못한 은애는 장애가 있는 친구들을 보는 시선이 달라진다. 발달장애 친구 민욱이의 '굿프렌즈'가 되어 어려움 속에서도 마음을 열고, 특수 교사의 꿈을 키운다. 자전거의 두 바퀴처럼 서로 의지하며 '함께 사는 법'을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은애가 장애가 있는 친구를 이해하게 된 결정적 계기로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앞이 안 보이는 경험을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좋은 책을 아주 많이 읽었기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상을 받아서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전학을 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은애가 자원한, 장애 친구 민욱이를 돕는 활동의 이름으로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 봉사 도우미 반장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굿프렌즈(도우미)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봉사왕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심부름꾼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장애가 있다는 이유로 사람을 함부로 낮춰 보거나 밀어내는 잘못된 생각을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따뜻한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특수 교사가 "민욱이는 치료가 필요한 게 아니라 함께 사는 법을 배우면 된다"고 한 말의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민욱이는 곧 나을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장애가 있으면 위험하다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장애가 있으면 무조건 특수학교만 가야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함께 어울려 사는 법을 배우는 게 핵심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은애가 새롭게 갖게 된 꿈으로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누군가를 돕는 특수 교사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유명한 최고의 인기 연예인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운동선수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사업가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"민욱이가 불편하니 특수학교로 보내야 한다"는 생각에 대한 바른 판단으로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불편하면 보내는 것이 맞다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다름을 인정하고 함께 살아야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장애가 있는 친구와는 절대 어울릴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수업에 방해되면 내보내야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은애의 변화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굿프렌즈로 민욱이를 도우며 점차 이해한다.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은애가 사고로 한동안 앞을 보지 못한다.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누군가를 돕는 특수 교사가 되기로 꿈꾼다.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장애가 있는 친구들을 보는 시선이 달라진다.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장애가 있는 친구를 '도움이 필요한 대상'이 아니라 '함께 살아갈 친구'로 바라보는 것이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'서로 다른 우리가 함께 사는 법'을 배운다는 것은 어떤 의미일지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제목 '자전거는 두 바퀴로 달린다'가 뜻하는 바를, 은애와 민욱이의 이야기와 연결하여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다름을 넘어 함께 달리기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앞이 안 보이는 경험을 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굿프렌즈(도우미)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편견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함께 어울려 사는 법을 배우는 게 핵심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누군가를 돕는 특수 교사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다름을 인정하고 함께 살아야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도움 대상으로만 보면 동등한 친구로 존중하지 못한다. 함께 살아갈 친구로 볼 때 서로 배우고 진짜 어울릴 수 있기 때문이다. · (평가) 동정과 존중의 차이를 짚어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모두가 다 다르다는 것을 인정하고, 다름을 틀림으로 여기지 않으며, 서로 배려하고 도우며 어울리는 법을 익히는 것이다. · (평가) 다름의 인정·배려를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자전거가 두 바퀴가 있어야 달리듯, 사람도 서로 다른 이들이 의지하고 함께해야 더 잘 나아갈 수 있다는 뜻이다. 은애와 민욱이가 서로에게 그런 바퀴가 되어 주었다. · (평가) 제목의 상징을 이야기와 연결해 해석했는지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