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마음으로 듣는 우정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소리를 듣지 못하는 친구 현성, 그리고 그에게 다가가려는 친구들. 듣지 못해도 입모양을 읽고, 함께 볼링을 치며 마음을 나눈다. 장애에 대한 편견을 넘어 '진짜 친구'가 되어 가는 과정을 따뜻하게 그린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드라마의 주요 인물 현성이가 가진 장애로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듣기 어려운 청각장애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앞을 보기 어려운 시각장애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걷기 어려운 지체장애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장애가 없음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현성이가 상대의 말을 알아차리는 방법으로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두 귀로 또렷하게 잘 듣는다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상대의 입모양을 읽는다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눈을 감고 듣는다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소리를 크게 키운다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잘 알지도 못하면서 한쪽으로 치우쳐 굳어 버린 생각을 두 글자로 무엇이라고 하나요? (장애에 대한 ○○)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존중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배려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편견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이해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청각장애가 있는 친구와 대화할 때 도움이 되는 방법으로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뒤에서 아주 빠르게 막 말한다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입을 가리고 말한다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큰 소리로만 외친다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얼굴 보며 또박또박 말한다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소리를 듣지 못하는 사람에 대한 생각으로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감정도 있고 함께 즐길 수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감정이 전혀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 무엇도 함께 즐길 수가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늘 슬프기만 하다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친구들이 현성이와 함께 '볼링'을 즐긴 모습이 보여 주는 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장애인은 운동을 할 수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함께 즐길 수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혼자 노는 것이 더 낫다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볼링은 너무 위험하다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진정한 친구의 모습으로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그저 불쌍히 여겨 동정만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멀리 거리를 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그대로 존중하며 함께한다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특별 대우만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청각장애가 있는 친구가 우리 반에 온다면, 그 친구가 편하게 함께 지낼 수 있도록 내가 할 수 있는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장애가 있는 친구를 '도움이 필요한 대상'으로만 보지 않고 '함께하는 친구'로 대하는 것이 왜 중요한지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'듣지 못해도 함께 느끼고 즐길 수 있다'는 이 드라마의 메시지를 바탕으로, 서로 다른 사람들이 더불어 살아가려면 무엇이 필요할지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마음으로 듣는 우정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듣기 어려운 청각장애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상대의 입모양을 읽는다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편견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얼굴 보며 또박또박 말한다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감정도 있고 함께 즐길 수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함께 즐길 수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그대로 존중하며 함께한다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얼굴을 보며 천천히 또박또박 말하고, 안 들리면 글이나 손짓으로 전하며 먼저 다가가겠다. · (평가) 천천히 말하기·글로 전하기·먼저 다가가기 등 구체적 배려를 떠올렸는지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도움만 주는 사이가 아니라 같은 친구로 대할 때, 그 친구도 마음을 열고 진짜 우정을 나눌 수 있기 때문이다. · (평가) 존중·동등함·진정한 우정의 가치를 전개했는지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서로의 다름을 편견 없이 이해하고, 상대의 입장에서 배려하며 함께할 방법을 찾는 마음이 필요하다. · (평가) 이해·배려·편견 없애기 등을 자기 말로 전개했는지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