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더불어 살아가는 우리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우리는 모두 가슴에 작은 상처 하나씩 품고 살아간다. 장애가 있는 이웃을 대하는 사람들의 시선과 편견 속에서, 서로의 상처를 바라보고 먼저 말을 거는 따뜻함을 그린 이야기. "안녕, 오늘도 안녕."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드라마가 다루는 핵심 주제로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장애에 대한 태도와 더불어 삶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전국을 다니는 맛집 탐방 이야기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운동 경기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여행 이야기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장애가 있는 사람에 대한 바른 생각으로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나보다 못한 사람이다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똑같이 존중받을 소중한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그저 불쌍히 여길 대상일 뿐이다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어울리면 안 되는 사람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장애·성별·출신 등을 이유로 차별하지 않고 누군가를 있는 그대로 받아들여 함께 어우러지는 것을 무엇이라고 하나요? (두 글자, '○○')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차별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배제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포용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편견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특수학교 설립을 '집값이 떨어진다'며 반대하는 모습이 보여 주는 문제로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학교가 너무 많은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집값이 너무 비싼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동네 교통이 너무 불편한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장애에 대한 편견과 차별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장애가 있는 사람을 돕는 바람직한 태도로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본인의 뜻을 존중하며 돕는다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무조건 불쌍히 여기며 동정한다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묻지 않고 다 해 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마음대로 도와준다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'우리는 모두 가슴에 작은 상처 하나씩 품고 산다'는 말이 전하려는 바로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상처는 무조건 꽁꽁 숨겨야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서로의 상처를 헤아려 다가가자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오직 장애인만 아프다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상처는 다 남의 일이다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장애가 있는 사람에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 어떤 꿈도 절대 가질 수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꿈을 가질 자격이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자기 꿈을 가지고 살아간다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꿈을 포기해야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장애가 있는 사람을 도울 때 '좋은 도움'과 '오히려 상처를 주는 도움'은 어떻게 다를지,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장애가 있는 사람과 함께 어우러져 살아가는 사회가 되려면, 우리 사회와 내가 어떤 노력을 해야 할지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제목처럼 누군가에게 먼저 '안녕'하고 말을 건네는 일은 작지만 큰 용기입니다. 내가 먼저 다가가 마음을 나누고 싶은 사람과, 건네고 싶은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더불어 살아가는 우리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장애에 대한 태도와 더불어 삶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똑같이 존중받을 소중한 사람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포용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장애에 대한 편견과 차별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본인의 뜻을 존중하며 돕는다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서로의 상처를 헤아려 다가가자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자기 꿈을 가지고 살아간다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좋은 도움은 무엇이 필요한지 먼저 묻고 뜻을 존중하는 것이고, 상처 주는 도움은 묻지 않고 동정하듯 마음대로 간섭하는 것이다. · (평가) 뜻을 존중하는 도움과 동정·간섭의 차이를 짚었는지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나는 편견 없이 이웃으로 대하고, 사회는 함께 다닐 수 있는 시설과 차별을 막는 제도를 갖춰야 한다. · (평가) 편견 없애기·배려·제도 등 개인·사회 차원의 노력을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늘 혼자 다니는 친구에게 먼저 다가가 '같이 갈래?' 하고 말을 건네며 함께하고 싶다. · (평가) 공감·관심·먼저 다가가는 마음을 진솔하게 표현했는지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