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다름을 이해하는 우리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콘텐츠 제작 수업에서 한 모둠이 된 아이들. 처음엔 조금 다른 친구 '상도'를 어떻게 대해야 할지 어색해한다. 영상이 뜻하지 않게 퍼지며 갈등이 생기지만, 아이들은 서툰 실수와 오해를 넘어 진짜 우정과 배려를 배워 간다.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이 드라마에서 아이들이 함께 수행한 과제(프로젝트)는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영상 콘텐츠 만들기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다 함께 신나는 운동회 준비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요리 대회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그림 그리기 대회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콘텐츠를 만들 때 바른 행동으로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남의 영상·음악을 막 가져다 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허락받고 출처를 밝혀 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유명한 노래는 마음대로 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들키지만 않으면 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영상에 다른 사람의 얼굴이 허락 없이 나오지 않도록 보호해야 하는 권리를 무엇이라고 하나요? (○○권)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저작권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재산권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초상권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소유권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친구 '상도'를 대하는 바람직한 태도로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조금 다르다는 이유로 멀리한다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놀림감으로 삼는다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그냥 모른 척한다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편견 없이 친구로 대한다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나와 조금 다른 친구에 대한 생각으로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똑같이 존중받을 소중한 사람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나보다 못한 사람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어울리면 안 되는 이상한 사람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무시해도 되는 사람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친구의 영상이 본인 동의 없이 퍼져 상처를 준 일에서 배울 수 있는 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재미만 있으면 무엇이든 다 괜찮다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동의 없이 퍼뜨리면 안 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조회수가 가장 중요하다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사과는 필요 없다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실수로 친구에게 상처를 주었을 때 바른 행동은?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아무 일 없던 척 그냥 넘어간다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상대 탓으로 돌린다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진심으로 사과하고 화해한다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더 크게 화를 낸다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나와 조금 다른 친구를 처음 대할 때 어색함을 느낄 수 있습니다. 그 어색함을 넘어 진짜 친구가 되려면 어떤 마음과 행동이 필요할지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영상(콘텐츠)을 만들 때 지켜야 할 약속(저작권·초상권·동의 등)이 왜 중요한지,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'우리는 모두 조금씩 다르다'는 말의 의미를 생각해 보고, 서로의 다름을 존중하며 함께 지내려면 어떻게 해야 할지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다름을 이해하는 우리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영상 콘텐츠 만들기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허락받고 출처를 밝혀 쓴다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초상권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편견 없이 친구로 대한다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① 똑같이 존중받을 소중한 사람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동의 없이 퍼뜨리면 안 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진심으로 사과하고 화해한다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[예시] 다른 점을 이상하게 여기지 않고, 먼저 다가가 관심을 보이며 함께할 거리를 찾아 어울리겠다. · (평가) 이해·관심·먼저 다가가기 등 구체적 태도를 제시했는지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저작권·초상권·동의를 지키지 않으면 남에게 피해와 상처를 줄 수 있으므로, 책임감 있게 콘텐츠를 만들어야 하기 때문이다. · (평가) 타인의 권리 존중·책임 있는 미디어 사용을 짚었는지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사람은 저마다 다르니, 다름을 틀림으로 보지 않고 서로의 개성을 존중하며 배려할 때 함께 잘 지낼 수 있다. · (평가) 다양성 존중·배려·공감의 가치를 자기 말로 전개했는지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