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나의 꿈, 나의 선택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몸이 불편한 주인공에게도 간절히 이루고 싶은 꿈이 있다. "다칠까 봐, 잘못될까 봐" 걱정하는 가족과, "할 수 있을 때 해보고 싶다"는 주인공. 장애에 대한 편견을 넘어 도전과 자기 결정의 의미를 묻는 따뜻한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드라마의 주인공이 가진 마음으로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이루고 싶은 꿈이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아무 꿈도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꿈을 포기하고 싶다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남을 부러워하기만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장애가 있는 사람의 꿈에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꿈을 가질 수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자신만의 꿈을 가질 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꿈을 절대로 가져서는 안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꿈이 필요 없다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자신의 삶에 관한 일을 남이 대신 정해 주는 것이 아니라 스스로 정하는 것을 '자기 ○○'이라고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소개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자랑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결정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반성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가족이 주인공의 도전을 말리려 한 까닭으로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주인공을 미워해서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꿈이 너무 시시하고 별로여서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아무 관심이 없어서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다칠까 봐 걱정하는 마음에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걱정에서 비롯된 보호라도 오히려 상처가 될 수 있는 경우는?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뜻을 묻지 않고 막기만 할 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본인의 뜻을 존중하며 도울 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함께 방법을 찾을 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곁에서 응원할 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"할 수 있을 때, 움직일 수 있을 때 해보고 싶다"는 주인공의 말에 담긴 마음으로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남을 이기고 싶은 욕심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후회 없이 주체적으로 살고 싶음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그저 남에게 관심을 받고 싶은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쉬고 싶은 마음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장애가 있는 사람을 '도전할 수 없는 존재'로 단정하는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누구나 아는 당연한 사실이다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올바른 판단이다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잘못된 편견이다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어쩔 수 없는 일이다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가족의 '걱정'과 주인공의 '도전' 중 무엇이 옳다고만 말하기는 어렵습니다. 두 마음을 모두 헤아려, 어떻게 하면 좋았을지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누군가의 꿈을 응원한다는 것은 무엇일까요? 주인공의 이야기를 떠올리며, 진정한 응원의 의미를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장애가 있든 없든, 누구나 자신의 꿈을 향해 도전할 권리가 있습니다. 이를 가로막는 우리 사회의 편견에는 어떤 것이 있을지 떠올려 보고, 어떻게 바꿔 가야 할지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나의 꿈, 나의 선택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이루고 싶은 꿈이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자신만의 꿈을 가질 수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결정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다칠까 봐 걱정하는 마음에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뜻을 묻지 않고 막기만 할 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후회 없이 주체적으로 살고 싶음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잘못된 편견이다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무조건 막기보다, 위험을 줄일 방법을 함께 찾고 본인의 뜻을 존중해 도전을 응원했으면 좋았을 것이다. · (평가) 안전에 대한 걱정과 자기 결정 존중 사이의 균형을 고민했는지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진정한 응원은 결과를 대신 정해 주는 것이 아니라, 그 사람의 선택을 믿고 존중하며 곁에서 함께 돕는 것이다. · (평가) 믿음·존중·곁에서 돕기 등 응원의 의미를 자기 말로 표현했는지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'장애가 있으면 못 한다'는 편견이 도전을 가로막는데, 기회를 똑같이 주고 할 수 있게 돕는 환경으로 바꿔 가야 한다. · (평가) 구체적 편견과 개선 방향을 함께 제시했는지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