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동등한 친구로 바라보기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성적만 중요하게 여기던 청아에게 청각장애 전학생 지석의 속마음이 들리는 능력이 생긴다. 춤을 향한 지석의 열정과 '평범하게 바라봐 달라'는 진심을 알게 되며, 두 사람은 동등한 친구로 성장한다. 장애를 바라보는 시선의 변화를 담은 드라마.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청아에게 생긴 신비한 능력으로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지석의 속마음이 들리는 능력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하늘을 나는 능력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잠시 시간을 멈춰 세우는 능력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투명해지는 능력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청각장애가 있는 지석이 소리를 듣기 위해 사용하는 기기는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도수 높은 안경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인공 와우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휠체어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목발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장애가 있다는 이유로 사람을 함부로 낮춰 보거나 동등하게 대하지 않는 잘못된 생각을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존중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편견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지석이 "장애를 내세워 점수를 딴다는 소리는 듣기 싫다"고 한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이제 좋은 점수가 너무너무 싫어서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춤을 못 춰서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친구가 싫어서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실력 그 자체로 평가받고 싶어서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"키 작은 것 치고 잘한다"는 칭찬이 오히려 불편할 수 있다는 비유가 뜻하는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 사람 자체를 인정하는 게 아니라서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세상 칭찬은 무조건 다 나쁜 것이라서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키가 작은 것이 잘못이라서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농구를 못해서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지석이 마지막에 빈 진짜 소원으로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어려운 시험에서 늘 1등을 꼭 하고 싶다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평범하게 바라보고 나를 인정하고 싶다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부자가 되고 싶다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유명한 사람이 되고 싶다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청아가 지석의 속마음이 들리는 능력을 갖게 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청각장애가 있는 지석이 전학을 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두 사람이 함께 무대를 준비하며 서로를 이해한다.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서로의 소원을 알게 되며 진정한 친구가 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장애가 있는 친구를 '도움이 필요한 존재'가 아니라 '함께 꿈꾸는 동등한 친구'로 바라보는 것이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지석처럼 '조건이 아니라 나 자체로 평가받고 싶다'는 마음을 헤아려, 친구를 칭찬하거나 대할 때 주의할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청아와 지석의 이야기를 바탕으로, '진정한 친구'란 무엇이라고 생각하는지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동등한 친구로 바라보기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지석의 속마음이 들리는 능력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인공 와우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편견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실력 그 자체로 평가받고 싶어서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그 사람 자체를 인정하는 게 아니라서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평범하게 바라보고 나를 인정하고 싶다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동정의 눈으로만 보면 상대를 나와 같은 사람으로 존중하지 못한다. 동등한 친구로 볼 때 진짜 소통이 되고 서로 성장할 수 있기 때문이다. · (평가) 동정과 존중의 차이를 짚어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"~인데도 잘한다"처럼 조건을 붙이지 말고, 그 사람의 노력과 실력 자체를 있는 그대로 인정하며 칭찬해야 한다. · (평가) 조건 없는 존중·칭찬을 구체적으로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진정한 친구는 겉모습이나 조건이 아니라 서로의 마음을 이해하고 동등하게 곁에 있어 주는 사람이다. 청아와 지석은 서로를 있는 그대로 이해하며 친구가 되었다. · (평가) 자기 정의와 까닭을 이야기와 연결했는지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