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동정이 아닌 존중으로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발달장애가 있는 바리스타 승모와, 명문대에 들어간 뒤 진로를 두고 방황하는 여라. 서로 다른 처지의 두 사람이 만나 고민을 나누며 성장한다. 장애 여부와 상관없이 누구나 겪는 진로 고민과, 동정이 아닌 존중의 의미를 따뜻하게 담은 단편 드라마.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두 주인공 승모와 여라의 공통점으로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저마다 진로를 고민한다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둘 다 의사다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둘 다 이름난 유명한 운동선수다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둘 다 가수다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발달장애가 있는 승모가 하는 일과 좋아하는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운동선수이며 노래 부르기를 좋아한다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바리스타이며 그림을 좋아한다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의사이며 요리를 좋아한다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가수이며 춤을 좋아한다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잘 알지도 못하면서 함부로 낮춰 보거나 동정만 하는 잘못된 시선을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따뜻한 존중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편견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명문대에 들어간 여라가 겪은 고민으로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돈이 없어서 힘들었다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마음 맞는 친구가 없어 늘 외로웠다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공부가 너무 쉬웠다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원하는 게 무엇인지 몰라 방황함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승모가 "섣부른 관심으로 책임지지 못할 행동은 말아 달라"고 한 말의 뜻으로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동등한 사람으로 존중해 달라는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이제 어떤 도움이든 무조건 다 싫다는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혼자 있고 싶다는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관심을 더 달라는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서로 다른 처지의 두 사람이 교감하며 깨달은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사람의 진로는 처음부터 다 정해져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누구나 고민하며 성장한다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꿈은 필요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남과 비교해야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'좋아하는 일'과 '할 수 있는 일' 사이에서 바람직한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좋아하는 것은 무시한다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아무것도 시도하지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좋아하는 일을 포기하지 않고 찾아간다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늘 남이 정해 주는 대로만 따라서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장애가 있는 친구를 '동정'이 아니라 '존중'으로 대한다는 것은 무엇일지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'좋아하는 일'과 '잘할 수 있는 일'이 다를 때, 나라면 어떻게 할지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제목 '너만의 거리에서, 우리는'처럼, 서로 다른 사람들이 각자의 자리에서 함께 살아간다는 것의 의미를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동정이 아닌 존중으로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저마다 진로를 고민한다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바리스타이며 그림을 좋아한다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편견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원하는 게 무엇인지 몰라 방황함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동등한 사람으로 존중해 달라는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누구나 고민하며 성장한다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좋아하는 일을 포기하지 않고 찾아간다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불쌍히 여겨 일방적으로 돕기보다, 똑같은 한 사람으로 보고 그의 생각과 능력을 인정하며 정말 필요한 도움을 함께 찾는 것이다. · (평가) 동정과 존중의 차이를 짚어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잘하는 일로 생활하면서도 좋아하는 일을 취미로 이어 가며 기회를 찾겠다. 좋아하는 마음을 잃지 않아야 행복할 수 있기 때문이다. · (평가) 자기 선택과 까닭을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모두가 같을 필요 없이, 저마다 자기 속도와 길로 살아가되 서로를 존중하고 응원하며 함께 어울리는 것이 더불어 사는 것이라고 생각한다. · (평가) 다름과 공존의 의미를 자기 말로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