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산길 너머의 학교</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중국 구이저우성 해발 1000m 산골에 있는 천가제 초등학교. 아이들은 새벽부터 두세 시간씩 험한 산길을 걸어 등교하지만 출석률은 100%다. 전기가 없어 창문 햇빛에 의지해 국어·수학만 배우고, 따뜻한 쌀밥 급식과 친구들이 학교를 가장 가고 싶은 곳으로 만든다. 집안일과 농사를 도우면서도 '부모님처럼 살고 싶지 않다'는 꿈으로 산을 넘는 아이들을 통해, 배움의 가치와 희망을 되새기는 다큐멘터리.</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이 학교 아이들의 등굣길은 어떠한가요?</w:t>
      </w:r>
    </w:p>
    <w:p>
      <w:pPr>
        <w:ind w:left="320"/>
      </w:pPr>
      <w:r>
        <w:rPr>
          <w:rFonts w:ascii="맑은 고딕" w:hAnsi="맑은 고딕" w:eastAsia="맑은 고딕"/>
          <w:b w:val="0"/>
          <w:color w:val="4E5968"/>
          <w:sz w:val="22"/>
        </w:rPr>
        <w:t>① 왕복 여러 시간 험한 산길</w:t>
      </w:r>
    </w:p>
    <w:p>
      <w:pPr>
        <w:ind w:left="320"/>
      </w:pPr>
      <w:r>
        <w:rPr>
          <w:rFonts w:ascii="맑은 고딕" w:hAnsi="맑은 고딕" w:eastAsia="맑은 고딕"/>
          <w:b w:val="0"/>
          <w:color w:val="4E5968"/>
          <w:sz w:val="22"/>
        </w:rPr>
        <w:t>② 버스로 단 십 분이면 닿는 가까운 거리</w:t>
      </w:r>
    </w:p>
    <w:p>
      <w:pPr>
        <w:ind w:left="320"/>
      </w:pPr>
      <w:r>
        <w:rPr>
          <w:rFonts w:ascii="맑은 고딕" w:hAnsi="맑은 고딕" w:eastAsia="맑은 고딕"/>
          <w:b w:val="0"/>
          <w:color w:val="4E5968"/>
          <w:sz w:val="22"/>
        </w:rPr>
        <w:t>③ 바로 집 앞</w:t>
      </w:r>
    </w:p>
    <w:p>
      <w:pPr>
        <w:ind w:left="320"/>
      </w:pPr>
      <w:r>
        <w:rPr>
          <w:rFonts w:ascii="맑은 고딕" w:hAnsi="맑은 고딕" w:eastAsia="맑은 고딕"/>
          <w:b w:val="0"/>
          <w:color w:val="4E5968"/>
          <w:sz w:val="22"/>
        </w:rPr>
        <w:t>④ 배를 타고 가는 길</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그렇게 멀고 험한데도 이 학교의 출석률은 얼마인가요?</w:t>
      </w:r>
    </w:p>
    <w:p>
      <w:pPr>
        <w:ind w:left="320"/>
      </w:pPr>
      <w:r>
        <w:rPr>
          <w:rFonts w:ascii="맑은 고딕" w:hAnsi="맑은 고딕" w:eastAsia="맑은 고딕"/>
          <w:b w:val="0"/>
          <w:color w:val="4E5968"/>
          <w:sz w:val="22"/>
        </w:rPr>
        <w:t>① 절반쯤</w:t>
      </w:r>
    </w:p>
    <w:p>
      <w:pPr>
        <w:ind w:left="320"/>
      </w:pPr>
      <w:r>
        <w:rPr>
          <w:rFonts w:ascii="맑은 고딕" w:hAnsi="맑은 고딕" w:eastAsia="맑은 고딕"/>
          <w:b w:val="0"/>
          <w:color w:val="4E5968"/>
          <w:sz w:val="22"/>
        </w:rPr>
        <w:t>② 100%(모두 출석)</w:t>
      </w:r>
    </w:p>
    <w:p>
      <w:pPr>
        <w:ind w:left="320"/>
      </w:pPr>
      <w:r>
        <w:rPr>
          <w:rFonts w:ascii="맑은 고딕" w:hAnsi="맑은 고딕" w:eastAsia="맑은 고딕"/>
          <w:b w:val="0"/>
          <w:color w:val="4E5968"/>
          <w:sz w:val="22"/>
        </w:rPr>
        <w:t>③ 거의 결석</w:t>
      </w:r>
    </w:p>
    <w:p>
      <w:pPr>
        <w:ind w:left="320"/>
      </w:pPr>
      <w:r>
        <w:rPr>
          <w:rFonts w:ascii="맑은 고딕" w:hAnsi="맑은 고딕" w:eastAsia="맑은 고딕"/>
          <w:b w:val="0"/>
          <w:color w:val="4E5968"/>
          <w:sz w:val="22"/>
        </w:rPr>
        <w:t>④ 날씨 탓에 아무도 안 옴</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전기가 들어오지 않아 아이들은 어떻게 공부하나요?</w:t>
      </w:r>
    </w:p>
    <w:p>
      <w:pPr>
        <w:ind w:left="320"/>
      </w:pPr>
      <w:r>
        <w:rPr>
          <w:rFonts w:ascii="맑은 고딕" w:hAnsi="맑은 고딕" w:eastAsia="맑은 고딕"/>
          <w:b w:val="0"/>
          <w:color w:val="4E5968"/>
          <w:sz w:val="22"/>
        </w:rPr>
        <w:t>① 커다란 양초에 촛불을 켜고</w:t>
      </w:r>
    </w:p>
    <w:p>
      <w:pPr>
        <w:ind w:left="320"/>
      </w:pPr>
      <w:r>
        <w:rPr>
          <w:rFonts w:ascii="맑은 고딕" w:hAnsi="맑은 고딕" w:eastAsia="맑은 고딕"/>
          <w:b w:val="0"/>
          <w:color w:val="4E5968"/>
          <w:sz w:val="22"/>
        </w:rPr>
        <w:t>② 손전등을 들고</w:t>
      </w:r>
    </w:p>
    <w:p>
      <w:pPr>
        <w:ind w:left="320"/>
      </w:pPr>
      <w:r>
        <w:rPr>
          <w:rFonts w:ascii="맑은 고딕" w:hAnsi="맑은 고딕" w:eastAsia="맑은 고딕"/>
          <w:b w:val="0"/>
          <w:color w:val="4E5968"/>
          <w:sz w:val="22"/>
        </w:rPr>
        <w:t>③ 창문 햇빛에 의지해</w:t>
      </w:r>
    </w:p>
    <w:p>
      <w:pPr>
        <w:ind w:left="320"/>
      </w:pPr>
      <w:r>
        <w:rPr>
          <w:rFonts w:ascii="맑은 고딕" w:hAnsi="맑은 고딕" w:eastAsia="맑은 고딕"/>
          <w:b w:val="0"/>
          <w:color w:val="4E5968"/>
          <w:sz w:val="22"/>
        </w:rPr>
        <w:t>④ 어두운 채로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아이들이 학교를 좋아하는 큰 이유 중 하나는 무엇인가요?</w:t>
      </w:r>
    </w:p>
    <w:p>
      <w:pPr>
        <w:ind w:left="320"/>
      </w:pPr>
      <w:r>
        <w:rPr>
          <w:rFonts w:ascii="맑은 고딕" w:hAnsi="맑은 고딕" w:eastAsia="맑은 고딕"/>
          <w:b w:val="0"/>
          <w:color w:val="4E5968"/>
          <w:sz w:val="22"/>
        </w:rPr>
        <w:t>① 잔디가 깔린 넓은 운동장</w:t>
      </w:r>
    </w:p>
    <w:p>
      <w:pPr>
        <w:ind w:left="320"/>
      </w:pPr>
      <w:r>
        <w:rPr>
          <w:rFonts w:ascii="맑은 고딕" w:hAnsi="맑은 고딕" w:eastAsia="맑은 고딕"/>
          <w:b w:val="0"/>
          <w:color w:val="4E5968"/>
          <w:sz w:val="22"/>
        </w:rPr>
        <w:t>② 새 컴퓨터</w:t>
      </w:r>
    </w:p>
    <w:p>
      <w:pPr>
        <w:ind w:left="320"/>
      </w:pPr>
      <w:r>
        <w:rPr>
          <w:rFonts w:ascii="맑은 고딕" w:hAnsi="맑은 고딕" w:eastAsia="맑은 고딕"/>
          <w:b w:val="0"/>
          <w:color w:val="4E5968"/>
          <w:sz w:val="22"/>
        </w:rPr>
        <w:t>③ 멋진 도서관</w:t>
      </w:r>
    </w:p>
    <w:p>
      <w:pPr>
        <w:ind w:left="320"/>
      </w:pPr>
      <w:r>
        <w:rPr>
          <w:rFonts w:ascii="맑은 고딕" w:hAnsi="맑은 고딕" w:eastAsia="맑은 고딕"/>
          <w:b w:val="0"/>
          <w:color w:val="4E5968"/>
          <w:sz w:val="22"/>
        </w:rPr>
        <w:t>④ 따뜻한 쌀밥 급식</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아이들의 하루를 일이 일어난 순서대로 기호를 써 보세요.</w:t>
      </w:r>
    </w:p>
    <w:p>
      <w:pPr>
        <w:ind w:left="320"/>
      </w:pPr>
      <w:r>
        <w:rPr>
          <w:rFonts w:ascii="맑은 고딕" w:hAnsi="맑은 고딕" w:eastAsia="맑은 고딕"/>
          <w:b w:val="0"/>
          <w:color w:val="333D4B"/>
          <w:sz w:val="22"/>
        </w:rPr>
        <w:t>ㄱ. 햇빛에 의지해 국어·수학을 배운다.</w:t>
      </w:r>
    </w:p>
    <w:p>
      <w:pPr>
        <w:ind w:left="320"/>
      </w:pPr>
      <w:r>
        <w:rPr>
          <w:rFonts w:ascii="맑은 고딕" w:hAnsi="맑은 고딕" w:eastAsia="맑은 고딕"/>
          <w:b w:val="0"/>
          <w:color w:val="333D4B"/>
          <w:sz w:val="22"/>
        </w:rPr>
        <w:t>ㄴ. 새벽부터 험한 산길을 걸어 학교에 간다.</w:t>
      </w:r>
    </w:p>
    <w:p>
      <w:pPr>
        <w:ind w:left="320"/>
      </w:pPr>
      <w:r>
        <w:rPr>
          <w:rFonts w:ascii="맑은 고딕" w:hAnsi="맑은 고딕" w:eastAsia="맑은 고딕"/>
          <w:b w:val="0"/>
          <w:color w:val="333D4B"/>
          <w:sz w:val="22"/>
        </w:rPr>
        <w:t>ㄷ. 다시 산길을 걸어 집으로 돌아간다.</w:t>
      </w:r>
    </w:p>
    <w:p>
      <w:pPr>
        <w:ind w:left="320"/>
      </w:pPr>
      <w:r>
        <w:rPr>
          <w:rFonts w:ascii="맑은 고딕" w:hAnsi="맑은 고딕" w:eastAsia="맑은 고딕"/>
          <w:b w:val="0"/>
          <w:color w:val="333D4B"/>
          <w:sz w:val="22"/>
        </w:rPr>
        <w:t>ㄹ. 점심에 따뜻한 쌀밥을 먹는다.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6. </w:t>
      </w:r>
      <w:r>
        <w:rPr>
          <w:rFonts w:ascii="맑은 고딕" w:hAnsi="맑은 고딕" w:eastAsia="맑은 고딕"/>
          <w:b/>
          <w:color w:val="191F28"/>
          <w:sz w:val="23"/>
        </w:rPr>
        <w:t>쌀밥이 아이들에게 특별한 까닭은 무엇인가요?</w:t>
      </w:r>
    </w:p>
    <w:p>
      <w:pPr>
        <w:ind w:left="320"/>
      </w:pPr>
      <w:r>
        <w:rPr>
          <w:rFonts w:ascii="맑은 고딕" w:hAnsi="맑은 고딕" w:eastAsia="맑은 고딕"/>
          <w:b w:val="0"/>
          <w:color w:val="4E5968"/>
          <w:sz w:val="22"/>
        </w:rPr>
        <w:t>① 갖가지 맛깔난 반찬이 아주 많이 나와서</w:t>
      </w:r>
    </w:p>
    <w:p>
      <w:pPr>
        <w:ind w:left="320"/>
      </w:pPr>
      <w:r>
        <w:rPr>
          <w:rFonts w:ascii="맑은 고딕" w:hAnsi="맑은 고딕" w:eastAsia="맑은 고딕"/>
          <w:b w:val="0"/>
          <w:color w:val="4E5968"/>
          <w:sz w:val="22"/>
        </w:rPr>
        <w:t>② 옥수수밥을 주로 먹어 쌀밥이 귀해서</w:t>
      </w:r>
    </w:p>
    <w:p>
      <w:pPr>
        <w:ind w:left="320"/>
      </w:pPr>
      <w:r>
        <w:rPr>
          <w:rFonts w:ascii="맑은 고딕" w:hAnsi="맑은 고딕" w:eastAsia="맑은 고딕"/>
          <w:b w:val="0"/>
          <w:color w:val="4E5968"/>
          <w:sz w:val="22"/>
        </w:rPr>
        <w:t>③ 양이 많아서</w:t>
      </w:r>
    </w:p>
    <w:p>
      <w:pPr>
        <w:ind w:left="320"/>
      </w:pPr>
      <w:r>
        <w:rPr>
          <w:rFonts w:ascii="맑은 고딕" w:hAnsi="맑은 고딕" w:eastAsia="맑은 고딕"/>
          <w:b w:val="0"/>
          <w:color w:val="4E5968"/>
          <w:sz w:val="22"/>
        </w:rPr>
        <w:t>④ 후식이 나와서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컴퍼스가 없는 아이들이 원을 그린 방법은?</w:t>
      </w:r>
    </w:p>
    <w:p>
      <w:pPr>
        <w:ind w:left="320"/>
      </w:pPr>
      <w:r>
        <w:rPr>
          <w:rFonts w:ascii="맑은 고딕" w:hAnsi="맑은 고딕" w:eastAsia="맑은 고딕"/>
          <w:b w:val="0"/>
          <w:color w:val="4E5968"/>
          <w:sz w:val="22"/>
        </w:rPr>
        <w:t>① 연필 두 개를 지지대로 이용해</w:t>
      </w:r>
    </w:p>
    <w:p>
      <w:pPr>
        <w:ind w:left="320"/>
      </w:pPr>
      <w:r>
        <w:rPr>
          <w:rFonts w:ascii="맑은 고딕" w:hAnsi="맑은 고딕" w:eastAsia="맑은 고딕"/>
          <w:b w:val="0"/>
          <w:color w:val="4E5968"/>
          <w:sz w:val="22"/>
        </w:rPr>
        <w:t>② 그냥 맨손으로 대충 슥슥 그려서</w:t>
      </w:r>
    </w:p>
    <w:p>
      <w:pPr>
        <w:ind w:left="320"/>
      </w:pPr>
      <w:r>
        <w:rPr>
          <w:rFonts w:ascii="맑은 고딕" w:hAnsi="맑은 고딕" w:eastAsia="맑은 고딕"/>
          <w:b w:val="0"/>
          <w:color w:val="4E5968"/>
          <w:sz w:val="22"/>
        </w:rPr>
        <w:t>③ 동전을 대고</w:t>
      </w:r>
    </w:p>
    <w:p>
      <w:pPr>
        <w:ind w:left="320"/>
      </w:pPr>
      <w:r>
        <w:rPr>
          <w:rFonts w:ascii="맑은 고딕" w:hAnsi="맑은 고딕" w:eastAsia="맑은 고딕"/>
          <w:b w:val="0"/>
          <w:color w:val="4E5968"/>
          <w:sz w:val="22"/>
        </w:rPr>
        <w:t>④ 그리지 못함</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다큐멘터리가 보여 주는 것으로 가장 알맞은 것은?</w:t>
      </w:r>
    </w:p>
    <w:p>
      <w:pPr>
        <w:ind w:left="320"/>
      </w:pPr>
      <w:r>
        <w:rPr>
          <w:rFonts w:ascii="맑은 고딕" w:hAnsi="맑은 고딕" w:eastAsia="맑은 고딕"/>
          <w:b w:val="0"/>
          <w:color w:val="4E5968"/>
          <w:sz w:val="22"/>
        </w:rPr>
        <w:t>① 도시 학교의 모습</w:t>
      </w:r>
    </w:p>
    <w:p>
      <w:pPr>
        <w:ind w:left="320"/>
      </w:pPr>
      <w:r>
        <w:rPr>
          <w:rFonts w:ascii="맑은 고딕" w:hAnsi="맑은 고딕" w:eastAsia="맑은 고딕"/>
          <w:b w:val="0"/>
          <w:color w:val="4E5968"/>
          <w:sz w:val="22"/>
        </w:rPr>
        <w:t>② 공부 같은 건 아예 할 필요가 없다는 것</w:t>
      </w:r>
    </w:p>
    <w:p>
      <w:pPr>
        <w:ind w:left="320"/>
      </w:pPr>
      <w:r>
        <w:rPr>
          <w:rFonts w:ascii="맑은 고딕" w:hAnsi="맑은 고딕" w:eastAsia="맑은 고딕"/>
          <w:b w:val="0"/>
          <w:color w:val="4E5968"/>
          <w:sz w:val="22"/>
        </w:rPr>
        <w:t>③ 열악한 환경에서도 웃으며 배우는 아이들</w:t>
      </w:r>
    </w:p>
    <w:p>
      <w:pPr>
        <w:ind w:left="320"/>
      </w:pPr>
      <w:r>
        <w:rPr>
          <w:rFonts w:ascii="맑은 고딕" w:hAnsi="맑은 고딕" w:eastAsia="맑은 고딕"/>
          <w:b w:val="0"/>
          <w:color w:val="4E5968"/>
          <w:sz w:val="22"/>
        </w:rPr>
        <w:t>④ 산골은 위험하다는 것</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험한 산길을 걸어 학교에 오는 아이들에게 해 주고 싶은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이 아이들과 우리 학교 생활을 비교해, 고맙게 느낀 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산을 넘는 아이들의 꿈</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중국 구이저우성 해발 1000m 산골에 있는 천가제 초등학교. 아이들은 새벽부터 두세 시간씩 험한 산길을 걸어 등교하지만 출석률은 100%다. 전기가 없어 창문 햇빛에 의지해 국어·수학만 배우고, 따뜻한 쌀밥 급식과 친구들이 학교를 가장 가고 싶은 곳으로 만든다. 집안일과 농사를 도우면서도 '부모님처럼 살고 싶지 않다'는 꿈으로 산을 넘는 아이들을 통해, 배움의 가치와 희망을 되새기는 다큐멘터리.</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이 학교는 어디에 있나요?</w:t>
      </w:r>
    </w:p>
    <w:p>
      <w:pPr>
        <w:ind w:left="320"/>
      </w:pPr>
      <w:r>
        <w:rPr>
          <w:rFonts w:ascii="맑은 고딕" w:hAnsi="맑은 고딕" w:eastAsia="맑은 고딕"/>
          <w:b w:val="0"/>
          <w:color w:val="4E5968"/>
          <w:sz w:val="22"/>
        </w:rPr>
        <w:t>① 해발 1000m 산골 마을</w:t>
      </w:r>
    </w:p>
    <w:p>
      <w:pPr>
        <w:ind w:left="320"/>
      </w:pPr>
      <w:r>
        <w:rPr>
          <w:rFonts w:ascii="맑은 고딕" w:hAnsi="맑은 고딕" w:eastAsia="맑은 고딕"/>
          <w:b w:val="0"/>
          <w:color w:val="4E5968"/>
          <w:sz w:val="22"/>
        </w:rPr>
        <w:t>② 바닷가 마을</w:t>
      </w:r>
    </w:p>
    <w:p>
      <w:pPr>
        <w:ind w:left="320"/>
      </w:pPr>
      <w:r>
        <w:rPr>
          <w:rFonts w:ascii="맑은 고딕" w:hAnsi="맑은 고딕" w:eastAsia="맑은 고딕"/>
          <w:b w:val="0"/>
          <w:color w:val="4E5968"/>
          <w:sz w:val="22"/>
        </w:rPr>
        <w:t>③ 사람 많은 큰 도시 한가운데</w:t>
      </w:r>
    </w:p>
    <w:p>
      <w:pPr>
        <w:ind w:left="320"/>
      </w:pPr>
      <w:r>
        <w:rPr>
          <w:rFonts w:ascii="맑은 고딕" w:hAnsi="맑은 고딕" w:eastAsia="맑은 고딕"/>
          <w:b w:val="0"/>
          <w:color w:val="4E5968"/>
          <w:sz w:val="22"/>
        </w:rPr>
        <w:t>④ 사막 한가운데</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선생님이 부족해 이 학교에서 배우는 과목은 무엇인가요?</w:t>
      </w:r>
    </w:p>
    <w:p>
      <w:pPr>
        <w:ind w:left="320"/>
      </w:pPr>
      <w:r>
        <w:rPr>
          <w:rFonts w:ascii="맑은 고딕" w:hAnsi="맑은 고딕" w:eastAsia="맑은 고딕"/>
          <w:b w:val="0"/>
          <w:color w:val="4E5968"/>
          <w:sz w:val="22"/>
        </w:rPr>
        <w:t>① 모든 과목</w:t>
      </w:r>
    </w:p>
    <w:p>
      <w:pPr>
        <w:ind w:left="320"/>
      </w:pPr>
      <w:r>
        <w:rPr>
          <w:rFonts w:ascii="맑은 고딕" w:hAnsi="맑은 고딕" w:eastAsia="맑은 고딕"/>
          <w:b w:val="0"/>
          <w:color w:val="4E5968"/>
          <w:sz w:val="22"/>
        </w:rPr>
        <w:t>② 국어와 수학 두 과목뿐</w:t>
      </w:r>
    </w:p>
    <w:p>
      <w:pPr>
        <w:ind w:left="320"/>
      </w:pPr>
      <w:r>
        <w:rPr>
          <w:rFonts w:ascii="맑은 고딕" w:hAnsi="맑은 고딕" w:eastAsia="맑은 고딕"/>
          <w:b w:val="0"/>
          <w:color w:val="4E5968"/>
          <w:sz w:val="22"/>
        </w:rPr>
        <w:t>③ 예체능 중심</w:t>
      </w:r>
    </w:p>
    <w:p>
      <w:pPr>
        <w:ind w:left="320"/>
      </w:pPr>
      <w:r>
        <w:rPr>
          <w:rFonts w:ascii="맑은 고딕" w:hAnsi="맑은 고딕" w:eastAsia="맑은 고딕"/>
          <w:b w:val="0"/>
          <w:color w:val="4E5968"/>
          <w:sz w:val="22"/>
        </w:rPr>
        <w:t>④ 다양한 여러 나라 외국어 중심</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멀고 험한 등굣길에도 출석률이 100%인 까닭으로 알맞은 것은?</w:t>
      </w:r>
    </w:p>
    <w:p>
      <w:pPr>
        <w:ind w:left="320"/>
      </w:pPr>
      <w:r>
        <w:rPr>
          <w:rFonts w:ascii="맑은 고딕" w:hAnsi="맑은 고딕" w:eastAsia="맑은 고딕"/>
          <w:b w:val="0"/>
          <w:color w:val="4E5968"/>
          <w:sz w:val="22"/>
        </w:rPr>
        <w:t>① 빠지면 아주 큰 벌을 받는 것이 너무나도 무서워서</w:t>
      </w:r>
    </w:p>
    <w:p>
      <w:pPr>
        <w:ind w:left="320"/>
      </w:pPr>
      <w:r>
        <w:rPr>
          <w:rFonts w:ascii="맑은 고딕" w:hAnsi="맑은 고딕" w:eastAsia="맑은 고딕"/>
          <w:b w:val="0"/>
          <w:color w:val="4E5968"/>
          <w:sz w:val="22"/>
        </w:rPr>
        <w:t>② 버스가 있어서</w:t>
      </w:r>
    </w:p>
    <w:p>
      <w:pPr>
        <w:ind w:left="320"/>
      </w:pPr>
      <w:r>
        <w:rPr>
          <w:rFonts w:ascii="맑은 고딕" w:hAnsi="맑은 고딕" w:eastAsia="맑은 고딕"/>
          <w:b w:val="0"/>
          <w:color w:val="4E5968"/>
          <w:sz w:val="22"/>
        </w:rPr>
        <w:t>③ 가장 가고 싶은 곳이라서</w:t>
      </w:r>
    </w:p>
    <w:p>
      <w:pPr>
        <w:ind w:left="320"/>
      </w:pPr>
      <w:r>
        <w:rPr>
          <w:rFonts w:ascii="맑은 고딕" w:hAnsi="맑은 고딕" w:eastAsia="맑은 고딕"/>
          <w:b w:val="0"/>
          <w:color w:val="4E5968"/>
          <w:sz w:val="22"/>
        </w:rPr>
        <w:t>④ 숙제가 없어서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우등생인 위장(쩌우)이 수업에 빠지기도 한 까닭은?</w:t>
      </w:r>
    </w:p>
    <w:p>
      <w:pPr>
        <w:ind w:left="320"/>
      </w:pPr>
      <w:r>
        <w:rPr>
          <w:rFonts w:ascii="맑은 고딕" w:hAnsi="맑은 고딕" w:eastAsia="맑은 고딕"/>
          <w:b w:val="0"/>
          <w:color w:val="4E5968"/>
          <w:sz w:val="22"/>
        </w:rPr>
        <w:t>① 몸이 너무 약하고 자주 아파서</w:t>
      </w:r>
    </w:p>
    <w:p>
      <w:pPr>
        <w:ind w:left="320"/>
      </w:pPr>
      <w:r>
        <w:rPr>
          <w:rFonts w:ascii="맑은 고딕" w:hAnsi="맑은 고딕" w:eastAsia="맑은 고딕"/>
          <w:b w:val="0"/>
          <w:color w:val="4E5968"/>
          <w:sz w:val="22"/>
        </w:rPr>
        <w:t>② 공부가 싫어서</w:t>
      </w:r>
    </w:p>
    <w:p>
      <w:pPr>
        <w:ind w:left="320"/>
      </w:pPr>
      <w:r>
        <w:rPr>
          <w:rFonts w:ascii="맑은 고딕" w:hAnsi="맑은 고딕" w:eastAsia="맑은 고딕"/>
          <w:b w:val="0"/>
          <w:color w:val="4E5968"/>
          <w:sz w:val="22"/>
        </w:rPr>
        <w:t>③ 친구와 놀려고</w:t>
      </w:r>
    </w:p>
    <w:p>
      <w:pPr>
        <w:ind w:left="320"/>
      </w:pPr>
      <w:r>
        <w:rPr>
          <w:rFonts w:ascii="맑은 고딕" w:hAnsi="맑은 고딕" w:eastAsia="맑은 고딕"/>
          <w:b w:val="0"/>
          <w:color w:val="4E5968"/>
          <w:sz w:val="22"/>
        </w:rPr>
        <w:t>④ 집안일과 농사를 도와야 해서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아이의 하루를 일이 일어난 순서대로 기호를 써 보세요.</w:t>
      </w:r>
    </w:p>
    <w:p>
      <w:pPr>
        <w:ind w:left="320"/>
      </w:pPr>
      <w:r>
        <w:rPr>
          <w:rFonts w:ascii="맑은 고딕" w:hAnsi="맑은 고딕" w:eastAsia="맑은 고딕"/>
          <w:b w:val="0"/>
          <w:color w:val="333D4B"/>
          <w:sz w:val="22"/>
        </w:rPr>
        <w:t>ㄱ. 아이들이 험한 산길을 걸어 등교한다.</w:t>
      </w:r>
    </w:p>
    <w:p>
      <w:pPr>
        <w:ind w:left="320"/>
      </w:pPr>
      <w:r>
        <w:rPr>
          <w:rFonts w:ascii="맑은 고딕" w:hAnsi="맑은 고딕" w:eastAsia="맑은 고딕"/>
          <w:b w:val="0"/>
          <w:color w:val="333D4B"/>
          <w:sz w:val="22"/>
        </w:rPr>
        <w:t>ㄴ. 학교에서 배우고 쌀밥을 먹는다.</w:t>
      </w:r>
    </w:p>
    <w:p>
      <w:pPr>
        <w:ind w:left="320"/>
      </w:pPr>
      <w:r>
        <w:rPr>
          <w:rFonts w:ascii="맑은 고딕" w:hAnsi="맑은 고딕" w:eastAsia="맑은 고딕"/>
          <w:b w:val="0"/>
          <w:color w:val="333D4B"/>
          <w:sz w:val="22"/>
        </w:rPr>
        <w:t>ㄷ. 졸업이 다가오자 부모님 마음이 무거워진다.</w:t>
      </w:r>
    </w:p>
    <w:p>
      <w:pPr>
        <w:ind w:left="320"/>
      </w:pPr>
      <w:r>
        <w:rPr>
          <w:rFonts w:ascii="맑은 고딕" w:hAnsi="맑은 고딕" w:eastAsia="맑은 고딕"/>
          <w:b w:val="0"/>
          <w:color w:val="333D4B"/>
          <w:sz w:val="22"/>
        </w:rPr>
        <w:t>ㄹ. 집에 와 집안일·농사를 돕는다.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6. </w:t>
      </w:r>
      <w:r>
        <w:rPr>
          <w:rFonts w:ascii="맑은 고딕" w:hAnsi="맑은 고딕" w:eastAsia="맑은 고딕"/>
          <w:b/>
          <w:color w:val="191F28"/>
          <w:sz w:val="23"/>
        </w:rPr>
        <w:t>졸업을 앞두고 부모님 마음이 무거운 까닭은?</w:t>
      </w:r>
    </w:p>
    <w:p>
      <w:pPr>
        <w:ind w:left="320"/>
      </w:pPr>
      <w:r>
        <w:rPr>
          <w:rFonts w:ascii="맑은 고딕" w:hAnsi="맑은 고딕" w:eastAsia="맑은 고딕"/>
          <w:b w:val="0"/>
          <w:color w:val="4E5968"/>
          <w:sz w:val="22"/>
        </w:rPr>
        <w:t>① 갑자기 성적이 자꾸만 뚝뚝 떨어져 버려서</w:t>
      </w:r>
    </w:p>
    <w:p>
      <w:pPr>
        <w:ind w:left="320"/>
      </w:pPr>
      <w:r>
        <w:rPr>
          <w:rFonts w:ascii="맑은 고딕" w:hAnsi="맑은 고딕" w:eastAsia="맑은 고딕"/>
          <w:b w:val="0"/>
          <w:color w:val="4E5968"/>
          <w:sz w:val="22"/>
        </w:rPr>
        <w:t>② 형편 때문에 중학교에 보내기 어려워서</w:t>
      </w:r>
    </w:p>
    <w:p>
      <w:pPr>
        <w:ind w:left="320"/>
      </w:pPr>
      <w:r>
        <w:rPr>
          <w:rFonts w:ascii="맑은 고딕" w:hAnsi="맑은 고딕" w:eastAsia="맑은 고딕"/>
          <w:b w:val="0"/>
          <w:color w:val="4E5968"/>
          <w:sz w:val="22"/>
        </w:rPr>
        <w:t>③ 이사를 가야 해서</w:t>
      </w:r>
    </w:p>
    <w:p>
      <w:pPr>
        <w:ind w:left="320"/>
      </w:pPr>
      <w:r>
        <w:rPr>
          <w:rFonts w:ascii="맑은 고딕" w:hAnsi="맑은 고딕" w:eastAsia="맑은 고딕"/>
          <w:b w:val="0"/>
          <w:color w:val="4E5968"/>
          <w:sz w:val="22"/>
        </w:rPr>
        <w:t>④ 학교가 멀어서</w:t>
      </w:r>
    </w:p>
    <w:p>
      <w:pPr>
        <w:spacing w:before="240"/>
      </w:pPr>
      <w:r>
        <w:rPr>
          <w:rFonts w:ascii="맑은 고딕" w:hAnsi="맑은 고딕" w:eastAsia="맑은 고딕"/>
          <w:b/>
          <w:color w:val="8B95A1"/>
          <w:sz w:val="17"/>
        </w:rPr>
        <w:t xml:space="preserve">  해석 · 까닭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아이들이 힘든 산길을 마다않고 공부하는 까닭으로 알맞은 것은?</w:t>
      </w:r>
    </w:p>
    <w:p>
      <w:pPr>
        <w:ind w:left="320"/>
      </w:pPr>
      <w:r>
        <w:rPr>
          <w:rFonts w:ascii="맑은 고딕" w:hAnsi="맑은 고딕" w:eastAsia="맑은 고딕"/>
          <w:b w:val="0"/>
          <w:color w:val="4E5968"/>
          <w:sz w:val="22"/>
        </w:rPr>
        <w:t>① 공부로 가난한 산골을 벗어나려는 꿈 때문에</w:t>
      </w:r>
    </w:p>
    <w:p>
      <w:pPr>
        <w:ind w:left="320"/>
      </w:pPr>
      <w:r>
        <w:rPr>
          <w:rFonts w:ascii="맑은 고딕" w:hAnsi="맑은 고딕" w:eastAsia="맑은 고딕"/>
          <w:b w:val="0"/>
          <w:color w:val="4E5968"/>
          <w:sz w:val="22"/>
        </w:rPr>
        <w:t>② 상을 받으려고</w:t>
      </w:r>
    </w:p>
    <w:p>
      <w:pPr>
        <w:ind w:left="320"/>
      </w:pPr>
      <w:r>
        <w:rPr>
          <w:rFonts w:ascii="맑은 고딕" w:hAnsi="맑은 고딕" w:eastAsia="맑은 고딕"/>
          <w:b w:val="0"/>
          <w:color w:val="4E5968"/>
          <w:sz w:val="22"/>
        </w:rPr>
        <w:t>③ 이 산골에서 달리 마땅히 할 일이 전혀 없어서</w:t>
      </w:r>
    </w:p>
    <w:p>
      <w:pPr>
        <w:ind w:left="320"/>
      </w:pPr>
      <w:r>
        <w:rPr>
          <w:rFonts w:ascii="맑은 고딕" w:hAnsi="맑은 고딕" w:eastAsia="맑은 고딕"/>
          <w:b w:val="0"/>
          <w:color w:val="4E5968"/>
          <w:sz w:val="22"/>
        </w:rPr>
        <w:t>④ 친구가 시켜서</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다큐멘터리가 우리에게 전하는 것으로 가장 알맞은 것은?</w:t>
      </w:r>
    </w:p>
    <w:p>
      <w:pPr>
        <w:ind w:left="320"/>
      </w:pPr>
      <w:r>
        <w:rPr>
          <w:rFonts w:ascii="맑은 고딕" w:hAnsi="맑은 고딕" w:eastAsia="맑은 고딕"/>
          <w:b w:val="0"/>
          <w:color w:val="4E5968"/>
          <w:sz w:val="22"/>
        </w:rPr>
        <w:t>① 산골은 하루빨리 무조건 떠나야만 하는 곳이라는 것</w:t>
      </w:r>
    </w:p>
    <w:p>
      <w:pPr>
        <w:ind w:left="320"/>
      </w:pPr>
      <w:r>
        <w:rPr>
          <w:rFonts w:ascii="맑은 고딕" w:hAnsi="맑은 고딕" w:eastAsia="맑은 고딕"/>
          <w:b w:val="0"/>
          <w:color w:val="4E5968"/>
          <w:sz w:val="22"/>
        </w:rPr>
        <w:t>② 공부는 소용없다</w:t>
      </w:r>
    </w:p>
    <w:p>
      <w:pPr>
        <w:ind w:left="320"/>
      </w:pPr>
      <w:r>
        <w:rPr>
          <w:rFonts w:ascii="맑은 고딕" w:hAnsi="맑은 고딕" w:eastAsia="맑은 고딕"/>
          <w:b w:val="0"/>
          <w:color w:val="4E5968"/>
          <w:sz w:val="22"/>
        </w:rPr>
        <w:t>③ 어려워도 배움의 가치를 알고 꿈을 잃지 않는 희망</w:t>
      </w:r>
    </w:p>
    <w:p>
      <w:pPr>
        <w:ind w:left="320"/>
      </w:pPr>
      <w:r>
        <w:rPr>
          <w:rFonts w:ascii="맑은 고딕" w:hAnsi="맑은 고딕" w:eastAsia="맑은 고딕"/>
          <w:b w:val="0"/>
          <w:color w:val="4E5968"/>
          <w:sz w:val="22"/>
        </w:rPr>
        <w:t>④ 가난은 부끄럽다</w:t>
      </w: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이 아이들에게 '학교'와 '배움'은 어떤 의미인지 영상 내용을 바탕으로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풍족한 환경에서 공부하는 우리가 이 아이들에게서 배울 점은 무엇인지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산길 너머의 학교</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왕복 여러 시간 험한 산길</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100%(모두 출석)</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창문 햇빛에 의지해</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따뜻한 쌀밥 급식</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옥수수밥을 주로 먹어 쌀밥이 귀해서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연필 두 개를 지지대로 이용해</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열악한 환경에서도 웃으며 배우는 아이들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먼 길을 마다않고 배우려는 너희가 정말 대단해. 그 꿈을 꼭 이루길 응원할게. · (평가) 아이들을 존중·응원하는 마음을 담았는지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가까운 학교, 밝은 교실, 다양한 수업과 학용품을 당연하게 여겼는데, 이 아이들을 보니 그 모든 것이 고맙게 느껴진다. · (평가) 자신의 환경과 비교해 감사할 점을 구체적으로 적었는지 봐 주세요.</w:t>
      </w:r>
    </w:p>
    <w:p>
      <w:r>
        <w:br w:type="page"/>
      </w:r>
    </w:p>
    <w:p>
      <w:pPr>
        <w:spacing w:before="160"/>
      </w:pPr>
      <w:r>
        <w:rPr>
          <w:rFonts w:ascii="맑은 고딕" w:hAnsi="맑은 고딕" w:eastAsia="맑은 고딕"/>
          <w:b/>
          <w:color w:val="2272EB"/>
          <w:sz w:val="26"/>
        </w:rPr>
        <w:t>[고학년] 산을 넘는 아이들의 꿈</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해발 1000m 산골 마을</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국어와 수학 두 과목뿐</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가장 가고 싶은 곳이라서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집안일과 농사를 도와야 해서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ㄱ → ㄴ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형편 때문에 중학교에 보내기 어려워서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공부로 가난한 산골을 벗어나려는 꿈 때문에</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어려워도 배움의 가치를 알고 꿈을 잃지 않는 희망</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학교는 배불리 먹고 친구와 어울리는 행복한 곳이자, 가난한 산골을 벗어나 더 나은 삶으로 가는 유일한 희망의 길이다. · (평가) 학교·배움의 의미를 영상 근거와 연결해 서술했는지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좋은 환경을 당연히 여기지 말고 감사하며, 어려움 속에서도 꿈을 잃지 않고 배움에 최선을 다하는 태도를 배워야 한다. · (평가) 자신을 돌아보며 배울 점을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