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다름을 이해하는 마음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서로 다른 나라에 뿌리를 둔 친구들이 함께 자란 어린 시절. 10년이 흐른 뒤, 그들은 어떤 어른이 되어 있을까? 다름 때문에 겪어야 했던 시간과, 그 시간을 지나 성장한 동창생들의 진솔한 이야기를 담은 다큐멘터리.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영상에 나오는 친구들의 공통점으로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다문화가정에서 자랐다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모두 같은 마을에서 태어났다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모두 운동선수가 되었다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모두 외국에서만 살았다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이 다큐멘터리가 보여 주는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오직 어린 시절 모습만 아주 짧게 보여 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어린 시절과 10년 뒤를 함께 보여 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10년 뒤 모습만 잠깐 보여 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아무 모습도 보여 주지 않는다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부모님 중 한 분 이상이 다른 나라 출신이거나 서로 다른 문화를 가진 가정을 무엇이라고 하나요? (○○○가정)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한부모가정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조손가정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다문화가정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대가족가정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어린 시절 다문화가정 친구들이 겪은 어려움으로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공부를 너무 잘해서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친구가 너무 많고 인기가 아주 많아서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키가 너무 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다르다는 이유로 편견을 받았다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다음 중 친구를 대하는 태도로 옳지 않은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다르다고 놀리거나 멀리하기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다름을 있는 그대로 존중하기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함께 어울려 사이좋게 지내기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서로의 문화를 궁금해하고 배우기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알맞은 뜻을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편견  ·          ·  잘 알지도 못하면서 한쪽으로 치우쳐 판단하는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다양성  ·          ·  서로 다른 모습이 여럿 어우러져 있는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존중  ·          ·  상대를 소중히 여기고 높여 대하는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다른 나라에 뿌리를 둔 친구를 대하는 바람직한 태도로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생김새 겉모습만 보고 판단한다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소중한 친구로 존중한다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멀리하고 무시한다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놀림감으로 삼는다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10년 뒤 동창생들의 모습에서 알 수 있는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모두 똑같은 직업을 갖게 되었다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아무도 변하지 않았다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저마다 어른으로 성장했다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모두 학교를 그만두었다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다른 나라에 뿌리를 둔 친구가 우리 반에 전학 온다면, 그 친구가 편안하게 지낼 수 있도록 내가 할 수 있는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'우리는 모두 다르지만 똑같이 소중하다'는 말의 뜻을 생각해 보고, 왜 다름을 존중해야 하는지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다양성과 함께 사는 사회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서로 다른 나라에 뿌리를 둔 친구들이 함께 자란 어린 시절. 10년이 흐른 뒤, 그들은 어떤 어른이 되어 있을까? 다름 때문에 겪어야 했던 시간과, 그 시간을 지나 성장한 동창생들의 진솔한 이야기를 담은 다큐멘터리.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다큐멘터리가 다루는 핵심 주제로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편견을 넘어선 다문화 청년들의 성장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손에 땀을 쥐게 하는 스포츠 경기의 승부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맛집을 찾아가는 여행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동물의 생태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어떤 대상을 잘 알지 못한 채 한쪽으로 치우쳐 미리 굳어 버린 생각을 두 글자로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존중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편견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배려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공감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다문화가정 친구들이 어린 시절 학교생활을 힘들어한 근본적인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공부가 너무 쉬워서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주변에 친구가 너무 많아서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편견과 차별의 시선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학교가 너무 멀어서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우리 사회의 차별에 대한 설명으로 옳은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이제는 차별이 전혀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먼 외국에서만 그런 차별이 일어난다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차별은 아무 문제가 안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다르다고 차별받는 일이 남아 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10년 뒤에도 어떤 인물이 '한국에서 나고 자랐는데 선택할 기회조차 없었다'고 말합니다. 이 말에 담긴 감정으로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안타까움과 정체성의 고민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큰 기쁨과 만족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지루함과 따분함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두려움이라곤 전혀 없는 자신감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'인생은 초콜릿 상자'라는 영화 대사가 이 다큐의 마지막에 쓰인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맛있는 초콜릿 제품을 광고하려고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힘든 뒤에 올 희망을 전하려고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주인공이 초콜릿을 좋아해서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아무 뜻 없이 그냥 넣어서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다양한 문화와 배경의 사람들이 함께 어우러지면 우리 사회는 어떻게 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서로 미워하며 갈가리 갈라진다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점점 가난해진다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더 풍요롭고 다채로워진다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아무 변화도 없다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우리 사회에 아직 남아 있는 다문화에 대한 편견이나 차별에는 어떤 것이 있을지 한 가지 떠올려 보고, 그것이 왜 잘못되었는지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서로 다른 배경을 가진 사람들이 차별 없이 더불어 살아가는 사회를 만들려면, 우리 각자와 사회가 어떤 노력을 해야 할지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'다르다는 것'은 틀린 것이 아니라 또 하나의 모습일 뿐입니다. 이 영상을 보고 '다름'에 대해 새롭게 갖게 된 생각을 자신의 말로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다름을 이해하는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다문화가정에서 자랐다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어린 시절과 10년 뒤를 함께 보여 준다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다문화가정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다르다는 이유로 편견을 받았다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다르다고 놀리거나 멀리하기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편견-치우친 판단 / 다양성-서로 다름이 어우러짐 / 존중-소중히 여김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소중한 친구로 존중한다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저마다 어른으로 성장했다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먼저 다가가 반갑게 인사하고, 학교와 반 규칙을 친절히 알려 주며 함께 어울려 놀겠다. · (평가) 환영·배려·관심 등 구체적 행동을 떠올렸는지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사람은 저마다 다르지만 모두 똑같이 존엄하고 소중하므로, 다름을 이유로 차별해서는 안 되기 때문이다. · (평가) 다양성 존중의 까닭을 자기 말로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다양성과 함께 사는 사회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편견을 넘어선 다문화 청년들의 성장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편견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편견과 차별의 시선 때문에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다르다고 차별받는 일이 남아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안타까움과 정체성의 고민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힘든 뒤에 올 희망을 전하려고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더 풍요롭고 다채로워진다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외국 출신이라는 이유로 일자리에서 불이익을 주는 것은, 능력이 아니라 출신으로 사람을 판단하는 잘못이기 때문이다. · (평가) 구체적 사례와 차별이 옳지 않은 까닭을 밝혔는지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개인은 다름을 편견 없이 존중하고, 사회는 차별을 막는 제도와 함께 어울리는 교육·문화를 마련해야 한다. · (평가) 개인·사회 차원의 노력을 구체적으로 제시했는지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다름은 틀린 것이 아니라 저마다의 개성이며, 그 다양함이 모여 세상을 더 풍요롭게 한다는 것을 새롭게 느꼈다. · (평가) 다름을 존중하는 태도로 생각이 확장되었는지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