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마음으로 통하는 소통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말이 서툴러도 마음은 통할 수 있을까? 서로 다른 문화와 언어를 가진 사람들이 만나 소통하는 좌충우돌 이야기. 언어의 장벽을 넘어 서로를 이해하는 법을 유쾌하게 보여 준다.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파악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이 영상이 전하려는 가장 중요한 생각은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마음으로 소통할 수 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영어를 못하면 친구가 될 수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외국인과는 어울리면 안 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공부만 잘하면 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말이 잘 통하지 않을 때 마음을 전하는 방법으로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아예 입을 꾹 다문다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표정·몸짓·진심으로 전한다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그냥 등을 돌린다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말이 잘 통하는 사람만 만난다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서로 다른 나라의 말이 통하지 않아 생기는 어려움을 '언어의 ○○'이라고 합니다.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다리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통로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장벽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열쇠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다른 나라에서 온 친구와 친해지려 할 때 바람직한 태도로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말이 잘 안 통하니 그냥 무시한다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대놓고 비웃는다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멀리 피한다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먼저 다가가 마음을 나눈다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알맞은 뜻을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소통  ·          ·  서로 마음이나 뜻이 통하는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배려  ·          ·  상대를 헤아려 주는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문화  ·          ·  나라마다 다른 생활 방식과 풍습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다른 나라 친구의 문화에 대한 바른 생각으로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다를 뿐 틀린 것은 아니다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다르니까 무조건 이상하다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우리 문화만 옳다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틀린 문화이니 반드시 고쳐야 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외국어를 배우면 좋은 점으로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오히려 친구가 줄어든다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더 많은 사람과 소통할 수 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그동안 한 공부가 다 쓸모없어진다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여행을 못 가게 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소통에서 가장 중요한 것으로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완벽하고 화려한 말솜씨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빠르고 큰 목소리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서로 이해하려는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어려운 외국어 실력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 쓰기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말이 잘 통하지 않는 사람과 마음을 나누려면 어떤 방법이 있을지 두 가지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내가 다른 나라의 친구를 만난다면 어떻게 친해지고 싶은지, 나만의 방법을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언어를 넘는 이해와 존중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말이 서툴러도 마음은 통할 수 있을까? 서로 다른 문화와 언어를 가진 사람들이 만나 소통하는 좌충우돌 이야기. 언어의 장벽을 넘어 서로를 이해하는 법을 유쾌하게 보여 준다.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이 영상이 다루는 핵심 주제로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언어·문화를 넘는 소통과 이해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어려운 영어 시험에서 잘 보는 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외국 여행 상품 소개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유행하는 춤 배우기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서로 다른 문화가 어우러져 함께 살아가는 사회를 무엇이라고 하나요? (○○○ 사회)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단일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다문화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국제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세계화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언어가 서툰 사람을 대하는 태도로 옳지 않은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천천히 기다려 주기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쉬운 말로 도와주기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비웃거나 무시하기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끝까지 귀 기울여 듣기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'완벽한 언어 실력보다 소통하려는 마음이 더 중요하다'는 말이 의미하는 바로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말은 전혀 필요 없다는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외국어 공부는 아무 의미 없다는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표현은 중요하지 않다는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이해하려는 태도가 소통의 시작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다양한 문화의 사람들과 함께 살아가는 사회에서 필요한 태도로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다름을 존중하고 이해한다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오직 내 문화만 옳다고 여긴다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다른 문화를 무시한다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아예 어울리지 않는다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외국어를 배우는 것에 대한 설명으로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그저 시험 점수만을 올리기 위한 일이다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 나라 문화를 이해하는 길이 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아무 쓸모가 없는 일이다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오히려 우리말을 잊게 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언어가 통하지 않는 상황에서도 사람들이 마음을 나눌 수 있는 까닭은 무엇일지,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점점 다양한 문화의 사람들이 함께 살아가는 오늘날, 서로를 존중하며 어울리려면 어떤 노력이 필요할지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내가 외국어를 배우고 싶은 까닭과, 그것으로 하고 싶은 일을 자유롭게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'소통'이란 무엇이라고 생각하는지, 이 영상을 바탕으로 자신만의 정의를 내려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마음으로 통하는 소통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마음으로 소통할 수 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표정·몸짓·진심으로 전한다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장벽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먼저 다가가 마음을 나눈다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소통-뜻이 통함 / 배려-헤아림 / 문화-생활 방식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다를 뿐 틀린 것은 아니다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더 많은 사람과 소통할 수 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서로 이해하려는 마음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몸짓과 표정으로 표현하고, 그림을 그려 보여 주며 천천히 또박또박 말한다. · (평가) 마음을 나누는 방법 두 가지를 구체적으로 적었는지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먼저 웃으며 인사하고, 손짓·그림으로 표현하며 그 나라 인사말을 배워 다가가고 싶다. · (평가) 열린 마음·배려·소통 방법을 구체적으로 표현했는지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언어를 넘는 이해와 존중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언어·문화를 넘는 소통과 이해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다문화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비웃거나 무시하기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이해하려는 태도가 소통의 시작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다름을 존중하고 이해한다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그 나라 문화를 이해하는 길이 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[예시] 표정·몸짓·눈빛 같은 비언어적 표현과, 상대를 이해하려는 진심이 마음을 이어 주기 때문이다. · (평가) 비언어적 소통과 공감의 힘을 짚었는지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[예시] 개인은 다른 문화를 편견 없이 존중하고, 사회는 서로를 이해하는 교육과 함께 어울릴 기회를 마련해야 한다. · (평가) 개인·사회 차원의 존중과 이해의 노력을 제시했는지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다른 나라 친구와 직접 이야기를 나누고 싶어 영어를 배우고, 그 나라를 여행하며 문화를 느껴 보고 싶다. · (평가) 소통·이해 등 목적과 연결해 표현했는지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소통은 말을 주고받는 것을 넘어, 서로의 마음을 이해하고 공감하며 나누는 것이라고 생각한다. · (평가) 소통의 본질(이해·공감·나눔)을 자기 말로 표현했는지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