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파이어로보의 안전 교육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집에서 큰불이 난 까닭은 무엇이었나요?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정수기 온수를 계속 틀어 놓아서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에어컨을 문어발 콘센트에 꽂아서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블라인드 줄을 세게 잡아당겨서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카트를 너무 빠르게 몰아서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정수기로 물을 마실 때 조심할 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냉수와 온수를 확인한다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안전모를 꼭 챙겨 쓰고 마신다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 번에 가득 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두 손으로 들고 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전자레인지에 대한 안전 수칙으로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불꽃놀이에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물놀이할 때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높은 냉장고 맨 위에 올려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어린이 혼자 쓰지 않는다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마트에서 사고가 날 뻔한 위험한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카트 손잡이를 꼭 잡는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천천히 걷는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어린이가 카트를 모는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안전벨트를 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에스컬레이터를 탈 때 끼일까 봐 조심해야 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두꺼운 겨울 모자와 장갑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신발과 운동화 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물통과 가방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우산과 우비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블라인드 줄은 어떻게 해야 안전한가요?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바닥까지 늘어뜨린다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목에 한 번 감는다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잡아당겨 묶는다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높이 묶어 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과학실에서 지켜야 할 안전 수칙으로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선생님 말씀을 따른다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여러 약품을 함부로 섞어 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불을 켜서 실험한다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마음대로 뛰어다닌다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자전거나 인라인을 탈 때 머리를 지키려고 꼭 써야 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선글라스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두꺼운 목도리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안전모(헬멧)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예쁜 모자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텐트 안에서 하면 안 되는 위험한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작은 손전등을 켜 놓고 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베개를 베고 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가스·램프를 켜고 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침낭에서 자기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영상에서 본 안전 수칙 중 우리 집이나 학교에서 꼭 지키고 싶은 것을 하나 골라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파이어로보의 안전 교육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② 에어컨을 문어발 콘센트에 꽂아서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① 냉수와 온수를 확인한다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어린이 혼자 쓰지 않는다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어린이가 카트를 모는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② 신발과 운동화 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④ 높이 묶어 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선생님 말씀을 따른다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안전모(헬멧)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③ 가스·램프를 켜고 자기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안 쓰는 콘센트 코드는 빼 두겠다. 문어발로 꽂으면 불이 날 수 있다는 걸 영상에서 봤기 때문이다. · (평가) 영상 속 수칙 하나를 골라 까닭을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