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안전한 학교생활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학교에서 안전사고가 가장 많이 일어나는 장소는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운동장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도서관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급식실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보건실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복도와 계단에서 지켜야 할 약속은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뛰어다니기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우측통행(오른쪽으로 다니기)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여럿이 한꺼번에 우르르 몰려다니기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난간 타기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걸어 다니면서 하면 안 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인사하기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손잡기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스마트폰 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노래 부르기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계단을 오르내릴 때 바른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두세 칸씩 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위험하게 난간을 타고 내려가기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친구를 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 칸씩 차례로 다니기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화장실에서 하면 안 되는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세면대에 올라가거나 뛰며 장난치기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흐르는 물에 비누로 깨끗이 손 씻기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차례 지키기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조용히 사용하기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운동장에서 맨발로 놀면 안 되는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새로 산 신발이 더러워질까 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유리조각·돌에 다칠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발이 시려서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달리기가 느려서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불이 났을 때 가장 먼저 할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짐을 챙긴다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휴대폰으로 천천히 사진을 찍는다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소리로 알리고 빨리 대피한다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학교 안전을 위해 우리가 가질 마음은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나는 상관없다는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장난이 최고라는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무엇이든 빠르게 하는 게 최고라는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내가 우리 학교 안전지킴이라는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복도  ·          ·  우측통행 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화장실  ·          ·  한 칸에 한 명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불이야  ·          ·  크게 외쳐 알리기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학교에서 다치지 않으려면 내가 꼭 지킬 안전 약속을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사고를 예방하는 안전 수칙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하루의 대부분을 보내는 학교에서도 생각보다 많은 안전사고가 일어난다. 사고는 대부분 자기 자신의 실수와 부주의로 생기며, 운동장·복도·계단·화장실·교실·과학실 곳곳에 위험이 숨어 있다. 복도 우측통행, 계단 한 칸씩, 횡단보도 안전 건너기, 알코올램프 사용법, 화재 대피까지 — 스스로 안전 수칙을 알고 지켜 사고를 예방하는 법을 배우는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유치원·초·중·고등학교 중 안전사고가 가장 많이 일어나는 곳은?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초등학교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유치원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중학교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고등학교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학교 안전사고의 원인 중 가장 많은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친구가 때려서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자기 자신의 실수·부주의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 시설이 너무 오래되고 낡아서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날씨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복도에서 앞사람과 거리를 두고 다녀야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줄을 서려고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예의를 지키려고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부딪혀 넘어지는 사고를 막으려고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남보다 조금이라도 더 빨리빨리 가려고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양치하는 친구를 뒤에서 밀면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세면대 물이 옷에 사방으로 튀어서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차례가 밀려서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칫솔이 목을 찔러 다칠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학교에서 불이 났을 때의 대피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젖은 수건으로 코와 입을 막는다.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"불이야" 외쳐 알린다.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낮은 자세로 비상구로 대피한다.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비상벨이 울리면 오작동이라도 대피를 시작한다.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횡단보도를 안전하게 건너는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녹색불이면 무조건 앞만 보고 빨리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차를 확인하고 손 들고 건넌다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스마트폰을 보며 건넌다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뒤로 돌아 건넌다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알코올램프의 불을 끌 때 바른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뚜껑을 덮어 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입으로 불어서 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물을 붓는다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손으로 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강조하는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학교는 어디나 무조건 위험하다는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사고는 어쩔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안전 수칙을 지켜 사고를 예방하자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장난이 즐겁다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반이나 학교에서 자주 일어날 수 있는 위험 상황과 그에 맞는 안전 수칙을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학교에서 화재가 났을 때 안전하게 대피하는 방법을 순서대로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안전한 학교생활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운동장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우측통행(오른쪽으로 다니기)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스마트폰 보기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한 칸씩 차례로 다니기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세면대에 올라가거나 뛰며 장난치기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유리조각·돌에 다칠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큰 소리로 알리고 빨리 대피한다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내가 우리 학교 안전지킴이라는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복도-우측통행 / 화장실-한 칸에 한 명 / 불이야-외쳐 알리기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복도에서는 뛰지 않고 오른쪽으로 걷고, 계단은 한 칸씩 내려가며, 위험한 장난을 하지 않겠다. · (평가) 영상 속 안전 수칙을 자기 약속으로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사고를 예방하는 안전 수칙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초등학교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자기 자신의 실수·부주의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부딪혀 넘어지는 사고를 막으려고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칫솔이 목을 찔러 다칠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ㄹ → ㄴ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차를 확인하고 손 들고 건넌다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뚜껑을 덮어 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안전 수칙을 지켜 사고를 예방하자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쉬는 시간에 복도에서 뛰다 부딪히기 쉬우니, 걷고 우측통행을 한다. 가위는 날을 접어 보관한다. · (평가) 위험 상황과 알맞은 수칙을 짝지어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"불이야" 외쳐 알리고, 젖은 수건으로 코·입을 막은 뒤, 낮은 자세로 비상구를 따라 대피한다. · (평가) 대피 요령을 순서대로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