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안전하게 다녀와요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체험학습 버스 안에서 해야 할 바른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안전벨트를 매고 앉아 있는다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자리에서 일어나 돌아다닌다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창밖으로 손을 내민다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친구와 서로 자리를 자꾸 바꾸며 논다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친구가 위험한 곳(담)을 넘자고 할 때 알맞은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재미있으니까 같이 따라 넘는다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"안 돼!"라고 말한다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높은 곳에서 뛰어내린다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몰래 혼자 넘어 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체험학습 중에 길을 잃거나 곤란할 때 가장 먼저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 멀리까지 찾아다닌다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 자리에 숨는다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도움을 요청한다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친구끼리만 해결한다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달리는 버스 안에서 하면 안 되는 행동은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안전벨트를 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조용히 앉아 있는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 말씀을 귀 기울여 듣는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창밖으로 손을 내미는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왜 위험한지 알맞게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버스에서 돌아다니기  ·          ·  갑자기 멈추면 다쳐요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담 넘기  ·          ·  떨어져서 크게 다쳐요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혼자 사라지기  ·          ·  길을 잃고 위험해져요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체험학습 중 몸이 아프면 어떻게 해야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선생님께 바로 말한다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꾹 참는다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혼자서 몰래 약을 사 먹는다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집으로 몰래 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안전 약속을 잘 지키면 좋은 점은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재미가 하나도 없이 지루해진다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다치지 않고 즐겁게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싫어한다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 혼난다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위험한 장난에 대한 알맞은 생각은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재미있으면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 번쯤은 해도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친구까지 다치게 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남에게 들키지만 않으면 괜찮다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선생님이 정해 준 곳을 벗어나 마음대로 다른 곳에 가는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괜찮은 행동이다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친구와 함께라면 괜찮은 행동이다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재미있으니 권장된다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하면 안 되는 행동이다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체험학습을 갈 때 내가 꼭 지킬 안전 약속을 한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안전은 나와의 약속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축구 국가대표를 꿈꾸는 승재가 체험학습을 떠난다. 들뜬 마음에 친구들과 위험한 장난을 치다 그만 큰 위기를 맞는데… 안전을 지키는 일이 왜 곧 나의 꿈과 가족을 지키는 일인지, 승재의 이야기를 통해 함께 생각해 보자.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가장 중요한 메시지로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안전이 나와 가족, 꿈을 지킨다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체험학습은 위험하니 아예 가지 말자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장난은 많이 칠수록 즐겁다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버스는 타지 않는 것이 안전하다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승재가 큰 위기를 맞게 된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안전벨트를 매고 얌전히 앉아 있었다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위험한 장난(담 넘기)을 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길을 물어보았다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친구의 제안을 거절했다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단체 활동에서 정해진 곳을 벗어나 허락 없이 다른 곳으로 가는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현장체험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단체활동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무단이탈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자유시간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승재가 위기를 겪고 깨달은 점으로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장난은 많이 칠수록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안전 수칙은 안 지켜도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체험학습은 무조건 위험하다는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방심이 위험하다는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안전한 체험학습을 위한 행동을 일이 일어나는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도착 후 정해진 장소에서만 활동한다.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버스에서 안전벨트를 매고 바르게 앉는다.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문제가 생기면 곧바로 선생님께 알린다.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위험한 장난이나 무단이탈을 하지 않는다.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다음 중 체험학습 안전에 대한 설명으로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스릴 있으면 담을 넘어도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위험한 장난을 하자는 친구에게는 단호히 거절한다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정해진 장소를 벗어나지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몸이 아프면 선생님께 바로 알린다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다음 중 안전 수칙을 바르게 지킨 친구는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버스 창밖으로 손을 내민 민호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담 넘자는 제안을 거절한 서연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 몰래 혼자 사라진 지호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달리는 버스에서 돌아다닌 하늘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'안전 수칙을 지키는 일'이 결국 무엇을 지키는 일이라고 영상은 말하나요?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선생님을 더욱더 편하게 해 드리는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시간을 아끼는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나와 가족, 내 꿈을 지키는 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친구를 이기는 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'사고는 나에게 일어나지 않을 것'이라고 방심하면 왜 위험한지, 승재의 이야기를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친구가 위험한 장난을 하자고 할 때, 나는 어떻게 말하고 행동할지 구체적으로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 불감증을 넘어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축구 국가대표를 꿈꾸는 승재가 체험학습을 떠난다. 들뜬 마음에 친구들과 위험한 장난을 치다 그만 큰 위기를 맞는데… 안전을 지키는 일이 왜 곧 나의 꿈과 가족을 지키는 일인지, 승재의 이야기를 통해 함께 생각해 보자.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이야기에서 승재가 위기를 겪게 된 근본적인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안일한 생각, 안전 불감증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운이 나빴기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버스가 고장 났기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선생님이 처음부터 잘못 가르쳐서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위험을 대수롭지 않게 여기고 안전에 무감각해지는 태도를 무엇이라고 하나요? (안전 ○○○)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책임감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불감증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호기심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자신감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미래의 자신이 승재에게 '안전 수칙을 꼭 지키라'고 당부한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공부를 훨씬 더 열심히 하라는 뜻으로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친구를 더 많이 사귀라고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돌이킬 수 없는 일을 막으려고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운동을 그만두라고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다음 중 이 이야기가 주는 교훈으로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나와 주변 사람의 생명을 지키는 약속이다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위험한 행동을 말리는 것이 진짜 우정이다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방심은 큰 사고로 이어질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안전 수칙은 귀찮은 규칙이다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안전한 단체 활동을 위한 행동을 일이 일어나는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정해진 장소에서만 활동하며 무단이탈을 하지 않는다.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이동하는 버스에서 안전벨트를 매고 바르게 앉는다.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사고·문제가 생기면 곧바로 선생님께 알리고 도움을 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위험한 장난을 제안받으면 단호히 거절한다.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위험한 장난을 함께한 친구들이 사고 후 보인 모습에서 알 수 있는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동조도 책임이 따른다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구경만 하면 아무 책임이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친구의 위험은 결코 내 일이 아니다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장난은 누구의 책임도 아니다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친구가 위험한 행동을 제안할 때 진정한 우정에서 나오는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재미를 위해 함께 같이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말리고 안전한 길을 권한다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모른 척한다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위험하게 부추긴다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사람들은 왜 '나에게는 사고가 일어나지 않을 것'이라고 방심하게 될까요? 그리고 그 생각이 왜 위험한지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'스스로 지키는 안전이 곧 나의 꿈과 가족을 지키는 일'이라는 말의 의미를, 자신의 꿈과 연결하여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주변(학교·집·길거리)에서 무심코 지나치기 쉬운 안전 위험 요소를 한 가지 찾아보고, 이를 줄이기 위한 방법을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안전하게 다녀와요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안전벨트를 매고 앉아 있는다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"안 돼!"라고 말한다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선생님께 도움을 요청한다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창밖으로 손을 내미는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버스 돌아다님-다침 / 담 넘기-떨어짐 / 혼자 사라짐-길 잃음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선생님께 바로 말한다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다치지 않고 즐겁게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친구까지 다치게 할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하면 안 되는 행동이다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버스에서는 안전벨트를 매고 자리에 앉아 있고, 선생님이 정한 곳을 벗어나지 않겠다. · (평가) 안전벨트·무단이탈 금지 등 알맞은 약속을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안전은 나와의 약속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안전이 나와 가족, 꿈을 지킨다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위험한 장난(담 넘기)을 쳤다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무단이탈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방심이 위험하다는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스릴 있으면 담을 넘어도 괜찮다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담 넘자는 제안을 거절한 서연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나와 가족, 내 꿈을 지키는 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방심하면 안전 수칙을 가볍게 여겨 위험한 행동을 하게 되고, 사고는 갑자기 일어나 돌이킬 수 없게 되기 때문이다. 승재도 '괜찮겠지' 하다 크게 다칠 뻔했다. · (평가) 방심이 사고로 이어짐을 사례와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"그건 다칠 수 있어서 안 돼. 우리 그냥 정해진 데서 놀자"라고 단호히 말하고, 계속하면 선생님께 알리겠다. · (평가) 단호한 거절 + 안전한 대안을 함께 제시했는지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안전 불감증을 넘어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안일한 생각, 안전 불감증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불감증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돌이킬 수 없는 일을 막으려고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안전 수칙은 귀찮은 규칙이다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ㄱ → ㄷ → ㄴ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동조도 책임이 따른다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말리고 안전한 길을 권한다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사고를 직접 겪어 보지 않으면 남의 일처럼 느껴져 방심하게 된다. 하지만 사고는 예고 없이 갑자기 일어나기에, 방심하면 미처 대비하지 못해 큰 피해로 이어진다. · (평가) 방심의 심리와 위험성을 논리적으로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다치면 내가 이루고 싶은 꿈도, 나를 아끼는 가족의 행복도 한순간에 무너질 수 있다. 그래서 안전을 지키는 것이 결국 내 꿈과 가족을 지키는 일이다. · (평가) 안전과 자신의 미래·소중한 사람을 연결해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계단을 뛰어 내려가는 습관은 넘어져 크게 다칠 수 있다. 한 칸씩 손잡이를 잡고 천천히 내려가도록 서로 알려 주고 표지판을 붙인다. · (평가) 구체적 위험 요소와 현실적 개선 방법을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