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불이 났을 때 안전하게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불이 난 것을 보면 가장 먼저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"불이야!"라고 큰 소리로 외친다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말 없이 캄캄한 구석에 조용히 숨는다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잠을 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게임을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연기를 마시지 않으려면 몸을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높이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자세를 낮춰 기어서 대피한다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최대한 빠르게 벌떡 일어서서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가만히 서 있는다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연기가 많을 때 코와 입을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두 손으로 두 눈을 단단히 꼭 가린다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귀를 막는다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손뼉을 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젖은 수건으로 코와 입을 막는다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불이 났을 때 타면 안 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엘리베이터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계단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바로 옆 비상구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복도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불이 났을 때 하면 안 되는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있는 힘을 다해 큰 소리로 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밖으로 나간다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침대 밑이나 장롱에 숨는다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어른에게 알린다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불이 났을 때 대피하는 바른 방법은?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소중한 물건을 하나하나 다 챙겨 나온다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물건 말고 몸만 빨리 대피한다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천천히 챙겨 나온다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사진을 찍고 나온다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함부로 만지거나 켜면 안 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책과 공책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물과 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알록달록한 장난감 블록 조각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성냥·라이터·가스레인지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불이 났을 때를 대비해 평소에 알아두면 좋은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세상에서 가장 갖고 싶은 멋진 장난감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가장 맛있는 음식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가장 빨리 나갈 대피로(비상구)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가장 가까운 가게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불이야 외치기  ·          ·  불을 발견하면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자세 낮추기  ·          ·  연기를 피하려고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엘리베이터  ·          ·  타면 안 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집이나 교실에서 불이 나면 어떻게 대피할지 순서를 떠올려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불이 났을 때 안전하게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"불이야!"라고 큰 소리로 외친다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자세를 낮춰 기어서 대피한다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④ 젖은 수건으로 코와 입을 막는다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① 엘리베이터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③ 침대 밑이나 장롱에 숨는다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물건 말고 몸만 빨리 대피한다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④ 성냥·라이터·가스레인지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가장 빨리 나갈 대피로(비상구)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불이야 외치기-발견하면 / 자세 낮추기-연기 피하려고 / 엘리베이터-타면 안 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"불이야!" 외쳐 알리고, 자세를 낮춰 젖은 수건으로 코와 입을 막고, 엘리베이터 대신 비상구로 빠르게 나가 어른과 119에 알린다. · (평가) 영상 속 대피 요령을 순서대로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