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맑은 고딕" w:hAnsi="맑은 고딕" w:eastAsia="맑은 고딕"/>
          <w:b/>
          <w:color w:val="2272EB"/>
          <w:sz w:val="19"/>
        </w:rPr>
        <w:t xml:space="preserve">[초등 저학년용] </w:t>
      </w:r>
    </w:p>
    <w:p>
      <w:r>
        <w:rPr>
          <w:rFonts w:ascii="맑은 고딕" w:hAnsi="맑은 고딕" w:eastAsia="맑은 고딕"/>
          <w:b/>
          <w:color w:val="191F28"/>
          <w:sz w:val="36"/>
        </w:rPr>
        <w:t>불이 나면 이렇게!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1. </w:t>
      </w:r>
      <w:r>
        <w:rPr>
          <w:rFonts w:ascii="맑은 고딕" w:hAnsi="맑은 고딕" w:eastAsia="맑은 고딕"/>
          <w:b/>
          <w:color w:val="191F28"/>
          <w:sz w:val="23"/>
        </w:rPr>
        <w:t>불이 난 것을 알리려면 어떻게 해야 하나요?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"불이야" 외치고 화재경보기를 누른다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휴대폰을 꺼내 불이 난 모습을 사진 찍는다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조용히 있는다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잠을 잔다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2. </w:t>
      </w:r>
      <w:r>
        <w:rPr>
          <w:rFonts w:ascii="맑은 고딕" w:hAnsi="맑은 고딕" w:eastAsia="맑은 고딕"/>
          <w:b/>
          <w:color w:val="191F28"/>
          <w:sz w:val="23"/>
        </w:rPr>
        <w:t>불이 난 것을 안 뒤 가장 먼저 해야 할 일은?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소화기를 직접 찾아 불을 먼저 끈다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불을 끄기보다 빨리 대피한다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짐을 챙긴다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숨는다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3. </w:t>
      </w:r>
      <w:r>
        <w:rPr>
          <w:rFonts w:ascii="맑은 고딕" w:hAnsi="맑은 고딕" w:eastAsia="맑은 고딕"/>
          <w:b/>
          <w:color w:val="191F28"/>
          <w:sz w:val="23"/>
        </w:rPr>
        <w:t>대피할 때 코와 입을 어떻게 해야 하나요?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두 손으로 두 눈을 단단히 꼭 가린다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귀를 막는다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모자를 쓴다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젖은 수건으로 코와 입을 막는다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4. </w:t>
      </w:r>
      <w:r>
        <w:rPr>
          <w:rFonts w:ascii="맑은 고딕" w:hAnsi="맑은 고딕" w:eastAsia="맑은 고딕"/>
          <w:b/>
          <w:color w:val="191F28"/>
          <w:sz w:val="23"/>
        </w:rPr>
        <w:t>대피할 때 몸의 자세는 어떻게 해야 하나요?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있는 힘을 다해 위로 펄쩍 높이 뛴다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허리를 숙이고 낮은 자세로 간다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빨리 달린다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가만히 선다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바르게 생각하기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5. </w:t>
      </w:r>
      <w:r>
        <w:rPr>
          <w:rFonts w:ascii="맑은 고딕" w:hAnsi="맑은 고딕" w:eastAsia="맑은 고딕"/>
          <w:b/>
          <w:color w:val="191F28"/>
          <w:sz w:val="23"/>
        </w:rPr>
        <w:t>불이 났을 때 절대로 하면 안 되는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밖으로 나간다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있는 힘껏 큰 소리로 알린다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장롱·침대 밑에 숨는다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어른에게 알린다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6. </w:t>
      </w:r>
      <w:r>
        <w:rPr>
          <w:rFonts w:ascii="맑은 고딕" w:hAnsi="맑은 고딕" w:eastAsia="맑은 고딕"/>
          <w:b/>
          <w:color w:val="191F28"/>
          <w:sz w:val="23"/>
        </w:rPr>
        <w:t>연기 속에서 길을 잃지 않으려면 어떻게 해야 하나요?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한쪽 벽을 짚으며 한 방향으로 나간다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아무 방향 없이 이리저리 마구 돌아다닌다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눈을 감고 뛴다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제자리에 선다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7. </w:t>
      </w:r>
      <w:r>
        <w:rPr>
          <w:rFonts w:ascii="맑은 고딕" w:hAnsi="맑은 고딕" w:eastAsia="맑은 고딕"/>
          <w:b/>
          <w:color w:val="191F28"/>
          <w:sz w:val="23"/>
        </w:rPr>
        <w:t>문 위에 녹색 '유도등'이 있는 문은 어떤 문인가요?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잠긴 문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절대 들어가면 안 되는 위험한 문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창고 문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대피할 수 있는 문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8. </w:t>
      </w:r>
      <w:r>
        <w:rPr>
          <w:rFonts w:ascii="맑은 고딕" w:hAnsi="맑은 고딕" w:eastAsia="맑은 고딕"/>
          <w:b/>
          <w:color w:val="191F28"/>
          <w:sz w:val="23"/>
        </w:rPr>
        <w:t>안전한 곳으로 대피한 뒤 해야 할 일은?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다시 들어간다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불을 구경한다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119에 신고한다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그냥 곧장 집에 간다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알맞게 줄 긋기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9. </w:t>
      </w:r>
      <w:r>
        <w:rPr>
          <w:rFonts w:ascii="맑은 고딕" w:hAnsi="맑은 고딕" w:eastAsia="맑은 고딕"/>
          <w:b/>
          <w:color w:val="191F28"/>
          <w:sz w:val="23"/>
        </w:rPr>
        <w:t>알맞은 것끼리 연결해 보세요.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불이야  ·          ·  크게 외쳐 알리기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젖은 수건  ·          ·  코와 입 막기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유도등  ·          ·  대피 출구 표시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생각하고 쓰기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10. </w:t>
      </w:r>
      <w:r>
        <w:rPr>
          <w:rFonts w:ascii="맑은 고딕" w:hAnsi="맑은 고딕" w:eastAsia="맑은 고딕"/>
          <w:b/>
          <w:color w:val="191F28"/>
          <w:sz w:val="23"/>
        </w:rPr>
        <w:t>학교나 집에서 불이 나면 어떻게 대피할지 순서를 떠올려 써 보세요.</w:t>
      </w: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r>
        <w:br w:type="page"/>
      </w:r>
    </w:p>
    <w:p>
      <w:r>
        <w:rPr>
          <w:rFonts w:ascii="맑은 고딕" w:hAnsi="맑은 고딕" w:eastAsia="맑은 고딕"/>
          <w:b/>
          <w:color w:val="2272EB"/>
          <w:sz w:val="19"/>
        </w:rPr>
        <w:t xml:space="preserve">[초등 중학년용] </w:t>
      </w:r>
    </w:p>
    <w:p>
      <w:r>
        <w:rPr>
          <w:rFonts w:ascii="맑은 고딕" w:hAnsi="맑은 고딕" w:eastAsia="맑은 고딕"/>
          <w:b/>
          <w:color w:val="191F28"/>
          <w:sz w:val="36"/>
        </w:rPr>
        <w:t>왜 그렇게 대피할까</w:t>
      </w:r>
    </w:p>
    <w:p>
      <w:r>
        <w:rPr>
          <w:rFonts w:ascii="맑은 고딕" w:hAnsi="맑은 고딕" w:eastAsia="맑은 고딕"/>
          <w:b/>
          <w:color w:val="2272EB"/>
          <w:sz w:val="19"/>
        </w:rPr>
        <w:t xml:space="preserve">영상 미리보기  </w:t>
      </w:r>
      <w:r>
        <w:rPr>
          <w:rFonts w:ascii="맑은 고딕" w:hAnsi="맑은 고딕" w:eastAsia="맑은 고딕"/>
          <w:b w:val="0"/>
          <w:color w:val="4E5968"/>
          <w:sz w:val="19"/>
        </w:rPr>
        <w:t>서울소방이 알려 주는 실제 화재 대피 요령. 불이 난 것을 알리고('불이야'·화재경보기), 불을 끄기보다 빨리 대피하며, 젖은 수건으로 코·입을 막고 허리를 숙여 한쪽 벽을 짚으며 유도등을 따라 빠져나오는 방법을 배운다. 화재 사망의 절반 이상이 유독가스 때문임을 알리고, 절대 숨지 말 것, 문을 닫고 대피할 것, 119에 정확히 신고하는 법까지 일러 준다.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추론 · 까닭 찾기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1. </w:t>
      </w:r>
      <w:r>
        <w:rPr>
          <w:rFonts w:ascii="맑은 고딕" w:hAnsi="맑은 고딕" w:eastAsia="맑은 고딕"/>
          <w:b/>
          <w:color w:val="191F28"/>
          <w:sz w:val="23"/>
        </w:rPr>
        <w:t>불이 났을 때 불을 끄기보다 대피가 먼저인 까닭은?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함부로 불을 끄려 하면 안 되기 때문에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목숨이 중요하고 불이 빠르게 번져서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소화기가 없어서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물이 없어서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2. </w:t>
      </w:r>
      <w:r>
        <w:rPr>
          <w:rFonts w:ascii="맑은 고딕" w:hAnsi="맑은 고딕" w:eastAsia="맑은 고딕"/>
          <w:b/>
          <w:color w:val="191F28"/>
          <w:sz w:val="23"/>
        </w:rPr>
        <w:t>화재 사망자의 절반 이상이 무엇 때문에 목숨을 잃나요?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불씨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무너진 건물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추위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유독가스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추론 · 까닭 찾기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3. </w:t>
      </w:r>
      <w:r>
        <w:rPr>
          <w:rFonts w:ascii="맑은 고딕" w:hAnsi="맑은 고딕" w:eastAsia="맑은 고딕"/>
          <w:b/>
          <w:color w:val="191F28"/>
          <w:sz w:val="23"/>
        </w:rPr>
        <w:t>젖은 수건으로 코와 입을 막는 까닭은?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유독가스를 거르고 호흡을 도와서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수건을 쓰면 얼굴이 한결 예뻐 보여서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따뜻해서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소리를 막아서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추론 · 까닭 찾기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4. </w:t>
      </w:r>
      <w:r>
        <w:rPr>
          <w:rFonts w:ascii="맑은 고딕" w:hAnsi="맑은 고딕" w:eastAsia="맑은 고딕"/>
          <w:b/>
          <w:color w:val="191F28"/>
          <w:sz w:val="23"/>
        </w:rPr>
        <w:t>대피할 때 허리를 숙이고 낮은 자세를 취하는 까닭은?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조금이라도 더 빨리 빠져나가려고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다리가 아파서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안전한 공기가 아래에 있어서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키가 작아 보이려고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순서 맞추기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5. </w:t>
      </w:r>
      <w:r>
        <w:rPr>
          <w:rFonts w:ascii="맑은 고딕" w:hAnsi="맑은 고딕" w:eastAsia="맑은 고딕"/>
          <w:b/>
          <w:color w:val="191F28"/>
          <w:sz w:val="23"/>
        </w:rPr>
        <w:t>화재 대피의 순서대로 기호를 써 보세요.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ㄱ. 코와 입을 막고 허리를 숙인다.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ㄴ. "불이야" 외치고 화재경보기를 누른다.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ㄷ. 벽을 짚으며 한 방향으로 대피한다.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ㄹ. 안전한 곳에서 119에 신고한다.</w:t>
      </w:r>
    </w:p>
    <w:p>
      <w:pPr>
        <w:ind w:left="320"/>
      </w:pPr>
      <w:r>
        <w:rPr>
          <w:rFonts w:ascii="맑은 고딕" w:hAnsi="맑은 고딕" w:eastAsia="맑은 고딕"/>
          <w:b/>
          <w:color w:val="191F28"/>
          <w:sz w:val="22"/>
        </w:rPr>
        <w:t>(    ) → (    ) → (    ) → (    )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추론 · 까닭 찾기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6. </w:t>
      </w:r>
      <w:r>
        <w:rPr>
          <w:rFonts w:ascii="맑은 고딕" w:hAnsi="맑은 고딕" w:eastAsia="맑은 고딕"/>
          <w:b/>
          <w:color w:val="191F28"/>
          <w:sz w:val="23"/>
        </w:rPr>
        <w:t>대피할 때 한쪽 벽을 짚으며 가는 까닭으로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손에 닿는 벽이 무척 시원하고 기분 좋아서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길을 잃지 않고 위치를 알릴 수 있어서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벽이 튼튼해서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운동이 되어서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추론 · 까닭 찾기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7. </w:t>
      </w:r>
      <w:r>
        <w:rPr>
          <w:rFonts w:ascii="맑은 고딕" w:hAnsi="맑은 고딕" w:eastAsia="맑은 고딕"/>
          <w:b/>
          <w:color w:val="191F28"/>
          <w:sz w:val="23"/>
        </w:rPr>
        <w:t>대피하면서 문을 닫고 나가는 까닭은?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문이 예뻐서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빈집에 몰래 들어올 도둑을 막으려고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소리를 줄이려고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불과 연기가 퍼지는 것을 늦추려고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적용하기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8. </w:t>
      </w:r>
      <w:r>
        <w:rPr>
          <w:rFonts w:ascii="맑은 고딕" w:hAnsi="맑은 고딕" w:eastAsia="맑은 고딕"/>
          <w:b/>
          <w:color w:val="191F28"/>
          <w:sz w:val="23"/>
        </w:rPr>
        <w:t>초등학교 3학년 이하 어린이가 불을 만났을 때 바른 행동은?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끄려 하지 말고 빨리 대피한다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혼자 불을 끈다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활활 타는 불 가까이에서 구경한다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숨어서 기다린다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정리하기 · 서술형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9. </w:t>
      </w:r>
      <w:r>
        <w:rPr>
          <w:rFonts w:ascii="맑은 고딕" w:hAnsi="맑은 고딕" w:eastAsia="맑은 고딕"/>
          <w:b/>
          <w:color w:val="191F28"/>
          <w:sz w:val="23"/>
        </w:rPr>
        <w:t>불이 났을 때 '하면 안 되는 행동'을 두 가지 이상 써 보세요.</w:t>
      </w: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적용하기 · 서술형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10. </w:t>
      </w:r>
      <w:r>
        <w:rPr>
          <w:rFonts w:ascii="맑은 고딕" w:hAnsi="맑은 고딕" w:eastAsia="맑은 고딕"/>
          <w:b/>
          <w:color w:val="191F28"/>
          <w:sz w:val="23"/>
        </w:rPr>
        <w:t>안전한 곳으로 대피한 뒤, 119에 어떻게 신고하면 좋을지 써 보세요.</w:t>
      </w: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r>
        <w:br w:type="page"/>
      </w:r>
    </w:p>
    <w:p>
      <w:r>
        <w:rPr>
          <w:rFonts w:ascii="맑은 고딕" w:hAnsi="맑은 고딕" w:eastAsia="맑은 고딕"/>
          <w:b/>
          <w:color w:val="2272EB"/>
          <w:sz w:val="19"/>
        </w:rPr>
        <w:t xml:space="preserve">[초등 고학년용] </w:t>
      </w:r>
    </w:p>
    <w:p>
      <w:r>
        <w:rPr>
          <w:rFonts w:ascii="맑은 고딕" w:hAnsi="맑은 고딕" w:eastAsia="맑은 고딕"/>
          <w:b/>
          <w:color w:val="191F28"/>
          <w:sz w:val="36"/>
        </w:rPr>
        <w:t>유독가스와 올바른 대피</w:t>
      </w:r>
    </w:p>
    <w:p>
      <w:r>
        <w:rPr>
          <w:rFonts w:ascii="맑은 고딕" w:hAnsi="맑은 고딕" w:eastAsia="맑은 고딕"/>
          <w:b/>
          <w:color w:val="2272EB"/>
          <w:sz w:val="19"/>
        </w:rPr>
        <w:t xml:space="preserve">영상 미리보기  </w:t>
      </w:r>
      <w:r>
        <w:rPr>
          <w:rFonts w:ascii="맑은 고딕" w:hAnsi="맑은 고딕" w:eastAsia="맑은 고딕"/>
          <w:b w:val="0"/>
          <w:color w:val="4E5968"/>
          <w:sz w:val="19"/>
        </w:rPr>
        <w:t>서울소방이 알려 주는 실제 화재 대피 요령. 불이 난 것을 알리고('불이야'·화재경보기), 불을 끄기보다 빨리 대피하며, 젖은 수건으로 코·입을 막고 허리를 숙여 한쪽 벽을 짚으며 유도등을 따라 빠져나오는 방법을 배운다. 화재 사망의 절반 이상이 유독가스 때문임을 알리고, 절대 숨지 말 것, 문을 닫고 대피할 것, 119에 정확히 신고하는 법까지 일러 준다.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비판적 사고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1. </w:t>
      </w:r>
      <w:r>
        <w:rPr>
          <w:rFonts w:ascii="맑은 고딕" w:hAnsi="맑은 고딕" w:eastAsia="맑은 고딕"/>
          <w:b/>
          <w:color w:val="191F28"/>
          <w:sz w:val="23"/>
        </w:rPr>
        <w:t>'가족이 출입문 앞에서 숨진 채 발견'되는 사고가 보여 주는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출입문이 안쪽에서 아주 단단히 잠겨 있었다는 것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불이 약했다는 것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유독가스가 그만큼 빠르고 위험하다는 것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사람이 게을렀다는 것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추론 · 까닭 찾기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2. </w:t>
      </w:r>
      <w:r>
        <w:rPr>
          <w:rFonts w:ascii="맑은 고딕" w:hAnsi="맑은 고딕" w:eastAsia="맑은 고딕"/>
          <w:b/>
          <w:color w:val="191F28"/>
          <w:sz w:val="23"/>
        </w:rPr>
        <w:t>불보다 유독가스가 더 무섭다고 하는 까닭은?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연기가 예뻐서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사망자 절반 이상이 유독가스 때문이라서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냄새가 나서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불은 생각보다 그렇게까지 뜨겁지는 않기 때문에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추론 · 까닭 찾기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3. </w:t>
      </w:r>
      <w:r>
        <w:rPr>
          <w:rFonts w:ascii="맑은 고딕" w:hAnsi="맑은 고딕" w:eastAsia="맑은 고딕"/>
          <w:b/>
          <w:color w:val="191F28"/>
          <w:sz w:val="23"/>
        </w:rPr>
        <w:t>젖은 수건이 마른 수건보다 좋은 까닭으로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물기가 유독가스를 거르고 호흡을 도와서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젖은 수건의 물이 차가워 무척 시원하기 때문에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더 가벼워서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색이 잘 보여서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추론 · 까닭 찾기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4. </w:t>
      </w:r>
      <w:r>
        <w:rPr>
          <w:rFonts w:ascii="맑은 고딕" w:hAnsi="맑은 고딕" w:eastAsia="맑은 고딕"/>
          <w:b/>
          <w:color w:val="191F28"/>
          <w:sz w:val="23"/>
        </w:rPr>
        <w:t>소화기로 불을 끌 때 도망갈 길을 먼저 확인하고 작은 불만 꺼야 하는 까닭은?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소화기가 너무 크고 무거워서 들기 힘들어서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물이 부족해서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소화기가 비싸서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분사 시간이 10초로 짧아 위험해서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순서 맞추기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5. </w:t>
      </w:r>
      <w:r>
        <w:rPr>
          <w:rFonts w:ascii="맑은 고딕" w:hAnsi="맑은 고딕" w:eastAsia="맑은 고딕"/>
          <w:b/>
          <w:color w:val="191F28"/>
          <w:sz w:val="23"/>
        </w:rPr>
        <w:t>올바른 화재 대피 과정을 순서대로 기호를 써 보세요.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ㄱ. 코·입을 막고 낮은 자세로 한 방향으로 대피한다.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ㄴ. 화재를 알아채고 "불이야" 외쳐 알린다.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ㄷ. 안전한 곳에서 정확한 위치로 119에 신고한다.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ㄹ. 문을 닫고 유도등을 따라 빠져나온다.</w:t>
      </w:r>
    </w:p>
    <w:p>
      <w:pPr>
        <w:ind w:left="320"/>
      </w:pPr>
      <w:r>
        <w:rPr>
          <w:rFonts w:ascii="맑은 고딕" w:hAnsi="맑은 고딕" w:eastAsia="맑은 고딕"/>
          <w:b/>
          <w:color w:val="191F28"/>
          <w:sz w:val="22"/>
        </w:rPr>
        <w:t>(    ) → (    ) → (    ) → (    )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해석 · 까닭 찾기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6. </w:t>
      </w:r>
      <w:r>
        <w:rPr>
          <w:rFonts w:ascii="맑은 고딕" w:hAnsi="맑은 고딕" w:eastAsia="맑은 고딕"/>
          <w:b/>
          <w:color w:val="191F28"/>
          <w:sz w:val="23"/>
        </w:rPr>
        <w:t>녹색 유도등을 따라 대피하라고 하는 까닭은?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유도등의 초록 불빛이 무척 예뻐 보이기 때문에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전기를 아끼려고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유도등이 안전한 출구를 가리키기 때문에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불빛이 밝아서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적용하기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7. </w:t>
      </w:r>
      <w:r>
        <w:rPr>
          <w:rFonts w:ascii="맑은 고딕" w:hAnsi="맑은 고딕" w:eastAsia="맑은 고딕"/>
          <w:b/>
          <w:color w:val="191F28"/>
          <w:sz w:val="23"/>
        </w:rPr>
        <w:t>집 주소가 기억나지 않을 때 119에 위치를 알리는 방법으로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전화를 끊는다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도로명 주소판이나 큰 건물 이름을 알린다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그냥 기다린다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위험한 불이 난 건물 안으로 무작정 다시 들어간다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종합 · 주제 파악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8. </w:t>
      </w:r>
      <w:r>
        <w:rPr>
          <w:rFonts w:ascii="맑은 고딕" w:hAnsi="맑은 고딕" w:eastAsia="맑은 고딕"/>
          <w:b/>
          <w:color w:val="191F28"/>
          <w:sz w:val="23"/>
        </w:rPr>
        <w:t>이 영상이 강조하는 화재 대피의 핵심으로 가장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위험을 무릅쓰고 불을 끝까지 끄려고 애쓰기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짐을 먼저 챙기기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안전한 곳에 숨기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침착하게 올바른 방법으로 빨리 대피하기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종합 · 서술형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9. </w:t>
      </w:r>
      <w:r>
        <w:rPr>
          <w:rFonts w:ascii="맑은 고딕" w:hAnsi="맑은 고딕" w:eastAsia="맑은 고딕"/>
          <w:b/>
          <w:color w:val="191F28"/>
          <w:sz w:val="23"/>
        </w:rPr>
        <w:t>불이 났을 때 '숨지 말고 대피하라'고 강조하는 까닭을, 유독가스·구조와 연결해 써 보세요.</w:t>
      </w: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적용하기 · 서술형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10. </w:t>
      </w:r>
      <w:r>
        <w:rPr>
          <w:rFonts w:ascii="맑은 고딕" w:hAnsi="맑은 고딕" w:eastAsia="맑은 고딕"/>
          <w:b/>
          <w:color w:val="191F28"/>
          <w:sz w:val="23"/>
        </w:rPr>
        <w:t>우리 집·학교의 화재 안전을 위해 미리 점검하거나 알아 둘 것을 써 보세요.</w:t>
      </w: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r>
        <w:br w:type="page"/>
      </w:r>
    </w:p>
    <w:p>
      <w:r>
        <w:rPr>
          <w:rFonts w:ascii="맑은 고딕" w:hAnsi="맑은 고딕" w:eastAsia="맑은 고딕"/>
          <w:b/>
          <w:color w:val="191F28"/>
          <w:sz w:val="32"/>
        </w:rPr>
        <w:t>정답 및 해설 · 교사용</w:t>
      </w:r>
    </w:p>
    <w:p>
      <w:pPr>
        <w:spacing w:before="160"/>
      </w:pPr>
      <w:r>
        <w:rPr>
          <w:rFonts w:ascii="맑은 고딕" w:hAnsi="맑은 고딕" w:eastAsia="맑은 고딕"/>
          <w:b/>
          <w:color w:val="2272EB"/>
          <w:sz w:val="26"/>
        </w:rPr>
        <w:t>[저학년] 불이 나면 이렇게!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1.  </w:t>
      </w:r>
      <w:r>
        <w:rPr>
          <w:rFonts w:ascii="맑은 고딕" w:hAnsi="맑은 고딕" w:eastAsia="맑은 고딕"/>
          <w:b/>
          <w:color w:val="191F28"/>
          <w:sz w:val="22"/>
        </w:rPr>
        <w:t>① "불이야" 외치고 화재경보기를 누른다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2.  </w:t>
      </w:r>
      <w:r>
        <w:rPr>
          <w:rFonts w:ascii="맑은 고딕" w:hAnsi="맑은 고딕" w:eastAsia="맑은 고딕"/>
          <w:b/>
          <w:color w:val="191F28"/>
          <w:sz w:val="22"/>
        </w:rPr>
        <w:t>② 불을 끄기보다 빨리 대피한다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3.  </w:t>
      </w:r>
      <w:r>
        <w:rPr>
          <w:rFonts w:ascii="맑은 고딕" w:hAnsi="맑은 고딕" w:eastAsia="맑은 고딕"/>
          <w:b/>
          <w:color w:val="191F28"/>
          <w:sz w:val="22"/>
        </w:rPr>
        <w:t>④ 젖은 수건으로 코와 입을 막는다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4.  </w:t>
      </w:r>
      <w:r>
        <w:rPr>
          <w:rFonts w:ascii="맑은 고딕" w:hAnsi="맑은 고딕" w:eastAsia="맑은 고딕"/>
          <w:b/>
          <w:color w:val="191F28"/>
          <w:sz w:val="22"/>
        </w:rPr>
        <w:t>② 허리를 숙이고 낮은 자세로 간다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5.  </w:t>
      </w:r>
      <w:r>
        <w:rPr>
          <w:rFonts w:ascii="맑은 고딕" w:hAnsi="맑은 고딕" w:eastAsia="맑은 고딕"/>
          <w:b/>
          <w:color w:val="191F28"/>
          <w:sz w:val="22"/>
        </w:rPr>
        <w:t>③ 장롱·침대 밑에 숨는다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6.  </w:t>
      </w:r>
      <w:r>
        <w:rPr>
          <w:rFonts w:ascii="맑은 고딕" w:hAnsi="맑은 고딕" w:eastAsia="맑은 고딕"/>
          <w:b/>
          <w:color w:val="191F28"/>
          <w:sz w:val="22"/>
        </w:rPr>
        <w:t>① 한쪽 벽을 짚으며 한 방향으로 나간다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7.  </w:t>
      </w:r>
      <w:r>
        <w:rPr>
          <w:rFonts w:ascii="맑은 고딕" w:hAnsi="맑은 고딕" w:eastAsia="맑은 고딕"/>
          <w:b/>
          <w:color w:val="191F28"/>
          <w:sz w:val="22"/>
        </w:rPr>
        <w:t>④ 대피할 수 있는 문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8.  </w:t>
      </w:r>
      <w:r>
        <w:rPr>
          <w:rFonts w:ascii="맑은 고딕" w:hAnsi="맑은 고딕" w:eastAsia="맑은 고딕"/>
          <w:b/>
          <w:color w:val="191F28"/>
          <w:sz w:val="22"/>
        </w:rPr>
        <w:t>③ 119에 신고한다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9.  </w:t>
      </w:r>
      <w:r>
        <w:rPr>
          <w:rFonts w:ascii="맑은 고딕" w:hAnsi="맑은 고딕" w:eastAsia="맑은 고딕"/>
          <w:b/>
          <w:color w:val="191F28"/>
          <w:sz w:val="22"/>
        </w:rPr>
        <w:t>불이야-외쳐 알리기 / 젖은 수건-코·입 막기 / 유도등-출구 표시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10.  </w:t>
      </w:r>
      <w:r>
        <w:rPr>
          <w:rFonts w:ascii="맑은 고딕" w:hAnsi="맑은 고딕" w:eastAsia="맑은 고딕"/>
          <w:b/>
          <w:color w:val="191F28"/>
          <w:sz w:val="22"/>
        </w:rPr>
        <w:t>[예시] "불이야" 외쳐 알리고, 젖은 수건으로 코·입을 막고 허리를 숙여 벽을 짚으며 유도등을 따라 나간 뒤 119에 신고한다. · (평가) 영상 속 대피 요령을 순서대로 적었는지 봐 주세요.</w:t>
      </w:r>
    </w:p>
    <w:p>
      <w:r>
        <w:br w:type="page"/>
      </w:r>
    </w:p>
    <w:p>
      <w:pPr>
        <w:spacing w:before="160"/>
      </w:pPr>
      <w:r>
        <w:rPr>
          <w:rFonts w:ascii="맑은 고딕" w:hAnsi="맑은 고딕" w:eastAsia="맑은 고딕"/>
          <w:b/>
          <w:color w:val="2272EB"/>
          <w:sz w:val="26"/>
        </w:rPr>
        <w:t>[중학년] 왜 그렇게 대피할까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1.  </w:t>
      </w:r>
      <w:r>
        <w:rPr>
          <w:rFonts w:ascii="맑은 고딕" w:hAnsi="맑은 고딕" w:eastAsia="맑은 고딕"/>
          <w:b/>
          <w:color w:val="191F28"/>
          <w:sz w:val="22"/>
        </w:rPr>
        <w:t>② 목숨이 중요하고 불이 빠르게 번져서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2.  </w:t>
      </w:r>
      <w:r>
        <w:rPr>
          <w:rFonts w:ascii="맑은 고딕" w:hAnsi="맑은 고딕" w:eastAsia="맑은 고딕"/>
          <w:b/>
          <w:color w:val="191F28"/>
          <w:sz w:val="22"/>
        </w:rPr>
        <w:t>④ 유독가스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3.  </w:t>
      </w:r>
      <w:r>
        <w:rPr>
          <w:rFonts w:ascii="맑은 고딕" w:hAnsi="맑은 고딕" w:eastAsia="맑은 고딕"/>
          <w:b/>
          <w:color w:val="191F28"/>
          <w:sz w:val="22"/>
        </w:rPr>
        <w:t>① 유독가스를 거르고 호흡을 도와서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4.  </w:t>
      </w:r>
      <w:r>
        <w:rPr>
          <w:rFonts w:ascii="맑은 고딕" w:hAnsi="맑은 고딕" w:eastAsia="맑은 고딕"/>
          <w:b/>
          <w:color w:val="191F28"/>
          <w:sz w:val="22"/>
        </w:rPr>
        <w:t>③ 안전한 공기가 아래에 있어서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5.  </w:t>
      </w:r>
      <w:r>
        <w:rPr>
          <w:rFonts w:ascii="맑은 고딕" w:hAnsi="맑은 고딕" w:eastAsia="맑은 고딕"/>
          <w:b/>
          <w:color w:val="191F28"/>
          <w:sz w:val="22"/>
        </w:rPr>
        <w:t>ㄴ → ㄱ → ㄷ → ㄹ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6.  </w:t>
      </w:r>
      <w:r>
        <w:rPr>
          <w:rFonts w:ascii="맑은 고딕" w:hAnsi="맑은 고딕" w:eastAsia="맑은 고딕"/>
          <w:b/>
          <w:color w:val="191F28"/>
          <w:sz w:val="22"/>
        </w:rPr>
        <w:t>② 길을 잃지 않고 위치를 알릴 수 있어서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7.  </w:t>
      </w:r>
      <w:r>
        <w:rPr>
          <w:rFonts w:ascii="맑은 고딕" w:hAnsi="맑은 고딕" w:eastAsia="맑은 고딕"/>
          <w:b/>
          <w:color w:val="191F28"/>
          <w:sz w:val="22"/>
        </w:rPr>
        <w:t>④ 불과 연기가 퍼지는 것을 늦추려고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8.  </w:t>
      </w:r>
      <w:r>
        <w:rPr>
          <w:rFonts w:ascii="맑은 고딕" w:hAnsi="맑은 고딕" w:eastAsia="맑은 고딕"/>
          <w:b/>
          <w:color w:val="191F28"/>
          <w:sz w:val="22"/>
        </w:rPr>
        <w:t>① 끄려 하지 말고 빨리 대피한다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9.  </w:t>
      </w:r>
      <w:r>
        <w:rPr>
          <w:rFonts w:ascii="맑은 고딕" w:hAnsi="맑은 고딕" w:eastAsia="맑은 고딕"/>
          <w:b/>
          <w:color w:val="191F28"/>
          <w:sz w:val="22"/>
        </w:rPr>
        <w:t>[예시] 장롱·침대 밑에 숨기, 엘리베이터 타기, 짐을 챙기느라 시간을 끌기. · (평가) 영상 속 금지 행동을 두 가지 이상 적었는지 봐 주세요.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10.  </w:t>
      </w:r>
      <w:r>
        <w:rPr>
          <w:rFonts w:ascii="맑은 고딕" w:hAnsi="맑은 고딕" w:eastAsia="맑은 고딕"/>
          <w:b/>
          <w:color w:val="191F28"/>
          <w:sz w:val="22"/>
        </w:rPr>
        <w:t>[예시] 침착하게 불이 난 곳의 주소나 건물 이름·간판, 몇 층에서 불이 났는지를 정확히 알려 준다. · (평가) 위치를 알리는 방법을 구체적으로 적었는지 봐 주세요.</w:t>
      </w:r>
    </w:p>
    <w:p>
      <w:r>
        <w:br w:type="page"/>
      </w:r>
    </w:p>
    <w:p>
      <w:pPr>
        <w:spacing w:before="160"/>
      </w:pPr>
      <w:r>
        <w:rPr>
          <w:rFonts w:ascii="맑은 고딕" w:hAnsi="맑은 고딕" w:eastAsia="맑은 고딕"/>
          <w:b/>
          <w:color w:val="2272EB"/>
          <w:sz w:val="26"/>
        </w:rPr>
        <w:t>[고학년] 유독가스와 올바른 대피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1.  </w:t>
      </w:r>
      <w:r>
        <w:rPr>
          <w:rFonts w:ascii="맑은 고딕" w:hAnsi="맑은 고딕" w:eastAsia="맑은 고딕"/>
          <w:b/>
          <w:color w:val="191F28"/>
          <w:sz w:val="22"/>
        </w:rPr>
        <w:t>③ 유독가스가 그만큼 빠르고 위험하다는 것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2.  </w:t>
      </w:r>
      <w:r>
        <w:rPr>
          <w:rFonts w:ascii="맑은 고딕" w:hAnsi="맑은 고딕" w:eastAsia="맑은 고딕"/>
          <w:b/>
          <w:color w:val="191F28"/>
          <w:sz w:val="22"/>
        </w:rPr>
        <w:t>② 사망자 절반 이상이 유독가스 때문이라서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3.  </w:t>
      </w:r>
      <w:r>
        <w:rPr>
          <w:rFonts w:ascii="맑은 고딕" w:hAnsi="맑은 고딕" w:eastAsia="맑은 고딕"/>
          <w:b/>
          <w:color w:val="191F28"/>
          <w:sz w:val="22"/>
        </w:rPr>
        <w:t>① 물기가 유독가스를 거르고 호흡을 도와서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4.  </w:t>
      </w:r>
      <w:r>
        <w:rPr>
          <w:rFonts w:ascii="맑은 고딕" w:hAnsi="맑은 고딕" w:eastAsia="맑은 고딕"/>
          <w:b/>
          <w:color w:val="191F28"/>
          <w:sz w:val="22"/>
        </w:rPr>
        <w:t>④ 분사 시간이 10초로 짧아 위험해서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5.  </w:t>
      </w:r>
      <w:r>
        <w:rPr>
          <w:rFonts w:ascii="맑은 고딕" w:hAnsi="맑은 고딕" w:eastAsia="맑은 고딕"/>
          <w:b/>
          <w:color w:val="191F28"/>
          <w:sz w:val="22"/>
        </w:rPr>
        <w:t>ㄴ → ㄱ → ㄹ → ㄷ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6.  </w:t>
      </w:r>
      <w:r>
        <w:rPr>
          <w:rFonts w:ascii="맑은 고딕" w:hAnsi="맑은 고딕" w:eastAsia="맑은 고딕"/>
          <w:b/>
          <w:color w:val="191F28"/>
          <w:sz w:val="22"/>
        </w:rPr>
        <w:t>③ 유도등이 안전한 출구를 가리키기 때문에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7.  </w:t>
      </w:r>
      <w:r>
        <w:rPr>
          <w:rFonts w:ascii="맑은 고딕" w:hAnsi="맑은 고딕" w:eastAsia="맑은 고딕"/>
          <w:b/>
          <w:color w:val="191F28"/>
          <w:sz w:val="22"/>
        </w:rPr>
        <w:t>② 도로명 주소판이나 큰 건물 이름을 알린다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8.  </w:t>
      </w:r>
      <w:r>
        <w:rPr>
          <w:rFonts w:ascii="맑은 고딕" w:hAnsi="맑은 고딕" w:eastAsia="맑은 고딕"/>
          <w:b/>
          <w:color w:val="191F28"/>
          <w:sz w:val="22"/>
        </w:rPr>
        <w:t>④ 침착하게 올바른 방법으로 빨리 대피하기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9.  </w:t>
      </w:r>
      <w:r>
        <w:rPr>
          <w:rFonts w:ascii="맑은 고딕" w:hAnsi="맑은 고딕" w:eastAsia="맑은 고딕"/>
          <w:b/>
          <w:color w:val="191F28"/>
          <w:sz w:val="22"/>
        </w:rPr>
        <w:t>[예시] 숨으면 유독가스에 질식할 위험이 크고, 소방관이 위치를 몰라 구조도 어렵기 때문이다. 그래서 무섭더라도 올바른 방법으로 대피해야 한다. · (평가) 유독가스·구조와 연결해 설명했는지 봐 주세요.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10.  </w:t>
      </w:r>
      <w:r>
        <w:rPr>
          <w:rFonts w:ascii="맑은 고딕" w:hAnsi="맑은 고딕" w:eastAsia="맑은 고딕"/>
          <w:b/>
          <w:color w:val="191F28"/>
          <w:sz w:val="22"/>
        </w:rPr>
        <w:t>[예시] 소화기와 단독경보형감지기가 있는지 점검하고, 비상구와 유도등 위치, 가장 빠른 대피로를 미리 알아 둔다. · (평가) 미리 준비할 점을 구체적으로 제시했는지 봐 주세요.</w:t>
      </w:r>
    </w:p>
    <w:sectPr w:rsidR="00FC693F" w:rsidRPr="0006063C" w:rsidSect="00034616"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