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여름 더위 조심해요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이야기에서 안전을 지켜 주는 주인공은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로보카 폴리(구조대)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공룡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하늘을 나는 무서운 마법사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도둑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더운 날 햇볕 아래 너무 오래 있으면 어떻게 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키가 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어지럽고 열이 나며 쓰러질 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힘이 세진다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오히려 단잠이 솔솔 더 잘 온다는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가장 더운 낮 시간(12시~5시)에는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한낮 뜨거운 운동장에서 신나게 마구 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더 오래 논다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밖에 나가지 않고 시원한 곳에서 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햇볕을 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더위를 이기려면 무엇을 자주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뛰어다니기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참기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단것 먹기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물 마시기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여름에 입으면 좋은 옷은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바람이 잘 통하는 밝은 색 옷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솜을 넣은 아주 두껍고 답답한 옷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어두운 색 옷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비옷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더운 날 차에서 내릴 때 꼭 확인해야 할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창문 색깔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차 안에 남은 사람이 있는지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바퀴 개수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크게 울리는 라디오 소리 크기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친구가 더위에 쓰러지면 먼저 해야 할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흔들어 깨운다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얼굴에 차가운 얼음물을 마구 들이붓는다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그늘(시원한 곳)로 옮겨 몸을 식힌다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그냥 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알려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무더운 여름에도 무조건 신나게 놀기만 하자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더위는 괜찮다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햇볕이 좋다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여름 더위를 조심하며 안전하게 지내기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낮 12~5시  ·          ·  밖에 나가지 않기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여름 옷  ·          ·  밝고 바람 잘 통하는 옷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차에서 내릴 때  ·          ·  남은 사람 확인하기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더운 여름을 안전하게 보내기 위해 내가 지킬 약속을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폭염 안전 수칙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로보카폴리와 구조대 친구들이 무더운 여름철에 조심해야 할 점을 알려 준다. 폭염에 햇볕 아래 오래 있다 어지러워 쓰러진 친구들을 구조하며, 한낮(12~5시) 외출 줄이기·물 자주 마시기·밝고 바람 잘 통하는 옷 입기·차 안에 남은 사람 확인하기·그늘에서 몸 식히기 등 더위로부터 우리를 지키는 안전 수칙을 쉽고 재미있게 배우는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폭염에 밖에 오래 있으면 위험한 까닭은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더위로 쓰러질 수 있어서(온열질환)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갑자기 차가운 소나기 비를 흠뻑 맞아서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추워져서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배가 고파서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무더위 주의보가 내리면 낮 몇 시쯤 밖에 나가지 않는 게 좋은가요?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새벽 4~6시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낮 12시~5시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저녁 7~9시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밤 10~12시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더운 날 차 안에 사람이 남았는지 꼭 확인해야 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기름이 닳아서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소리가 시끄러워서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닫힌 차 안은 매우 뜨거워져 위험해서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차 안이 너무 더럽고 지저분해지기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얼음물을 한꺼번에 너무 많이 마시면 안 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더 더워져서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이가 시려서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마실 물이 모자라 부족해져서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배탈이 날 수 있어서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폭염에 친구들이 밖에서 놀다 쓰러진다.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무더위 주의보가 내린다.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그늘에서 몸을 식히고 물을 마신다.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구조대가 출동해 친구들을 돕는다.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더위에 쓰러진 사람을 도울 바른 방법은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햇볕에 눕힌다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그늘로 옮겨 몸을 식히고 구조를 요청한다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차가운 얼음물을 한꺼번에 마구 들이붓는다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흔들어 깨우기만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여름철 옷차림으로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바람이 잘 통하는 밝은 색 옷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솜을 넣은 두껍고 어두운 색 옷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꽉 끼는 옷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긴 외투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전하려는 것으로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여름엔 많이 놀아야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더위 같은 건 전혀 신경 쓸 필요가 없다는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폭염의 위험을 알고 안전 수칙을 지키자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물은 마시지 말아야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무더위 주의보가 내린 날 안전하게 지내는 방법을 두 가지 이상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가족이나 친구가 더위에 힘들어할 때 어떻게 도울지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여름 더위 조심해요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로보카 폴리(구조대)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어지럽고 열이 나며 쓰러질 수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밖에 나가지 않고 시원한 곳에서 쉰다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물 마시기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바람이 잘 통하는 밝은 색 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차 안에 남은 사람이 있는지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그늘(시원한 곳)로 옮겨 몸을 식힌다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여름 더위를 조심하며 안전하게 지내기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낮 12~5시-밖에 안 나가기 / 여름 옷-밝고 시원한 옷 / 차에서 내릴 때-남은 사람 확인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가장 더운 낮에는 밖에 오래 있지 않고, 물을 자주 마시며, 밝고 시원한 옷을 입겠다. · (평가) 영상 속 더위 안전 수칙을 자기 약속으로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폭염 안전 수칙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더위로 쓰러질 수 있어서(온열질환)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낮 12시~5시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닫힌 차 안은 매우 뜨거워져 위험해서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배탈이 날 수 있어서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그늘로 옮겨 몸을 식히고 구조를 요청한다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바람이 잘 통하는 밝은 색 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폭염의 위험을 알고 안전 수칙을 지키자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가장 더운 낮 12~5시에는 밖에 나가지 않고, 시원한 곳에서 물을 자주 마시며, 밝고 바람이 잘 통하는 옷을 입는다. · (평가) 폭염 안전 수칙을 두 가지 이상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그늘이나 시원한 곳으로 옮겨 쉬게 하고 물을 마시게 하며, 많이 안 좋으면 어른이나 119에 도움을 요청한다. · (평가) 더위 응급 대처를 구체적으로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