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안전하게 첨벙첨벙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물놀이장(워터파크) 바닥에서 바르게 다니는 방법은?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천천히 걸어 다녀요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신나게 막 뛰어다녀요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폴짝폴짝 뛰어가요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미끄러지듯 달려가요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물에 들어가기 전에 꼭 해야 하는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사탕 까먹기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준비운동(몸 풀기)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친구와 큰 소리로 노래하기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휴대폰 보기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물놀이가 하고 싶을 때 바른 행동은?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준비운동도 없이 바로 뛰어들어요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숨 참고 뛰어들어요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준비운동 후 천천히 들어가요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눈 감고 뛰어들어요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물속에서 친구에게 하면 안 되는 행동은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손잡고 천천히 걷는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함께 웃으며 노는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물을 사이좋게 끼얹으며 놀기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갑자기 밀고 장난치기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왜 위험한지 알맞게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물놀이장에서 뛰기  ·          ·  미끄러져 넘어질 수 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준비운동 안 하기  ·          ·  몸에 쥐가 날 수 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물속에서 갑자기 밀기  ·          ·  친구가 물을 먹고 위험해요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깊은 물에서 놀 때 바른 방법은?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안전요원이 보이는 곳에서 놀아요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아무도 보지 않는 곳에서 혼자 놀아요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혼자 더 깊이 들어가요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눈에 안 띄는 곳에서 놀아요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수영을 잘 못할 때 안전하게 물놀이하려면 무엇을 하면 좋을까요?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혼자서 깊은 곳으로 헤엄쳐 가요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구명조끼(안전조끼)를 입어요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눈을 감고 들어가요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숨을 참고 헤엄쳐요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물놀이 중 몸이 춥거나 힘들 때 바른 행동은?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아파도 그냥 참고 계속 놀아요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더 신나게 놀아요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 밖으로 나와 쉬어요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더 깊은 곳으로 가요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물놀이를 안전하게 하려면 누구의 말을 잘 들어야 할까요?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아무 말도 안 들어요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물놀이장 지나가는 낯선 사람 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나보다 어린 동생 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보호자나 안전요원(선생님)의 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물놀이를 할 때 내가 꼭 지킬 안전 약속을 한 가지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물놀이 안전 수칙 마스터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신나는 워터파크에서 즐겁게 물놀이하는 헤이지니와 친구들! 하지만 물에서는 작은 부주의가 큰 사고로 이어질 수 있다. 안전하고 재미있게 물놀이하는 방법을 함께 알아보자.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파악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영상이 알려 주려는 가장 중요한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안전하게 물놀이하는 방법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유명한 수영 선수가 되는 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물놀이 기구를 파는 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빨리 헤엄치는 비법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물에 들어가기 전 준비운동을 하는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남에게 수영 실력을 자랑하려고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근육에 쥐 나는 것을 막으려고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물을 더 차갑게 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시간을 끌기 위해서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수영이 서툰 사람이 물에 뜰 수 있도록 도와주어, 물놀이 안전을 지켜 주는 조끼를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수영모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튜브와 오리발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구명조끼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물안경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물놀이장 바닥에서 뛰면 안 되는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발 밑 물이 너무 더럽고 차가워서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신발이 젖어서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재미가 하나도 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미끄러워 넘어질 수 있어서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안전한 물놀이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물에 들어가기 전 준비운동을 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안전요원이 보이는 곳에서 규칙을 지키며 논다.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안전 수칙을 확인하고 구명조끼를 챙긴다.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춥거나 힘들면 물 밖으로 나와 쉰다.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물속에서 친구에게 하면 안 되는 행동으로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갑자기 밀거나 누르기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손잡고 함께 걷기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물을 사이좋게 끼얹기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나란히 천천히 헤엄쳐 가기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다음 중 안전 수칙을 바르게 지킨 친구의 행동은?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혼자 깊은 곳으로 헤엄쳐 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준비운동 후 얕은 곳에서 놀았다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친구를 물속으로 갑자기 세게 밀었다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젖은 바닥에서 막 뛰어다녔다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물놀이 도중 몸이 춥고 입술이 파래졌을 때 해야 할 행동은?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더 신나게 논다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아픈 걸 꾹 참고 계속 논다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 밖에 나와 몸을 녹이고 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더 깊은 물로 들어간다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여름철 물놀이를 갈 때 꼭 지켜야 할 안전 수칙을 두 가지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'물놀이는 즐겁지만 안전이 먼저다'라고 말하는 까닭을 영상 내용을 들어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안전하게 첨벙첨벙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천천히 걸어 다녀요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준비운동(몸 풀기)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준비운동 후 천천히 들어가요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갑자기 밀고 장난치기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뛰기-미끄러짐 / 준비운동 안 함-쥐 / 갑자기 밀기-위험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안전요원이 보이는 곳에서 놀아요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구명조끼(안전조끼)를 입어요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물 밖으로 나와 쉬어요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보호자나 안전요원(선생님)의 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준비운동을 꼭 하고, 물속에서 친구를 밀거나 장난치지 않겠다. · (평가) 준비운동·장난 금지·구명조끼 등 알맞은 약속을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물놀이 안전 수칙 마스터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안전하게 물놀이하는 방법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근육에 쥐 나는 것을 막으려고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구명조끼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미끄러워 넘어질 수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ㄷ → ㄱ → ㄴ → ㄹ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갑자기 밀거나 누르기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준비운동 후 얕은 곳에서 놀았다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물 밖에 나와 몸을 녹이고 쉰다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물에 들어가기 전 준비운동을 하고, 구명조끼를 입는다. · (평가) 안전 수칙 두 가지를 구체적으로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물놀이는 즐겁지만 작은 부주의가 큰 사고로 이어질 수 있어 안전이 먼저이기 때문이다. · (평가) 부주의와 사고를 연결해 설명했는지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