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물놀이 안전 약속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물놀이를 할 때 꼭 입어야 하는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구명조끼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커다란 고무 튜브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수경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모자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영상에서 '튜브'는 무엇이라고 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안전장비다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구조 도구다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놀이기구다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먹는 것이다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물에 빠진 사람을 보면 가장 먼저 해야 할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집에 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119에 도움을 요청한다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그냥 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휴대폰으로 사진을 찍는다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물을 먹고 깨어났어도 꼭 해야 할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물을 더 마신다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바로 다시 논다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그냥 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병원에 간다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물놀이를 오래 해서 몸이 덜덜 떨리면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물 밖으로 나와 따뜻하게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계속 논다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찬물을 마신다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오히려 물속으로 더 깊이 들어간다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귀에 물이 들어갔을 때 절대 하면 안 되는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귀를 옆으로 하고 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면봉으로 닦는다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그냥 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뜨거운 드라이기로 바짝 말린다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귀에 물이 들어갔을 때 좋은 방법은?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면봉으로 판다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손가락을 넣는다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귀를 옆으로 하고 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아주 뜨거운 바람을 쐰다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물놀이를 할 때 가장 중요한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재미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속도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멋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안전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구명조끼  ·          ·  물놀이 안전장비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튜브  ·          ·  놀이기구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119  ·          ·  도움 요청 번호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물놀이를 갈 때 지킬 나만의 안전 약속을 하나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상황별 안전 대처법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물놀이에서 일어나는 세 가지 상황 — 물에 빠졌다 깨어난 뒤 쓰러진 경우, 오래 놀다 저체온증으로 쓰러진 경우, 귀에 물이 들어간 경우 — 를 퀴즈로 풀며 올바른 대처법과 안전 수칙을 배운다. 구명조끼와 튜브의 차이, 익수 후 병원 방문의 중요성, 저체온증 증상과 예방, 귀에 물이 들어갔을 때 면봉 사용 금지까지 알려 주는 안전 교육 영상.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물을 먹고 깨어났어도 병원에 가야 하는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물을 너무 많이 마셔서 배가 불룩해져서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배가 고파서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폐에 물이 들어가 위험할 수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음료를 마셔서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하루 종일 물놀이하던 친구가 쓰러진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찬 물에 오래 있어 체온이 떨어져서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음식을 먹어서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음료를 마셔서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전날 밤부터 한숨도 잠을 통 못 자서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저체온증의 증상으로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갑자기 열이 펄펄 나고 땀이 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몸이 떨리고 입술이 파래진다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얼굴이 빨개진다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기운이 넘친다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튜브만 믿고 물놀이를 하면 안 되는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너무 비싸서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무거워서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공기 바람이 자꾸 금세 빠져 버려서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안전장비가 아닌 놀이기구라서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물에 빠진 사람을 도울 때의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숨을 쉬지 않으면 인공호흡·심폐소생술을 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119에 신고한다.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물에서 안전하게 구해 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큰 타올로 감싸 체온을 지킨다.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저체온증을 예방하는 방법으로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1시간 이상 놀지 않고 따뜻한 물을 마신다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찬물을 자주 마신다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쉬지 않고 논다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물에 흠뻑 젖은 옷을 벗지 않고 그대로 입는다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귀에 물이 들어갔을 때 면봉으로 닦으면 안 되는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오히려 귀 안으로 물이 더 많이 들어가게 되어서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간지러워서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약해진 귓속 피부에 상처·염증을 낼 수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소리가 안 들려서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드라이기로 귀를 말릴 때 주의할 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세게 말린다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뜨거운 바람은 화상 위험이라 차가운 바람으로 말린다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오래 말린다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드라이기를 귀 바로 안쪽에 아주 바짝 오래도록 갖다 댄다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물놀이 중 친구가 갑자기 몸을 떨며 졸려 한다면 어떻게 도울지 순서대로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정리하기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영상에서 배운 물놀이 안전 수칙을 두 가지 이상 골라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안전 제일, 올바른 대처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물놀이에서 일어나는 세 가지 상황 — 물에 빠졌다 깨어난 뒤 쓰러진 경우, 오래 놀다 저체온증으로 쓰러진 경우, 귀에 물이 들어간 경우 — 를 퀴즈로 풀며 올바른 대처법과 안전 수칙을 배운다. 구명조끼와 튜브의 차이, 익수 후 병원 방문의 중요성, 저체온증 증상과 예방, 귀에 물이 들어갔을 때 면봉 사용 금지까지 알려 주는 안전 교육 영상.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영상 속 세 친구가 위험해진 공통 원인으로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그날따라 강물이 갑자기 너무너무 차가워졌기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안전수칙을 지키지 않고 위험을 가볍게 여겨서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수영을 못 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음식을 잘못 먹어서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까닭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'괜찮아 보여도 병원에 가야 한다'고 한 까닭으로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물값이 아까워서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부모님이 너무 많이 걱정하실 것 같아서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규칙이기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익수 후 증상이 늦게 나타나 위험해서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여름에도 저체온증이 생길 수 있는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찬 물에 오래 있어 체온이 떨어져서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한여름인데도 날씨가 갑자기 추워져서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물이 얼어서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햇빛이 약해서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까닭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귀에 물이 들어갔을 때 '면봉으로 닦기'가 가장 나쁜 방법인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물이 더 들어가서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면봉이 비싸서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피부에 상처를 내고 염증을 일으켜서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귓속 귀지가 더 단단하게 굳어 버려서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물에 빠진 사람을 구조할 때의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숨을 안 쉬면 인공호흡을 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119에 신고한다.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수영에 자신 없으면 섣불리 들어가지 않는다.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구한 뒤 타올로 감싸 체온을 지킨다.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의도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영상이 '튜브'와 '구명조끼'를 굳이 구분해 강조한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튜브가 구명조끼보다 훨씬 더 비싸서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튜브는 놀이기구라 안전을 못 지켜서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구명조끼가 멋있어서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튜브가 무거워서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귀지를 굳이 파지 않는 것이 좋다고 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더러워서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귀에서 자꾸 시끄러운 소리가 나기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잘 안 들려서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귀를 보호하고 저절로 빠져나와서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영상이 전하려는 핵심으로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상황별 올바른 대처와 '안전 제일'의 태도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물놀이는 너무 위험하니 처음부터 아예 하지 말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튜브만 있으면 안전하다는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어른은 다치지 않는다는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익수·저체온증·귀에 물, 세 가지 상황에서 공통으로 배울 수 있는 안전 원칙을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물놀이를 갈 때 우리 가족이 함께 지킬 안전 약속을 두 가지 이상 정해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물놀이 안전 약속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구명조끼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③ 놀이기구다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② 119에 도움을 요청한다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병원에 간다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물 밖으로 나와 따뜻하게 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면봉으로 닦는다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귀를 옆으로 하고 뛴다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안전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구명조끼-안전장비 / 튜브-놀이기구 / 119-도움 요청 번호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어른과 함께 다니고, 구명조끼를 꼭 입으며, 너무 오래 놀지 않겠다. · (평가) 영상 속 수칙을 바탕으로 약속을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상황별 안전 대처법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③ 폐에 물이 들어가 위험할 수 있어서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① 찬 물에 오래 있어 체온이 떨어져서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② 몸이 떨리고 입술이 파래진다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안전장비가 아닌 놀이기구라서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ㄷ → ㄱ → ㄹ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1시간 이상 놀지 않고 따뜻한 물을 마신다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약해진 귓속 피부에 상처·염증을 낼 수 있어서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② 뜨거운 바람은 화상 위험이라 차가운 바람으로 말린다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빨리 물 밖으로 데리고 나와 물기를 닦고 타올로 감싸 따뜻하게 한 뒤, 정신을 못 차리면 안전요원·어른에게 도움을 요청하고 병원에 간다. · (평가) 저체온증 대처를 순서대로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구명조끼를 꼭 입기, 1시간 이상 물놀이하지 않기, 물을 먹었으면 병원에 가기. · (평가) 영상 속 수칙을 두 가지 이상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안전 제일, 올바른 대처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② 안전수칙을 지키지 않고 위험을 가볍게 여겨서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④ 익수 후 증상이 늦게 나타나 위험해서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① 찬 물에 오래 있어 체온이 떨어져서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③ 피부에 상처를 내고 염증을 일으켜서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ㄷ → ㄱ → ㄹ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튜브는 놀이기구라 안전을 못 지켜서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④ 귀를 보호하고 저절로 빠져나와서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① 상황별 올바른 대처와 '안전 제일'의 태도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위험을 가볍게 여기지 말고 미리 예방하며, 이상이 생기면 자기 판단으로 넘기지 말고 어른·전문가의 도움을 받아 올바르게 대처해야 한다. · (평가) 세 상황을 아우르는 원칙을 자기 말로 정리했는지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구명조끼를 꼭 입고, 1시간마다 나와 쉬며 따뜻한 물을 마시고, 어른이 보이는 곳에서만 논다. · (평가) 실천 가능한 약속을 두 가지 이상 제시했는지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