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세상의 특별한 직업들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대통령 명의 임명장을 붓글씨로 직접 쓰는 필경사 김희중, 톱스타의 손을 대신 연기하는 손 모델 윤선영, 영화 촬영 장소를 찾아내는 국내 1호 로케이션 매니저 김태영, 32년째 새벽을 여는 가락시장 경매사 고길석. 잘 알려지지 않았지만 저마다의 자리에서 대체 불가능한 전문가가 된 사람들을 통해 다양한 직업과 진로의 세계를 만나는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필경사 김희중 사무관이 하는 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대통령 명의 임명장을 붓글씨로 직접 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톱스타들의 손을 대신해 광고에서 연기한다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영화에 어울리는 촬영 장소를 찾아낸다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새벽 시장에서 신선한 과일을 빠르게 경매해 판다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손 모델 윤선영이 손을 관리하는 방법으로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매일 무거운 기구로 손 근력 운동을 빠짐없이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장갑을 끼고 사우나를 피하며 늘 조심한다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네일샵에서 정기적으로 손 관리를 받는다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손에 보험을 들어 두고 마음을 놓는다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로케이션 매니저 김태영의 능력으로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영화에 출연하는 배우들의 연기를 직접 지도한다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영화에 쓰일 배경 음악을 직접 작곡한다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감독이 원하는 장면에 맞는 장소를 찾는다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영화 포스터와 예고편 영상까지 직접 디자인한다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경매사 고길석이 좋은 물건부터 먼저 경매하는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좋은 물건일수록 시간이 지나면 더 빨리 상하기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손님들이 처음 나온 좋은 것만 사려 하기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정해진 순서를 반드시 지켜야 하기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처음 가격을 잘 잡아야 전체 가격이 유지되기 때문에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손 모델 윤선영의 이야기를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블로그 사진을 보고 에이전시의 제안을 받는다.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내성적이라 전화 주문도 어려워했다.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11년 차 전문 손 모델이 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용기를 내어 손 모델을 시작한다.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공통점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이 직업들의 공통점으로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누구나 별다른 준비 없이도 손쉽게 시작할 수 있는 일이다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잘 알려지지 않았지만 전문성과 책임감이 필요한 일이다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짧게 배워서 누구나 금방 그만두게 되는 일이다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오로지 돈을 많이 버는 것만이 목적인 일이다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손 모델과 필경사가 손을 극진히 관리하는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손이 곧 그 직업의 가장 중요한 도구라서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손이 더 예뻐 보이고 싶은 마음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남들에게 멋지게 자랑하고 싶은 마음에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회사에서 반드시 지키라고 정한 규칙이기 때문에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주제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영상이 전하려는 것으로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직업은 돈을 많이 벌수록 좋다는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한 가지 직업만 평생 해야 한다는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다양하고 특별한 직업마다 저마다 가치가 있다는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남들이 부러워하는 유명한 직업을 갖는 것이 가장 중요하다는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 쓰기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영상 속 직업 중 가장 인상 깊은 직업을 고르고 그 까닭을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내가 관심 있는 직업과, 그 일을 잘하려면 어떤 노력이 필요할지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대체 불가능한 전문가들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대통령 명의 임명장을 붓글씨로 직접 쓰는 필경사 김희중, 톱스타의 손을 대신 연기하는 손 모델 윤선영, 영화 촬영 장소를 찾아내는 국내 1호 로케이션 매니저 김태영, 32년째 새벽을 여는 가락시장 경매사 고길석. 잘 알려지지 않았지만 저마다의 자리에서 대체 불가능한 전문가가 된 사람들을 통해 다양한 직업과 진로의 세계를 만나는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의미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필경사가 1962년 이후 단 네 명뿐인 희귀 보직이라는 점이 뜻하는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고도의 전문성과 책임이 필요한 일이다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시간이 지나면 곧 사라질 인기 없고 보잘것없는 일이다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누구나 조금만 배우면 금방 할 수 있는 일이다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사람 대신 기계가 맡아서 하면 되는 일이다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손 모델이 손에 보험을 들지 못한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굳이 보험이 필요 없다고 스스로 판단해서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보험 조건이 까다로워 가입이 어려워서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보험료가 너무 싸서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회사가 가입을 막아서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능력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로케이션 매니저에게 가장 중요한 능력은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현장의 수많은 사람을 빠르고 일사불란하게 지휘하는 능력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비싼 촬영 장비를 능숙하게 다루는 능력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감독의 추상적 요구를 현실 공간으로 구체화하는 능력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외국어를 유창하게 구사하는 능력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경매사가 좋은 물건부터 경매해 가격을 유지하려는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가장 좋은 물건이 사람들에게 인기가 제일 많기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경매를 되도록 빨리 끝내고 싶기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오래전부터 정해져 내려온 순서이기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처음 가격이 어긋나면 전체 가격이 무너지기 때문에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로케이션 매니저가 영화 '타짜'의 장소를 찾은 과정을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여러 도시를 3개월간 헤매며 찾는다.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감독이 까다로운 조건을 제시한다.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감독에게 보여 줘 한 번에 통과한다.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우연히 식당에서 딱 맞는 곳을 발견한다.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내성적이던 손 모델이 용기를 내어 도전한 계기는?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더 유명해지고 싶은 마음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아빠 회사가 어려워 도움이 되고자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친구가 같이 하자고 권유해서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어릴 적부터 모델이 되는 것이 오랜 꿈이어서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공통점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네 사람의 공통점으로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별다른 노력 없이 짧은 시간에 쉽게 성공한 사람들이다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그저 운이 좋아 우연히 유명해진 사람들이다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오랜 노력으로 한 분야 최고가 된 전문가들이다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원래부터 모두가 아는 유명인이다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적용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영상이 진로에 대해 전하는 메시지로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전문성을 쌓으면 유명하지 않아도 가치 있다는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남들이 다 알고 부러워하는 직업만이 가질 만하다는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직업은 빨리 자주 바꿀수록 좋다는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전문성보다 인기가 훨씬 더 중요하다는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잘 알려지지 않은 직업도 '대체 불가능한 전문가'가 될 수 있는 까닭을 영상 내용을 바탕으로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내가 어떤 분야의 '대체 불가능한 전문가'가 된다면 무엇이 되고 싶은지, 그 까닭과 함께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세상의 특별한 직업들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대통령 명의 임명장을 붓글씨로 직접 쓴다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장갑을 끼고 사우나를 피하며 늘 조심한다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감독이 원하는 장면에 맞는 장소를 찾는다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처음 가격을 잘 잡아야 전체 가격이 유지되기 때문에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잘 알려지지 않았지만 전문성과 책임감이 필요한 일이다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① 손이 곧 그 직업의 가장 중요한 도구라서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다양하고 특별한 직업마다 저마다 가치가 있다는 것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로케이션 매니저가 가장 인상 깊다. 감독의 막연한 상상을 진짜 장소로 찾아내는 점이 신기하고 멋졌기 때문이다. · (평가) 직업과 까닭을 자기 말로 적었는지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나는 수의사가 되고 싶다. 동물에 대한 공부를 열심히 하고, 생명을 아끼는 책임감을 기르는 노력이 필요하다. · (평가) 관심 직업과 필요한 노력을 연결해 적었는지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대체 불가능한 전문가들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고도의 전문성과 책임이 필요한 일이다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보험 조건이 까다로워 가입이 어려워서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감독의 추상적 요구를 현실 공간으로 구체화하는 능력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처음 가격이 어긋나면 전체 가격이 무너지기 때문에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아빠 회사가 어려워 도움이 되고자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③ 오랜 노력으로 한 분야 최고가 된 전문가들이다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① 전문성을 쌓으면 유명하지 않아도 가치 있다는 것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오랜 시간 한 분야에 집중해 남이 따라 할 수 없는 실력과 노하우를 쌓으면, 유명하지 않아도 그 사람만이 할 수 있는 일이 되기 때문이다. · (평가) 전문성·노력과 연결해 설명했는지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나는 우리 동네의 이야기를 기록하는 사진가가 되고 싶다. 사라지는 모습을 남겨 다음 세대에 전하는 일은 나만이 할 수 있는 가치가 있기 때문이다. · (평가) 되고 싶은 전문가와 까닭을 구체적으로 적었는지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