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저학년용] </w:t>
      </w:r>
    </w:p>
    <w:p>
      <w:r>
        <w:rPr>
          <w:rFonts w:ascii="맑은 고딕" w:hAnsi="맑은 고딕" w:eastAsia="맑은 고딕"/>
          <w:b/>
          <w:color w:val="191F28"/>
          <w:sz w:val="36"/>
        </w:rPr>
        <w:t>돈은 어떻게 생겼을까</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1. </w:t>
      </w:r>
      <w:r>
        <w:rPr>
          <w:rFonts w:ascii="맑은 고딕" w:hAnsi="맑은 고딕" w:eastAsia="맑은 고딕"/>
          <w:b/>
          <w:color w:val="191F28"/>
          <w:sz w:val="23"/>
        </w:rPr>
        <w:t>대발이가 길에서 주운 천 원의 진짜 주인은 누구였나요?</w:t>
      </w:r>
    </w:p>
    <w:p>
      <w:pPr>
        <w:ind w:left="320"/>
      </w:pPr>
      <w:r>
        <w:rPr>
          <w:rFonts w:ascii="맑은 고딕" w:hAnsi="맑은 고딕" w:eastAsia="맑은 고딕"/>
          <w:b w:val="0"/>
          <w:color w:val="4E5968"/>
          <w:sz w:val="22"/>
        </w:rPr>
        <w:t>① 엄마</w:t>
      </w:r>
    </w:p>
    <w:p>
      <w:pPr>
        <w:ind w:left="320"/>
      </w:pPr>
      <w:r>
        <w:rPr>
          <w:rFonts w:ascii="맑은 고딕" w:hAnsi="맑은 고딕" w:eastAsia="맑은 고딕"/>
          <w:b w:val="0"/>
          <w:color w:val="4E5968"/>
          <w:sz w:val="22"/>
        </w:rPr>
        <w:t>② 친구 보들이</w:t>
      </w:r>
    </w:p>
    <w:p>
      <w:pPr>
        <w:ind w:left="320"/>
      </w:pPr>
      <w:r>
        <w:rPr>
          <w:rFonts w:ascii="맑은 고딕" w:hAnsi="맑은 고딕" w:eastAsia="맑은 고딕"/>
          <w:b w:val="0"/>
          <w:color w:val="4E5968"/>
          <w:sz w:val="22"/>
        </w:rPr>
        <w:t>③ 선생님</w:t>
      </w:r>
    </w:p>
    <w:p>
      <w:pPr>
        <w:ind w:left="320"/>
      </w:pPr>
      <w:r>
        <w:rPr>
          <w:rFonts w:ascii="맑은 고딕" w:hAnsi="맑은 고딕" w:eastAsia="맑은 고딕"/>
          <w:b w:val="0"/>
          <w:color w:val="4E5968"/>
          <w:sz w:val="22"/>
        </w:rPr>
        <w:t>④ 옆집 아저씨</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옛날에 물건과 물건을 직접 바꾸던 것을 무엇이라 하나요?</w:t>
      </w:r>
    </w:p>
    <w:p>
      <w:pPr>
        <w:ind w:left="320"/>
      </w:pPr>
      <w:r>
        <w:rPr>
          <w:rFonts w:ascii="맑은 고딕" w:hAnsi="맑은 고딕" w:eastAsia="맑은 고딕"/>
          <w:b w:val="0"/>
          <w:color w:val="4E5968"/>
          <w:sz w:val="22"/>
        </w:rPr>
        <w:t>① 은행에 저금</w:t>
      </w:r>
    </w:p>
    <w:p>
      <w:pPr>
        <w:ind w:left="320"/>
      </w:pPr>
      <w:r>
        <w:rPr>
          <w:rFonts w:ascii="맑은 고딕" w:hAnsi="맑은 고딕" w:eastAsia="맑은 고딕"/>
          <w:b w:val="0"/>
          <w:color w:val="4E5968"/>
          <w:sz w:val="22"/>
        </w:rPr>
        <w:t>② 물물교환</w:t>
      </w:r>
    </w:p>
    <w:p>
      <w:pPr>
        <w:ind w:left="320"/>
      </w:pPr>
      <w:r>
        <w:rPr>
          <w:rFonts w:ascii="맑은 고딕" w:hAnsi="맑은 고딕" w:eastAsia="맑은 고딕"/>
          <w:b w:val="0"/>
          <w:color w:val="4E5968"/>
          <w:sz w:val="22"/>
        </w:rPr>
        <w:t>③ 대출</w:t>
      </w:r>
    </w:p>
    <w:p>
      <w:pPr>
        <w:ind w:left="320"/>
      </w:pPr>
      <w:r>
        <w:rPr>
          <w:rFonts w:ascii="맑은 고딕" w:hAnsi="맑은 고딕" w:eastAsia="맑은 고딕"/>
          <w:b w:val="0"/>
          <w:color w:val="4E5968"/>
          <w:sz w:val="22"/>
        </w:rPr>
        <w:t>④ 용돈</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쌀·소금·조개처럼 돈처럼 쓰던 물건을 무엇이라 하나요?</w:t>
      </w:r>
    </w:p>
    <w:p>
      <w:pPr>
        <w:ind w:left="320"/>
      </w:pPr>
      <w:r>
        <w:rPr>
          <w:rFonts w:ascii="맑은 고딕" w:hAnsi="맑은 고딕" w:eastAsia="맑은 고딕"/>
          <w:b w:val="0"/>
          <w:color w:val="4E5968"/>
          <w:sz w:val="22"/>
        </w:rPr>
        <w:t>① 반짝이는 보석</w:t>
      </w:r>
    </w:p>
    <w:p>
      <w:pPr>
        <w:ind w:left="320"/>
      </w:pPr>
      <w:r>
        <w:rPr>
          <w:rFonts w:ascii="맑은 고딕" w:hAnsi="맑은 고딕" w:eastAsia="맑은 고딕"/>
          <w:b w:val="0"/>
          <w:color w:val="4E5968"/>
          <w:sz w:val="22"/>
        </w:rPr>
        <w:t>② 동전</w:t>
      </w:r>
    </w:p>
    <w:p>
      <w:pPr>
        <w:ind w:left="320"/>
      </w:pPr>
      <w:r>
        <w:rPr>
          <w:rFonts w:ascii="맑은 고딕" w:hAnsi="맑은 고딕" w:eastAsia="맑은 고딕"/>
          <w:b w:val="0"/>
          <w:color w:val="4E5968"/>
          <w:sz w:val="22"/>
        </w:rPr>
        <w:t>③ 물품 화폐</w:t>
      </w:r>
    </w:p>
    <w:p>
      <w:pPr>
        <w:ind w:left="320"/>
      </w:pPr>
      <w:r>
        <w:rPr>
          <w:rFonts w:ascii="맑은 고딕" w:hAnsi="맑은 고딕" w:eastAsia="맑은 고딕"/>
          <w:b w:val="0"/>
          <w:color w:val="4E5968"/>
          <w:sz w:val="22"/>
        </w:rPr>
        <w:t>④ 신용카드</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4. </w:t>
      </w:r>
      <w:r>
        <w:rPr>
          <w:rFonts w:ascii="맑은 고딕" w:hAnsi="맑은 고딕" w:eastAsia="맑은 고딕"/>
          <w:b/>
          <w:color w:val="191F28"/>
          <w:sz w:val="23"/>
        </w:rPr>
        <w:t>쌀이나 옷감보다 동전이 좋은 점은 무엇인가요?</w:t>
      </w:r>
    </w:p>
    <w:p>
      <w:pPr>
        <w:ind w:left="320"/>
      </w:pPr>
      <w:r>
        <w:rPr>
          <w:rFonts w:ascii="맑은 고딕" w:hAnsi="맑은 고딕" w:eastAsia="맑은 고딕"/>
          <w:b w:val="0"/>
          <w:color w:val="4E5968"/>
          <w:sz w:val="22"/>
        </w:rPr>
        <w:t>① 예쁜 향기가 솔솔 난다</w:t>
      </w:r>
    </w:p>
    <w:p>
      <w:pPr>
        <w:ind w:left="320"/>
      </w:pPr>
      <w:r>
        <w:rPr>
          <w:rFonts w:ascii="맑은 고딕" w:hAnsi="맑은 고딕" w:eastAsia="맑은 고딕"/>
          <w:b w:val="0"/>
          <w:color w:val="4E5968"/>
          <w:sz w:val="22"/>
        </w:rPr>
        <w:t>② 맛이 좋다</w:t>
      </w:r>
    </w:p>
    <w:p>
      <w:pPr>
        <w:ind w:left="320"/>
      </w:pPr>
      <w:r>
        <w:rPr>
          <w:rFonts w:ascii="맑은 고딕" w:hAnsi="맑은 고딕" w:eastAsia="맑은 고딕"/>
          <w:b w:val="0"/>
          <w:color w:val="4E5968"/>
          <w:sz w:val="22"/>
        </w:rPr>
        <w:t>③ 무게가 무겁다</w:t>
      </w:r>
    </w:p>
    <w:p>
      <w:pPr>
        <w:ind w:left="320"/>
      </w:pPr>
      <w:r>
        <w:rPr>
          <w:rFonts w:ascii="맑은 고딕" w:hAnsi="맑은 고딕" w:eastAsia="맑은 고딕"/>
          <w:b w:val="0"/>
          <w:color w:val="4E5968"/>
          <w:sz w:val="22"/>
        </w:rPr>
        <w:t>④ 잘 썩지 않고 단단하다</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5. </w:t>
      </w:r>
      <w:r>
        <w:rPr>
          <w:rFonts w:ascii="맑은 고딕" w:hAnsi="맑은 고딕" w:eastAsia="맑은 고딕"/>
          <w:b/>
          <w:color w:val="191F28"/>
          <w:sz w:val="23"/>
        </w:rPr>
        <w:t>동전보다 지폐가 좋은 점은 무엇인가요?</w:t>
      </w:r>
    </w:p>
    <w:p>
      <w:pPr>
        <w:ind w:left="320"/>
      </w:pPr>
      <w:r>
        <w:rPr>
          <w:rFonts w:ascii="맑은 고딕" w:hAnsi="맑은 고딕" w:eastAsia="맑은 고딕"/>
          <w:b w:val="0"/>
          <w:color w:val="4E5968"/>
          <w:sz w:val="22"/>
        </w:rPr>
        <w:t>① 가볍고 보관이 편하다</w:t>
      </w:r>
    </w:p>
    <w:p>
      <w:pPr>
        <w:ind w:left="320"/>
      </w:pPr>
      <w:r>
        <w:rPr>
          <w:rFonts w:ascii="맑은 고딕" w:hAnsi="맑은 고딕" w:eastAsia="맑은 고딕"/>
          <w:b w:val="0"/>
          <w:color w:val="4E5968"/>
          <w:sz w:val="22"/>
        </w:rPr>
        <w:t>② 물에 젖어도 된다</w:t>
      </w:r>
    </w:p>
    <w:p>
      <w:pPr>
        <w:ind w:left="320"/>
      </w:pPr>
      <w:r>
        <w:rPr>
          <w:rFonts w:ascii="맑은 고딕" w:hAnsi="맑은 고딕" w:eastAsia="맑은 고딕"/>
          <w:b w:val="0"/>
          <w:color w:val="4E5968"/>
          <w:sz w:val="22"/>
        </w:rPr>
        <w:t>③ 먹을 수 있다</w:t>
      </w:r>
    </w:p>
    <w:p>
      <w:pPr>
        <w:ind w:left="320"/>
      </w:pPr>
      <w:r>
        <w:rPr>
          <w:rFonts w:ascii="맑은 고딕" w:hAnsi="맑은 고딕" w:eastAsia="맑은 고딕"/>
          <w:b w:val="0"/>
          <w:color w:val="4E5968"/>
          <w:sz w:val="22"/>
        </w:rPr>
        <w:t>④ 여러 색으로 빛나서 예쁘다</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돈을 은행에 맡기는 것을 무엇이라 하나요?</w:t>
      </w:r>
    </w:p>
    <w:p>
      <w:pPr>
        <w:ind w:left="320"/>
      </w:pPr>
      <w:r>
        <w:rPr>
          <w:rFonts w:ascii="맑은 고딕" w:hAnsi="맑은 고딕" w:eastAsia="맑은 고딕"/>
          <w:b w:val="0"/>
          <w:color w:val="4E5968"/>
          <w:sz w:val="22"/>
        </w:rPr>
        <w:t>① 대출</w:t>
      </w:r>
    </w:p>
    <w:p>
      <w:pPr>
        <w:ind w:left="320"/>
      </w:pPr>
      <w:r>
        <w:rPr>
          <w:rFonts w:ascii="맑은 고딕" w:hAnsi="맑은 고딕" w:eastAsia="맑은 고딕"/>
          <w:b w:val="0"/>
          <w:color w:val="4E5968"/>
          <w:sz w:val="22"/>
        </w:rPr>
        <w:t>② 저금</w:t>
      </w:r>
    </w:p>
    <w:p>
      <w:pPr>
        <w:ind w:left="320"/>
      </w:pPr>
      <w:r>
        <w:rPr>
          <w:rFonts w:ascii="맑은 고딕" w:hAnsi="맑은 고딕" w:eastAsia="맑은 고딕"/>
          <w:b w:val="0"/>
          <w:color w:val="4E5968"/>
          <w:sz w:val="22"/>
        </w:rPr>
        <w:t>③ 환전</w:t>
      </w:r>
    </w:p>
    <w:p>
      <w:pPr>
        <w:ind w:left="320"/>
      </w:pPr>
      <w:r>
        <w:rPr>
          <w:rFonts w:ascii="맑은 고딕" w:hAnsi="맑은 고딕" w:eastAsia="맑은 고딕"/>
          <w:b w:val="0"/>
          <w:color w:val="4E5968"/>
          <w:sz w:val="22"/>
        </w:rPr>
        <w:t>④ 용돈</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우리나라 돈을 만들어 내는(발행하는) 곳은 어디인가요?</w:t>
      </w:r>
    </w:p>
    <w:p>
      <w:pPr>
        <w:ind w:left="320"/>
      </w:pPr>
      <w:r>
        <w:rPr>
          <w:rFonts w:ascii="맑은 고딕" w:hAnsi="맑은 고딕" w:eastAsia="맑은 고딕"/>
          <w:b w:val="0"/>
          <w:color w:val="4E5968"/>
          <w:sz w:val="22"/>
        </w:rPr>
        <w:t>① 동네 우체국</w:t>
      </w:r>
    </w:p>
    <w:p>
      <w:pPr>
        <w:ind w:left="320"/>
      </w:pPr>
      <w:r>
        <w:rPr>
          <w:rFonts w:ascii="맑은 고딕" w:hAnsi="맑은 고딕" w:eastAsia="맑은 고딕"/>
          <w:b w:val="0"/>
          <w:color w:val="4E5968"/>
          <w:sz w:val="22"/>
        </w:rPr>
        <w:t>② 시장</w:t>
      </w:r>
    </w:p>
    <w:p>
      <w:pPr>
        <w:ind w:left="320"/>
      </w:pPr>
      <w:r>
        <w:rPr>
          <w:rFonts w:ascii="맑은 고딕" w:hAnsi="맑은 고딕" w:eastAsia="맑은 고딕"/>
          <w:b w:val="0"/>
          <w:color w:val="4E5968"/>
          <w:sz w:val="22"/>
        </w:rPr>
        <w:t>③ 한국은행</w:t>
      </w:r>
    </w:p>
    <w:p>
      <w:pPr>
        <w:ind w:left="320"/>
      </w:pPr>
      <w:r>
        <w:rPr>
          <w:rFonts w:ascii="맑은 고딕" w:hAnsi="맑은 고딕" w:eastAsia="맑은 고딕"/>
          <w:b w:val="0"/>
          <w:color w:val="4E5968"/>
          <w:sz w:val="22"/>
        </w:rPr>
        <w:t>④ 백화점</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8. </w:t>
      </w:r>
      <w:r>
        <w:rPr>
          <w:rFonts w:ascii="맑은 고딕" w:hAnsi="맑은 고딕" w:eastAsia="맑은 고딕"/>
          <w:b/>
          <w:color w:val="191F28"/>
          <w:sz w:val="23"/>
        </w:rPr>
        <w:t>우리나라 만 원짜리 지폐에 담긴 인물은 누구인가요?</w:t>
      </w:r>
    </w:p>
    <w:p>
      <w:pPr>
        <w:ind w:left="320"/>
      </w:pPr>
      <w:r>
        <w:rPr>
          <w:rFonts w:ascii="맑은 고딕" w:hAnsi="맑은 고딕" w:eastAsia="맑은 고딕"/>
          <w:b w:val="0"/>
          <w:color w:val="4E5968"/>
          <w:sz w:val="22"/>
        </w:rPr>
        <w:t>① 이순신</w:t>
      </w:r>
    </w:p>
    <w:p>
      <w:pPr>
        <w:ind w:left="320"/>
      </w:pPr>
      <w:r>
        <w:rPr>
          <w:rFonts w:ascii="맑은 고딕" w:hAnsi="맑은 고딕" w:eastAsia="맑은 고딕"/>
          <w:b w:val="0"/>
          <w:color w:val="4E5968"/>
          <w:sz w:val="22"/>
        </w:rPr>
        <w:t>② 강감찬</w:t>
      </w:r>
    </w:p>
    <w:p>
      <w:pPr>
        <w:ind w:left="320"/>
      </w:pPr>
      <w:r>
        <w:rPr>
          <w:rFonts w:ascii="맑은 고딕" w:hAnsi="맑은 고딕" w:eastAsia="맑은 고딕"/>
          <w:b w:val="0"/>
          <w:color w:val="4E5968"/>
          <w:sz w:val="22"/>
        </w:rPr>
        <w:t>③ 광개토대왕</w:t>
      </w:r>
    </w:p>
    <w:p>
      <w:pPr>
        <w:ind w:left="320"/>
      </w:pPr>
      <w:r>
        <w:rPr>
          <w:rFonts w:ascii="맑은 고딕" w:hAnsi="맑은 고딕" w:eastAsia="맑은 고딕"/>
          <w:b w:val="0"/>
          <w:color w:val="4E5968"/>
          <w:sz w:val="22"/>
        </w:rPr>
        <w:t>④ 세종대왕</w:t>
      </w:r>
    </w:p>
    <w:p>
      <w:pPr>
        <w:spacing w:before="240"/>
      </w:pPr>
      <w:r>
        <w:rPr>
          <w:rFonts w:ascii="맑은 고딕" w:hAnsi="맑은 고딕" w:eastAsia="맑은 고딕"/>
          <w:b/>
          <w:color w:val="8B95A1"/>
          <w:sz w:val="17"/>
        </w:rPr>
        <w:t xml:space="preserve">  알맞게 줄 긋기  </w:t>
      </w:r>
    </w:p>
    <w:p>
      <w:r>
        <w:rPr>
          <w:rFonts w:ascii="맑은 고딕" w:hAnsi="맑은 고딕" w:eastAsia="맑은 고딕"/>
          <w:b/>
          <w:color w:val="2272EB"/>
          <w:sz w:val="24"/>
        </w:rPr>
        <w:t xml:space="preserve">9. </w:t>
      </w:r>
      <w:r>
        <w:rPr>
          <w:rFonts w:ascii="맑은 고딕" w:hAnsi="맑은 고딕" w:eastAsia="맑은 고딕"/>
          <w:b/>
          <w:color w:val="191F28"/>
          <w:sz w:val="23"/>
        </w:rPr>
        <w:t>알맞은 것끼리 연결해 보세요.</w:t>
      </w:r>
    </w:p>
    <w:p>
      <w:pPr>
        <w:ind w:left="320"/>
      </w:pPr>
      <w:r>
        <w:rPr>
          <w:rFonts w:ascii="맑은 고딕" w:hAnsi="맑은 고딕" w:eastAsia="맑은 고딕"/>
          <w:b w:val="0"/>
          <w:color w:val="333D4B"/>
          <w:sz w:val="22"/>
        </w:rPr>
        <w:t>물물교환  ·          ·  물건과 물건을 바꿈</w:t>
      </w:r>
    </w:p>
    <w:p>
      <w:pPr>
        <w:ind w:left="320"/>
      </w:pPr>
      <w:r>
        <w:rPr>
          <w:rFonts w:ascii="맑은 고딕" w:hAnsi="맑은 고딕" w:eastAsia="맑은 고딕"/>
          <w:b w:val="0"/>
          <w:color w:val="333D4B"/>
          <w:sz w:val="22"/>
        </w:rPr>
        <w:t>한국은행  ·          ·  돈을 만드는 은행</w:t>
      </w:r>
    </w:p>
    <w:p>
      <w:pPr>
        <w:ind w:left="320"/>
      </w:pPr>
      <w:r>
        <w:rPr>
          <w:rFonts w:ascii="맑은 고딕" w:hAnsi="맑은 고딕" w:eastAsia="맑은 고딕"/>
          <w:b w:val="0"/>
          <w:color w:val="333D4B"/>
          <w:sz w:val="22"/>
        </w:rPr>
        <w:t>세종대왕  ·          ·  만 원 지폐 속 인물</w:t>
      </w:r>
    </w:p>
    <w:p>
      <w:pPr>
        <w:spacing w:before="240"/>
      </w:pPr>
      <w:r>
        <w:rPr>
          <w:rFonts w:ascii="맑은 고딕" w:hAnsi="맑은 고딕" w:eastAsia="맑은 고딕"/>
          <w:b/>
          <w:color w:val="8B95A1"/>
          <w:sz w:val="17"/>
        </w:rPr>
        <w:t xml:space="preserve">  생각하고 쓰기  </w:t>
      </w:r>
    </w:p>
    <w:p>
      <w:r>
        <w:rPr>
          <w:rFonts w:ascii="맑은 고딕" w:hAnsi="맑은 고딕" w:eastAsia="맑은 고딕"/>
          <w:b/>
          <w:color w:val="2272EB"/>
          <w:sz w:val="24"/>
        </w:rPr>
        <w:t xml:space="preserve">10. </w:t>
      </w:r>
      <w:r>
        <w:rPr>
          <w:rFonts w:ascii="맑은 고딕" w:hAnsi="맑은 고딕" w:eastAsia="맑은 고딕"/>
          <w:b/>
          <w:color w:val="191F28"/>
          <w:sz w:val="23"/>
        </w:rPr>
        <w:t>용돈을 받으면 어떻게 쓰고, 어떻게 모을지 나만의 계획을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돈은 돌고 돈다</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공룡 대발이와 친구들이 화폐의 기원과 물물교환, 물품 화폐에서 동전·지폐로 이어진 돈의 역사, 돈이 돌고 도는 흐름, 저금과 대출, 한국은행의 역할, 세계 여러 나라의 화폐까지 경제의 기본 개념을 재미있게 배운다. 돈이 어떻게 쓰이고 흐르는지, 아끼고 저축하는 습관이 왜 중요한지를 아이 눈높이로 알려 주는 경제 동화.</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돈이 하는 일로 알맞은 것은?</w:t>
      </w:r>
    </w:p>
    <w:p>
      <w:pPr>
        <w:ind w:left="320"/>
      </w:pPr>
      <w:r>
        <w:rPr>
          <w:rFonts w:ascii="맑은 고딕" w:hAnsi="맑은 고딕" w:eastAsia="맑은 고딕"/>
          <w:b w:val="0"/>
          <w:color w:val="4E5968"/>
          <w:sz w:val="22"/>
        </w:rPr>
        <w:t>① 물건을 사고팔 때 쓰인다</w:t>
      </w:r>
    </w:p>
    <w:p>
      <w:pPr>
        <w:ind w:left="320"/>
      </w:pPr>
      <w:r>
        <w:rPr>
          <w:rFonts w:ascii="맑은 고딕" w:hAnsi="맑은 고딕" w:eastAsia="맑은 고딕"/>
          <w:b w:val="0"/>
          <w:color w:val="4E5968"/>
          <w:sz w:val="22"/>
        </w:rPr>
        <w:t>② 음식으로 먹는다</w:t>
      </w:r>
    </w:p>
    <w:p>
      <w:pPr>
        <w:ind w:left="320"/>
      </w:pPr>
      <w:r>
        <w:rPr>
          <w:rFonts w:ascii="맑은 고딕" w:hAnsi="맑은 고딕" w:eastAsia="맑은 고딕"/>
          <w:b w:val="0"/>
          <w:color w:val="4E5968"/>
          <w:sz w:val="22"/>
        </w:rPr>
        <w:t>③ 장난감으로 쓴다</w:t>
      </w:r>
    </w:p>
    <w:p>
      <w:pPr>
        <w:ind w:left="320"/>
      </w:pPr>
      <w:r>
        <w:rPr>
          <w:rFonts w:ascii="맑은 고딕" w:hAnsi="맑은 고딕" w:eastAsia="맑은 고딕"/>
          <w:b w:val="0"/>
          <w:color w:val="4E5968"/>
          <w:sz w:val="22"/>
        </w:rPr>
        <w:t>④ 추울 때 불을 피우는 땔감으로 쓴다</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2. </w:t>
      </w:r>
      <w:r>
        <w:rPr>
          <w:rFonts w:ascii="맑은 고딕" w:hAnsi="맑은 고딕" w:eastAsia="맑은 고딕"/>
          <w:b/>
          <w:color w:val="191F28"/>
          <w:sz w:val="23"/>
        </w:rPr>
        <w:t>물물교환의 불편한 점으로 알맞은 것은?</w:t>
      </w:r>
    </w:p>
    <w:p>
      <w:pPr>
        <w:ind w:left="320"/>
      </w:pPr>
      <w:r>
        <w:rPr>
          <w:rFonts w:ascii="맑은 고딕" w:hAnsi="맑은 고딕" w:eastAsia="맑은 고딕"/>
          <w:b w:val="0"/>
          <w:color w:val="4E5968"/>
          <w:sz w:val="22"/>
        </w:rPr>
        <w:t>① 사고 싶은 물건값이 너무 많이 비쌌다</w:t>
      </w:r>
    </w:p>
    <w:p>
      <w:pPr>
        <w:ind w:left="320"/>
      </w:pPr>
      <w:r>
        <w:rPr>
          <w:rFonts w:ascii="맑은 고딕" w:hAnsi="맑은 고딕" w:eastAsia="맑은 고딕"/>
          <w:b w:val="0"/>
          <w:color w:val="4E5968"/>
          <w:sz w:val="22"/>
        </w:rPr>
        <w:t>② 무거운 물건을 들고 다녀야 했다</w:t>
      </w:r>
    </w:p>
    <w:p>
      <w:pPr>
        <w:ind w:left="320"/>
      </w:pPr>
      <w:r>
        <w:rPr>
          <w:rFonts w:ascii="맑은 고딕" w:hAnsi="맑은 고딕" w:eastAsia="맑은 고딕"/>
          <w:b w:val="0"/>
          <w:color w:val="4E5968"/>
          <w:sz w:val="22"/>
        </w:rPr>
        <w:t>③ 물건이 자꾸 사라졌다</w:t>
      </w:r>
    </w:p>
    <w:p>
      <w:pPr>
        <w:ind w:left="320"/>
      </w:pPr>
      <w:r>
        <w:rPr>
          <w:rFonts w:ascii="맑은 고딕" w:hAnsi="맑은 고딕" w:eastAsia="맑은 고딕"/>
          <w:b w:val="0"/>
          <w:color w:val="4E5968"/>
          <w:sz w:val="22"/>
        </w:rPr>
        <w:t>④ 값을 매길 수 없었다</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3. </w:t>
      </w:r>
      <w:r>
        <w:rPr>
          <w:rFonts w:ascii="맑은 고딕" w:hAnsi="맑은 고딕" w:eastAsia="맑은 고딕"/>
          <w:b/>
          <w:color w:val="191F28"/>
          <w:sz w:val="23"/>
        </w:rPr>
        <w:t>동전이 쌀·옷감 같은 물품 화폐보다 나은 점은?</w:t>
      </w:r>
    </w:p>
    <w:p>
      <w:pPr>
        <w:ind w:left="320"/>
      </w:pPr>
      <w:r>
        <w:rPr>
          <w:rFonts w:ascii="맑은 고딕" w:hAnsi="맑은 고딕" w:eastAsia="맑은 고딕"/>
          <w:b w:val="0"/>
          <w:color w:val="4E5968"/>
          <w:sz w:val="22"/>
        </w:rPr>
        <w:t>① 맛이 좋아서</w:t>
      </w:r>
    </w:p>
    <w:p>
      <w:pPr>
        <w:ind w:left="320"/>
      </w:pPr>
      <w:r>
        <w:rPr>
          <w:rFonts w:ascii="맑은 고딕" w:hAnsi="맑은 고딕" w:eastAsia="맑은 고딕"/>
          <w:b w:val="0"/>
          <w:color w:val="4E5968"/>
          <w:sz w:val="22"/>
        </w:rPr>
        <w:t>② 향기가 좋아서</w:t>
      </w:r>
    </w:p>
    <w:p>
      <w:pPr>
        <w:ind w:left="320"/>
      </w:pPr>
      <w:r>
        <w:rPr>
          <w:rFonts w:ascii="맑은 고딕" w:hAnsi="맑은 고딕" w:eastAsia="맑은 고딕"/>
          <w:b w:val="0"/>
          <w:color w:val="4E5968"/>
          <w:sz w:val="22"/>
        </w:rPr>
        <w:t>③ 썩거나 찢어지지 않아서</w:t>
      </w:r>
    </w:p>
    <w:p>
      <w:pPr>
        <w:ind w:left="320"/>
      </w:pPr>
      <w:r>
        <w:rPr>
          <w:rFonts w:ascii="맑은 고딕" w:hAnsi="맑은 고딕" w:eastAsia="맑은 고딕"/>
          <w:b w:val="0"/>
          <w:color w:val="4E5968"/>
          <w:sz w:val="22"/>
        </w:rPr>
        <w:t>④ 들고 다니기에 아주 가벼워서</w:t>
      </w:r>
    </w:p>
    <w:p>
      <w:pPr>
        <w:spacing w:before="240"/>
      </w:pPr>
      <w:r>
        <w:rPr>
          <w:rFonts w:ascii="맑은 고딕" w:hAnsi="맑은 고딕" w:eastAsia="맑은 고딕"/>
          <w:b/>
          <w:color w:val="8B95A1"/>
          <w:sz w:val="17"/>
        </w:rPr>
        <w:t xml:space="preserve">  개념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돈이 '흐른다'는 말의 뜻으로 알맞은 것은?</w:t>
      </w:r>
    </w:p>
    <w:p>
      <w:pPr>
        <w:ind w:left="320"/>
      </w:pPr>
      <w:r>
        <w:rPr>
          <w:rFonts w:ascii="맑은 고딕" w:hAnsi="맑은 고딕" w:eastAsia="맑은 고딕"/>
          <w:b w:val="0"/>
          <w:color w:val="4E5968"/>
          <w:sz w:val="22"/>
        </w:rPr>
        <w:t>① 거센 강물에 휩쓸려 멀리 떠내려간다</w:t>
      </w:r>
    </w:p>
    <w:p>
      <w:pPr>
        <w:ind w:left="320"/>
      </w:pPr>
      <w:r>
        <w:rPr>
          <w:rFonts w:ascii="맑은 고딕" w:hAnsi="맑은 고딕" w:eastAsia="맑은 고딕"/>
          <w:b w:val="0"/>
          <w:color w:val="4E5968"/>
          <w:sz w:val="22"/>
        </w:rPr>
        <w:t>② 점점 사라진다</w:t>
      </w:r>
    </w:p>
    <w:p>
      <w:pPr>
        <w:ind w:left="320"/>
      </w:pPr>
      <w:r>
        <w:rPr>
          <w:rFonts w:ascii="맑은 고딕" w:hAnsi="맑은 고딕" w:eastAsia="맑은 고딕"/>
          <w:b w:val="0"/>
          <w:color w:val="4E5968"/>
          <w:sz w:val="22"/>
        </w:rPr>
        <w:t>③ 색이 바랜다</w:t>
      </w:r>
    </w:p>
    <w:p>
      <w:pPr>
        <w:ind w:left="320"/>
      </w:pPr>
      <w:r>
        <w:rPr>
          <w:rFonts w:ascii="맑은 고딕" w:hAnsi="맑은 고딕" w:eastAsia="맑은 고딕"/>
          <w:b w:val="0"/>
          <w:color w:val="4E5968"/>
          <w:sz w:val="22"/>
        </w:rPr>
        <w:t>④ 한자리에 있지 않고 돌고 돈다</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돈이 흐르는 과정을 순서대로 기호를 써 보세요.</w:t>
      </w:r>
    </w:p>
    <w:p>
      <w:pPr>
        <w:ind w:left="320"/>
      </w:pPr>
      <w:r>
        <w:rPr>
          <w:rFonts w:ascii="맑은 고딕" w:hAnsi="맑은 고딕" w:eastAsia="맑은 고딕"/>
          <w:b w:val="0"/>
          <w:color w:val="333D4B"/>
          <w:sz w:val="22"/>
        </w:rPr>
        <w:t>ㄱ. 은행에 저금한다.</w:t>
      </w:r>
    </w:p>
    <w:p>
      <w:pPr>
        <w:ind w:left="320"/>
      </w:pPr>
      <w:r>
        <w:rPr>
          <w:rFonts w:ascii="맑은 고딕" w:hAnsi="맑은 고딕" w:eastAsia="맑은 고딕"/>
          <w:b w:val="0"/>
          <w:color w:val="333D4B"/>
          <w:sz w:val="22"/>
        </w:rPr>
        <w:t>ㄴ. 일을 하고 월급을 받는다.</w:t>
      </w:r>
    </w:p>
    <w:p>
      <w:pPr>
        <w:ind w:left="320"/>
      </w:pPr>
      <w:r>
        <w:rPr>
          <w:rFonts w:ascii="맑은 고딕" w:hAnsi="맑은 고딕" w:eastAsia="맑은 고딕"/>
          <w:b w:val="0"/>
          <w:color w:val="333D4B"/>
          <w:sz w:val="22"/>
        </w:rPr>
        <w:t>ㄷ. 은행에서 돈을 빌린다(대출).</w:t>
      </w:r>
    </w:p>
    <w:p>
      <w:pPr>
        <w:ind w:left="320"/>
      </w:pPr>
      <w:r>
        <w:rPr>
          <w:rFonts w:ascii="맑은 고딕" w:hAnsi="맑은 고딕" w:eastAsia="맑은 고딕"/>
          <w:b w:val="0"/>
          <w:color w:val="333D4B"/>
          <w:sz w:val="22"/>
        </w:rPr>
        <w:t>ㄹ. 그 돈으로 물건을 산다.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6. </w:t>
      </w:r>
      <w:r>
        <w:rPr>
          <w:rFonts w:ascii="맑은 고딕" w:hAnsi="맑은 고딕" w:eastAsia="맑은 고딕"/>
          <w:b/>
          <w:color w:val="191F28"/>
          <w:sz w:val="23"/>
        </w:rPr>
        <w:t>한국은행이 하는 일로 알맞은 것은?</w:t>
      </w:r>
    </w:p>
    <w:p>
      <w:pPr>
        <w:ind w:left="320"/>
      </w:pPr>
      <w:r>
        <w:rPr>
          <w:rFonts w:ascii="맑은 고딕" w:hAnsi="맑은 고딕" w:eastAsia="맑은 고딕"/>
          <w:b w:val="0"/>
          <w:color w:val="4E5968"/>
          <w:sz w:val="22"/>
        </w:rPr>
        <w:t>① 사람들 모두에게 용돈을 나눠 준다</w:t>
      </w:r>
    </w:p>
    <w:p>
      <w:pPr>
        <w:ind w:left="320"/>
      </w:pPr>
      <w:r>
        <w:rPr>
          <w:rFonts w:ascii="맑은 고딕" w:hAnsi="맑은 고딕" w:eastAsia="맑은 고딕"/>
          <w:b w:val="0"/>
          <w:color w:val="4E5968"/>
          <w:sz w:val="22"/>
        </w:rPr>
        <w:t>② 돈을 발행하고 은행을 돕는다</w:t>
      </w:r>
    </w:p>
    <w:p>
      <w:pPr>
        <w:ind w:left="320"/>
      </w:pPr>
      <w:r>
        <w:rPr>
          <w:rFonts w:ascii="맑은 고딕" w:hAnsi="맑은 고딕" w:eastAsia="맑은 고딕"/>
          <w:b w:val="0"/>
          <w:color w:val="4E5968"/>
          <w:sz w:val="22"/>
        </w:rPr>
        <w:t>③ 물건을 직접 판다</w:t>
      </w:r>
    </w:p>
    <w:p>
      <w:pPr>
        <w:ind w:left="320"/>
      </w:pPr>
      <w:r>
        <w:rPr>
          <w:rFonts w:ascii="맑은 고딕" w:hAnsi="맑은 고딕" w:eastAsia="맑은 고딕"/>
          <w:b w:val="0"/>
          <w:color w:val="4E5968"/>
          <w:sz w:val="22"/>
        </w:rPr>
        <w:t>④ 외국으로 여행을 보내 준다</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7. </w:t>
      </w:r>
      <w:r>
        <w:rPr>
          <w:rFonts w:ascii="맑은 고딕" w:hAnsi="맑은 고딕" w:eastAsia="맑은 고딕"/>
          <w:b/>
          <w:color w:val="191F28"/>
          <w:sz w:val="23"/>
        </w:rPr>
        <w:t>세계 여러 나라의 돈이 서로 다른 까닭은?</w:t>
      </w:r>
    </w:p>
    <w:p>
      <w:pPr>
        <w:ind w:left="320"/>
      </w:pPr>
      <w:r>
        <w:rPr>
          <w:rFonts w:ascii="맑은 고딕" w:hAnsi="맑은 고딕" w:eastAsia="맑은 고딕"/>
          <w:b w:val="0"/>
          <w:color w:val="4E5968"/>
          <w:sz w:val="22"/>
        </w:rPr>
        <w:t>① 돈이 부족해서</w:t>
      </w:r>
    </w:p>
    <w:p>
      <w:pPr>
        <w:ind w:left="320"/>
      </w:pPr>
      <w:r>
        <w:rPr>
          <w:rFonts w:ascii="맑은 고딕" w:hAnsi="맑은 고딕" w:eastAsia="맑은 고딕"/>
          <w:b w:val="0"/>
          <w:color w:val="4E5968"/>
          <w:sz w:val="22"/>
        </w:rPr>
        <w:t>② 돈이 모두 똑같아서</w:t>
      </w:r>
    </w:p>
    <w:p>
      <w:pPr>
        <w:ind w:left="320"/>
      </w:pPr>
      <w:r>
        <w:rPr>
          <w:rFonts w:ascii="맑은 고딕" w:hAnsi="맑은 고딕" w:eastAsia="맑은 고딕"/>
          <w:b w:val="0"/>
          <w:color w:val="4E5968"/>
          <w:sz w:val="22"/>
        </w:rPr>
        <w:t>③ 나라마다 쓰는 돈이 달라서</w:t>
      </w:r>
    </w:p>
    <w:p>
      <w:pPr>
        <w:ind w:left="320"/>
      </w:pPr>
      <w:r>
        <w:rPr>
          <w:rFonts w:ascii="맑은 고딕" w:hAnsi="맑은 고딕" w:eastAsia="맑은 고딕"/>
          <w:b w:val="0"/>
          <w:color w:val="4E5968"/>
          <w:sz w:val="22"/>
        </w:rPr>
        <w:t>④ 외국에서는 아예 돈을 쓰지 않기 때문에</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알려 주는 바른 돈 습관은?</w:t>
      </w:r>
    </w:p>
    <w:p>
      <w:pPr>
        <w:ind w:left="320"/>
      </w:pPr>
      <w:r>
        <w:rPr>
          <w:rFonts w:ascii="맑은 고딕" w:hAnsi="맑은 고딕" w:eastAsia="맑은 고딕"/>
          <w:b w:val="0"/>
          <w:color w:val="4E5968"/>
          <w:sz w:val="22"/>
        </w:rPr>
        <w:t>① 돈을 아끼고 저축하자</w:t>
      </w:r>
    </w:p>
    <w:p>
      <w:pPr>
        <w:ind w:left="320"/>
      </w:pPr>
      <w:r>
        <w:rPr>
          <w:rFonts w:ascii="맑은 고딕" w:hAnsi="맑은 고딕" w:eastAsia="맑은 고딕"/>
          <w:b w:val="0"/>
          <w:color w:val="4E5968"/>
          <w:sz w:val="22"/>
        </w:rPr>
        <w:t>② 돈은 많을수록 좋다</w:t>
      </w:r>
    </w:p>
    <w:p>
      <w:pPr>
        <w:ind w:left="320"/>
      </w:pPr>
      <w:r>
        <w:rPr>
          <w:rFonts w:ascii="맑은 고딕" w:hAnsi="맑은 고딕" w:eastAsia="맑은 고딕"/>
          <w:b w:val="0"/>
          <w:color w:val="4E5968"/>
          <w:sz w:val="22"/>
        </w:rPr>
        <w:t>③ 물물교환만 하자</w:t>
      </w:r>
    </w:p>
    <w:p>
      <w:pPr>
        <w:ind w:left="320"/>
      </w:pPr>
      <w:r>
        <w:rPr>
          <w:rFonts w:ascii="맑은 고딕" w:hAnsi="맑은 고딕" w:eastAsia="맑은 고딕"/>
          <w:b w:val="0"/>
          <w:color w:val="4E5968"/>
          <w:sz w:val="22"/>
        </w:rPr>
        <w:t>④ 돈은 보이는 대로 다 써 버리자</w:t>
      </w:r>
    </w:p>
    <w:p>
      <w:pPr>
        <w:spacing w:before="240"/>
      </w:pPr>
      <w:r>
        <w:rPr>
          <w:rFonts w:ascii="맑은 고딕" w:hAnsi="맑은 고딕" w:eastAsia="맑은 고딕"/>
          <w:b/>
          <w:color w:val="8B95A1"/>
          <w:sz w:val="17"/>
        </w:rPr>
        <w:t xml:space="preserve">  생각 쓰기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돈의 역사(물물교환 → 물품 화폐 → 동전 → 지폐) 중 가장 신기한 점과 그 까닭을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용돈을 아끼고 저축하기 위한 나만의 계획을 구체적으로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[저학년] 돈은 어떻게 생겼을까</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엄마</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물물교환</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물품 화폐</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잘 썩지 않고 단단하다</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① 가볍고 보관이 편하다</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저금</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한국은행</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④ 세종대왕</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물물교환-물건 바꾸기 / 한국은행-돈 만드는 은행 / 세종대왕-만 원 인물</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꼭 필요한 것만 사고, 절반은 저금통에 모아 사고 싶은 물건을 위해 저축하겠다. · (평가) 쓰기와 모으기 계획을 자기 말로 적었는지 봐 주세요.</w:t>
      </w:r>
    </w:p>
    <w:p>
      <w:r>
        <w:br w:type="page"/>
      </w:r>
    </w:p>
    <w:p>
      <w:pPr>
        <w:spacing w:before="160"/>
      </w:pPr>
      <w:r>
        <w:rPr>
          <w:rFonts w:ascii="맑은 고딕" w:hAnsi="맑은 고딕" w:eastAsia="맑은 고딕"/>
          <w:b/>
          <w:color w:val="2272EB"/>
          <w:sz w:val="26"/>
        </w:rPr>
        <w:t>[중학년] 돈은 돌고 돈다</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물건을 사고팔 때 쓰인다</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무거운 물건을 들고 다녀야 했다</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썩거나 찢어지지 않아서</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한자리에 있지 않고 돌고 돈다</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ㄹ → ㄱ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돈을 발행하고 은행을 돕는다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나라마다 쓰는 돈이 달라서</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돈을 아끼고 저축하자</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쌀이나 조개를 돈처럼 썼다는 점이 신기하다. 지금은 종이돈을 쓰는데, 옛날엔 먹는 쌀로 물건값을 매겼다는 게 놀라웠기 때문이다. · (평가) 신기한 점과 까닭을 자기 말로 적었는지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용돈 기입장을 써서 쓴 돈을 기록하고, 사고 싶은 것을 바로 사기보다 일주일 더 생각한 뒤 사며, 매주 일정 금액을 저금한다. · (평가) 저축 계획을 구체적으로 세웠는지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