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돈의 원리를 찾아서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물물교환에서 시작된 돈의 역사부터, 세계 최초의 종이돈 '교자', 은행의 대출로 돈이 불어나는 신용창조, 물가가 오르면 돈의 가치가 떨어지는 인플레이션, 명목임금과 실질임금의 차이, 기축통화 달러, 그리고 비트코인 같은 새로운 화폐까지 — 세상을 움직이는 돈의 원리를 사례로 풀어내는 다큐멘터리. 돈이 결국 사람들 사이의 '믿음(신용)' 위에 있음을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돈(화폐)이 생기기 전, 사람들이 물건을 직접 주고받던 방식을 무엇이라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물물교환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신용카드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은행 대출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비트코인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영상에서 '세계 최초의 종이돈'이라고 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오래된 미국 달러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금화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송나라의 교자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조개껍데기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은행이 받은 100만 원을 일부만 남기고 빌려주기를 반복하면 시중의 돈은?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그대로 100만 원이다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처음보다 크게 불어난다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오히려 줄어든다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모두 사라진다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물가가 올라 같은 돈으로 살 수 있는 물건이 줄어드는 현상을 무엇이라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물물교환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지급준비금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기축통화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인플레이션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은행이 받은 돈을 다 빌려주지 않고 일부('지급준비금')를 남겨 두는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예금자가 돈을 찾을 때를 대비하려고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은행이 워낙 돈이 많은 엄청난 부자라서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세금을 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돈을 버리려고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월급(명목 임금)은 올랐는데 실제로는 별로 오르지 않은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회사가 갑자기 월급을 깎아서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세금이 줄어서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물가도 함께 올라서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은행이 망해서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제2차 세계대전 후 세계 돈의 기준(기축통화)이 된 화폐는?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일본 엔화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미국 달러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중국 위안화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터키 리라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자국 화폐를 믿지 못한 나이지리아 사람들이 눈을 돌린 새로운 화폐는?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옛날에 쓰던 엽전 꾸러미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금화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교자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비트코인(암호화폐)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돈이 결국 사람들 사이의 '믿음(신용)' 위에 있다는 말의 뜻을, 영상 내용을 바탕으로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물가가 오르면(인플레이션) 우리 생활이 어떻게 달라지는지, 용돈을 예로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돈의 원리를 찾아서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물물교환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송나라의 교자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처음보다 크게 불어난다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인플레이션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예금자가 돈을 찾을 때를 대비하려고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③ 물가도 함께 올라서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미국 달러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비트코인(암호화폐)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종이 자체는 값이 없지만 모두가 그 돈을 받아 줄 것이라 믿기 때문에 가치를 가진다. 그 믿음이 무너지면 돈은 휴지가 된다. · (평가) 신용(믿음)과 돈의 가치를 연결해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작년엔 1,000원으로 사던 과자가 지금은 1,200원이 되어, 같은 용돈으로 살 수 있는 게 줄어든다. 그래서 계획해서 써야 한다. · (평가) 인플레이션을 용돈 예로 구체적으로 설명했는지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