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장벽을 없앤 이야기</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두 초콜릿 마을을 갈라놓은 것은 무엇인가요?</w:t>
      </w:r>
    </w:p>
    <w:p>
      <w:pPr>
        <w:ind w:left="320"/>
      </w:pPr>
      <w:r>
        <w:rPr>
          <w:rFonts w:ascii="맑은 고딕" w:hAnsi="맑은 고딕" w:eastAsia="맑은 고딕"/>
          <w:b w:val="0"/>
          <w:color w:val="4E5968"/>
          <w:sz w:val="22"/>
        </w:rPr>
        <w:t>① 초콜릿 장벽</w:t>
      </w:r>
    </w:p>
    <w:p>
      <w:pPr>
        <w:ind w:left="320"/>
      </w:pPr>
      <w:r>
        <w:rPr>
          <w:rFonts w:ascii="맑은 고딕" w:hAnsi="맑은 고딕" w:eastAsia="맑은 고딕"/>
          <w:b w:val="0"/>
          <w:color w:val="4E5968"/>
          <w:sz w:val="22"/>
        </w:rPr>
        <w:t>② 큰 강</w:t>
      </w:r>
    </w:p>
    <w:p>
      <w:pPr>
        <w:ind w:left="320"/>
      </w:pPr>
      <w:r>
        <w:rPr>
          <w:rFonts w:ascii="맑은 고딕" w:hAnsi="맑은 고딕" w:eastAsia="맑은 고딕"/>
          <w:b w:val="0"/>
          <w:color w:val="4E5968"/>
          <w:sz w:val="22"/>
        </w:rPr>
        <w:t>③ 높은 산</w:t>
      </w:r>
    </w:p>
    <w:p>
      <w:pPr>
        <w:ind w:left="320"/>
      </w:pPr>
      <w:r>
        <w:rPr>
          <w:rFonts w:ascii="맑은 고딕" w:hAnsi="맑은 고딕" w:eastAsia="맑은 고딕"/>
          <w:b w:val="0"/>
          <w:color w:val="4E5968"/>
          <w:sz w:val="22"/>
        </w:rPr>
        <w:t>④ 아주 깊은 바다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2. </w:t>
      </w:r>
      <w:r>
        <w:rPr>
          <w:rFonts w:ascii="맑은 고딕" w:hAnsi="맑은 고딕" w:eastAsia="맑은 고딕"/>
          <w:b/>
          <w:color w:val="191F28"/>
          <w:sz w:val="23"/>
        </w:rPr>
        <w:t>장벽으로 나뉜 두 마을은 무엇과 무엇인가요?</w:t>
      </w:r>
    </w:p>
    <w:p>
      <w:pPr>
        <w:ind w:left="320"/>
      </w:pPr>
      <w:r>
        <w:rPr>
          <w:rFonts w:ascii="맑은 고딕" w:hAnsi="맑은 고딕" w:eastAsia="맑은 고딕"/>
          <w:b w:val="0"/>
          <w:color w:val="4E5968"/>
          <w:sz w:val="22"/>
        </w:rPr>
        <w:t>① 달콤한 딸기 잼과 고소한 우유</w:t>
      </w:r>
    </w:p>
    <w:p>
      <w:pPr>
        <w:ind w:left="320"/>
      </w:pPr>
      <w:r>
        <w:rPr>
          <w:rFonts w:ascii="맑은 고딕" w:hAnsi="맑은 고딕" w:eastAsia="맑은 고딕"/>
          <w:b w:val="0"/>
          <w:color w:val="4E5968"/>
          <w:sz w:val="22"/>
        </w:rPr>
        <w:t>② 빵과 잼</w:t>
      </w:r>
    </w:p>
    <w:p>
      <w:pPr>
        <w:ind w:left="320"/>
      </w:pPr>
      <w:r>
        <w:rPr>
          <w:rFonts w:ascii="맑은 고딕" w:hAnsi="맑은 고딕" w:eastAsia="맑은 고딕"/>
          <w:b w:val="0"/>
          <w:color w:val="4E5968"/>
          <w:sz w:val="22"/>
        </w:rPr>
        <w:t>③ 다크 초콜릿과 화이트 초콜릿</w:t>
      </w:r>
    </w:p>
    <w:p>
      <w:pPr>
        <w:ind w:left="320"/>
      </w:pPr>
      <w:r>
        <w:rPr>
          <w:rFonts w:ascii="맑은 고딕" w:hAnsi="맑은 고딕" w:eastAsia="맑은 고딕"/>
          <w:b w:val="0"/>
          <w:color w:val="4E5968"/>
          <w:sz w:val="22"/>
        </w:rPr>
        <w:t>④ 사탕과 젤리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3. </w:t>
      </w:r>
      <w:r>
        <w:rPr>
          <w:rFonts w:ascii="맑은 고딕" w:hAnsi="맑은 고딕" w:eastAsia="맑은 고딕"/>
          <w:b/>
          <w:color w:val="191F28"/>
          <w:sz w:val="23"/>
        </w:rPr>
        <w:t>아이들이 벽 너머에 있다고 잘못 알고 있던 것은?</w:t>
      </w:r>
    </w:p>
    <w:p>
      <w:pPr>
        <w:ind w:left="320"/>
      </w:pPr>
      <w:r>
        <w:rPr>
          <w:rFonts w:ascii="맑은 고딕" w:hAnsi="맑은 고딕" w:eastAsia="맑은 고딕"/>
          <w:b w:val="0"/>
          <w:color w:val="4E5968"/>
          <w:sz w:val="22"/>
        </w:rPr>
        <w:t>① 반짝이는 보물 창고</w:t>
      </w:r>
    </w:p>
    <w:p>
      <w:pPr>
        <w:ind w:left="320"/>
      </w:pPr>
      <w:r>
        <w:rPr>
          <w:rFonts w:ascii="맑은 고딕" w:hAnsi="맑은 고딕" w:eastAsia="맑은 고딕"/>
          <w:b w:val="0"/>
          <w:color w:val="4E5968"/>
          <w:sz w:val="22"/>
        </w:rPr>
        <w:t>② 거인과 얼음 왕국</w:t>
      </w:r>
    </w:p>
    <w:p>
      <w:pPr>
        <w:ind w:left="320"/>
      </w:pPr>
      <w:r>
        <w:rPr>
          <w:rFonts w:ascii="맑은 고딕" w:hAnsi="맑은 고딕" w:eastAsia="맑은 고딕"/>
          <w:b w:val="0"/>
          <w:color w:val="4E5968"/>
          <w:sz w:val="22"/>
        </w:rPr>
        <w:t>③ 놀이공원</w:t>
      </w:r>
    </w:p>
    <w:p>
      <w:pPr>
        <w:ind w:left="320"/>
      </w:pPr>
      <w:r>
        <w:rPr>
          <w:rFonts w:ascii="맑은 고딕" w:hAnsi="맑은 고딕" w:eastAsia="맑은 고딕"/>
          <w:b w:val="0"/>
          <w:color w:val="4E5968"/>
          <w:sz w:val="22"/>
        </w:rPr>
        <w:t>④ 학교</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할머니가 장벽 너머에서 헤어진 사람은 누구인가요?</w:t>
      </w:r>
    </w:p>
    <w:p>
      <w:pPr>
        <w:ind w:left="320"/>
      </w:pPr>
      <w:r>
        <w:rPr>
          <w:rFonts w:ascii="맑은 고딕" w:hAnsi="맑은 고딕" w:eastAsia="맑은 고딕"/>
          <w:b w:val="0"/>
          <w:color w:val="4E5968"/>
          <w:sz w:val="22"/>
        </w:rPr>
        <w:t>① 친구</w:t>
      </w:r>
    </w:p>
    <w:p>
      <w:pPr>
        <w:ind w:left="320"/>
      </w:pPr>
      <w:r>
        <w:rPr>
          <w:rFonts w:ascii="맑은 고딕" w:hAnsi="맑은 고딕" w:eastAsia="맑은 고딕"/>
          <w:b w:val="0"/>
          <w:color w:val="4E5968"/>
          <w:sz w:val="22"/>
        </w:rPr>
        <w:t>② 동생</w:t>
      </w:r>
    </w:p>
    <w:p>
      <w:pPr>
        <w:ind w:left="320"/>
      </w:pPr>
      <w:r>
        <w:rPr>
          <w:rFonts w:ascii="맑은 고딕" w:hAnsi="맑은 고딕" w:eastAsia="맑은 고딕"/>
          <w:b w:val="0"/>
          <w:color w:val="4E5968"/>
          <w:sz w:val="22"/>
        </w:rPr>
        <w:t>③ 학교 선생님</w:t>
      </w:r>
    </w:p>
    <w:p>
      <w:pPr>
        <w:ind w:left="320"/>
      </w:pPr>
      <w:r>
        <w:rPr>
          <w:rFonts w:ascii="맑은 고딕" w:hAnsi="맑은 고딕" w:eastAsia="맑은 고딕"/>
          <w:b w:val="0"/>
          <w:color w:val="4E5968"/>
          <w:sz w:val="22"/>
        </w:rPr>
        <w:t>④ 할아버지</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5. </w:t>
      </w:r>
      <w:r>
        <w:rPr>
          <w:rFonts w:ascii="맑은 고딕" w:hAnsi="맑은 고딕" w:eastAsia="맑은 고딕"/>
          <w:b/>
          <w:color w:val="191F28"/>
          <w:sz w:val="23"/>
        </w:rPr>
        <w:t>벽을 없애 달라고 마을로 부른 사람은 누구인가요?</w:t>
      </w:r>
    </w:p>
    <w:p>
      <w:pPr>
        <w:ind w:left="320"/>
      </w:pPr>
      <w:r>
        <w:rPr>
          <w:rFonts w:ascii="맑은 고딕" w:hAnsi="맑은 고딕" w:eastAsia="맑은 고딕"/>
          <w:b w:val="0"/>
          <w:color w:val="4E5968"/>
          <w:sz w:val="22"/>
        </w:rPr>
        <w:t>① 마을 병원 의사 선생님</w:t>
      </w:r>
    </w:p>
    <w:p>
      <w:pPr>
        <w:ind w:left="320"/>
      </w:pPr>
      <w:r>
        <w:rPr>
          <w:rFonts w:ascii="맑은 고딕" w:hAnsi="맑은 고딕" w:eastAsia="맑은 고딕"/>
          <w:b w:val="0"/>
          <w:color w:val="4E5968"/>
          <w:sz w:val="22"/>
        </w:rPr>
        <w:t>② 천재 이발사 브레드</w:t>
      </w:r>
    </w:p>
    <w:p>
      <w:pPr>
        <w:ind w:left="320"/>
      </w:pPr>
      <w:r>
        <w:rPr>
          <w:rFonts w:ascii="맑은 고딕" w:hAnsi="맑은 고딕" w:eastAsia="맑은 고딕"/>
          <w:b w:val="0"/>
          <w:color w:val="4E5968"/>
          <w:sz w:val="22"/>
        </w:rPr>
        <w:t>③ 경찰</w:t>
      </w:r>
    </w:p>
    <w:p>
      <w:pPr>
        <w:ind w:left="320"/>
      </w:pPr>
      <w:r>
        <w:rPr>
          <w:rFonts w:ascii="맑은 고딕" w:hAnsi="맑은 고딕" w:eastAsia="맑은 고딕"/>
          <w:b w:val="0"/>
          <w:color w:val="4E5968"/>
          <w:sz w:val="22"/>
        </w:rPr>
        <w:t>④ 요리사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곡괭이로도 벽이 부서지지 않은 까닭은?</w:t>
      </w:r>
    </w:p>
    <w:p>
      <w:pPr>
        <w:ind w:left="320"/>
      </w:pPr>
      <w:r>
        <w:rPr>
          <w:rFonts w:ascii="맑은 고딕" w:hAnsi="맑은 고딕" w:eastAsia="맑은 고딕"/>
          <w:b w:val="0"/>
          <w:color w:val="4E5968"/>
          <w:sz w:val="22"/>
        </w:rPr>
        <w:t>① 너무 단단해서</w:t>
      </w:r>
    </w:p>
    <w:p>
      <w:pPr>
        <w:ind w:left="320"/>
      </w:pPr>
      <w:r>
        <w:rPr>
          <w:rFonts w:ascii="맑은 고딕" w:hAnsi="맑은 고딕" w:eastAsia="맑은 고딕"/>
          <w:b w:val="0"/>
          <w:color w:val="4E5968"/>
          <w:sz w:val="22"/>
        </w:rPr>
        <w:t>② 너무 높아서</w:t>
      </w:r>
    </w:p>
    <w:p>
      <w:pPr>
        <w:ind w:left="320"/>
      </w:pPr>
      <w:r>
        <w:rPr>
          <w:rFonts w:ascii="맑은 고딕" w:hAnsi="맑은 고딕" w:eastAsia="맑은 고딕"/>
          <w:b w:val="0"/>
          <w:color w:val="4E5968"/>
          <w:sz w:val="22"/>
        </w:rPr>
        <w:t>③ 너무 길어서</w:t>
      </w:r>
    </w:p>
    <w:p>
      <w:pPr>
        <w:ind w:left="320"/>
      </w:pPr>
      <w:r>
        <w:rPr>
          <w:rFonts w:ascii="맑은 고딕" w:hAnsi="맑은 고딕" w:eastAsia="맑은 고딕"/>
          <w:b w:val="0"/>
          <w:color w:val="4E5968"/>
          <w:sz w:val="22"/>
        </w:rPr>
        <w:t>④ 너무 미끄러워서</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브레드가 벽을 없애려고 사람들에게 준 것은?</w:t>
      </w:r>
    </w:p>
    <w:p>
      <w:pPr>
        <w:ind w:left="320"/>
      </w:pPr>
      <w:r>
        <w:rPr>
          <w:rFonts w:ascii="맑은 고딕" w:hAnsi="맑은 고딕" w:eastAsia="맑은 고딕"/>
          <w:b w:val="0"/>
          <w:color w:val="4E5968"/>
          <w:sz w:val="22"/>
        </w:rPr>
        <w:t>① 망치</w:t>
      </w:r>
    </w:p>
    <w:p>
      <w:pPr>
        <w:ind w:left="320"/>
      </w:pPr>
      <w:r>
        <w:rPr>
          <w:rFonts w:ascii="맑은 고딕" w:hAnsi="맑은 고딕" w:eastAsia="맑은 고딕"/>
          <w:b w:val="0"/>
          <w:color w:val="4E5968"/>
          <w:sz w:val="22"/>
        </w:rPr>
        <w:t>② 사다리</w:t>
      </w:r>
    </w:p>
    <w:p>
      <w:pPr>
        <w:ind w:left="320"/>
      </w:pPr>
      <w:r>
        <w:rPr>
          <w:rFonts w:ascii="맑은 고딕" w:hAnsi="맑은 고딕" w:eastAsia="맑은 고딕"/>
          <w:b w:val="0"/>
          <w:color w:val="4E5968"/>
          <w:sz w:val="22"/>
        </w:rPr>
        <w:t>③ 붓</w:t>
      </w:r>
    </w:p>
    <w:p>
      <w:pPr>
        <w:ind w:left="320"/>
      </w:pPr>
      <w:r>
        <w:rPr>
          <w:rFonts w:ascii="맑은 고딕" w:hAnsi="맑은 고딕" w:eastAsia="맑은 고딕"/>
          <w:b w:val="0"/>
          <w:color w:val="4E5968"/>
          <w:sz w:val="22"/>
        </w:rPr>
        <w:t>④ 풍선</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벽이 사라진 뒤 사람들이 한 일은 무엇인가요?</w:t>
      </w:r>
    </w:p>
    <w:p>
      <w:pPr>
        <w:ind w:left="320"/>
      </w:pPr>
      <w:r>
        <w:rPr>
          <w:rFonts w:ascii="맑은 고딕" w:hAnsi="맑은 고딕" w:eastAsia="맑은 고딕"/>
          <w:b w:val="0"/>
          <w:color w:val="4E5968"/>
          <w:sz w:val="22"/>
        </w:rPr>
        <w:t>① 커다란 새 집을 멋지게 새로 지었다</w:t>
      </w:r>
    </w:p>
    <w:p>
      <w:pPr>
        <w:ind w:left="320"/>
      </w:pPr>
      <w:r>
        <w:rPr>
          <w:rFonts w:ascii="맑은 고딕" w:hAnsi="맑은 고딕" w:eastAsia="맑은 고딕"/>
          <w:b w:val="0"/>
          <w:color w:val="4E5968"/>
          <w:sz w:val="22"/>
        </w:rPr>
        <w:t>② 잠을 잤다</w:t>
      </w:r>
    </w:p>
    <w:p>
      <w:pPr>
        <w:ind w:left="320"/>
      </w:pPr>
      <w:r>
        <w:rPr>
          <w:rFonts w:ascii="맑은 고딕" w:hAnsi="맑은 고딕" w:eastAsia="맑은 고딕"/>
          <w:b w:val="0"/>
          <w:color w:val="4E5968"/>
          <w:sz w:val="22"/>
        </w:rPr>
        <w:t>③ 벽을 더 쌓았다</w:t>
      </w:r>
    </w:p>
    <w:p>
      <w:pPr>
        <w:ind w:left="320"/>
      </w:pPr>
      <w:r>
        <w:rPr>
          <w:rFonts w:ascii="맑은 고딕" w:hAnsi="맑은 고딕" w:eastAsia="맑은 고딕"/>
          <w:b w:val="0"/>
          <w:color w:val="4E5968"/>
          <w:sz w:val="22"/>
        </w:rPr>
        <w:t>④ 헤어진 가족·친구를 다시 만났다</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초콜릿 장벽  ·          ·  두 마을을 가른 벽</w:t>
      </w:r>
    </w:p>
    <w:p>
      <w:pPr>
        <w:ind w:left="320"/>
      </w:pPr>
      <w:r>
        <w:rPr>
          <w:rFonts w:ascii="맑은 고딕" w:hAnsi="맑은 고딕" w:eastAsia="맑은 고딕"/>
          <w:b w:val="0"/>
          <w:color w:val="333D4B"/>
          <w:sz w:val="22"/>
        </w:rPr>
        <w:t>브레드  ·          ·  벽을 없앤 이발사</w:t>
      </w:r>
    </w:p>
    <w:p>
      <w:pPr>
        <w:ind w:left="320"/>
      </w:pPr>
      <w:r>
        <w:rPr>
          <w:rFonts w:ascii="맑은 고딕" w:hAnsi="맑은 고딕" w:eastAsia="맑은 고딕"/>
          <w:b w:val="0"/>
          <w:color w:val="333D4B"/>
          <w:sz w:val="22"/>
        </w:rPr>
        <w:t>붓  ·          ·  소원을 담아 낙서한 것</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사람들 사이를 가로막는 '마음의 벽'을 없애려면 어떻게 하면 좋을지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벽을 넘어 만나다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다크 초콜릿 마을과 화이트 초콜릿 마을을 갈라놓은 거대한 '초콜릿 장벽'을 허물기 위해 꼬마 초콜릿과 천재 이발사 브레드가 나선다. 장벽 너머 가족과 헤어진 할머니의 사연을 통해 남북 분단을 빗대어 보여 주며, 힘으로 부수는 대신 사람들의 소원을 모아 벽을 넘어 다시 만나는 모습으로 소통과 화합·평화의 소중함을 일깨우는 애니메이션.</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아이들이 벽 너머에 거인·얼음 왕국이 있다고 믿은 까닭은?</w:t>
      </w:r>
    </w:p>
    <w:p>
      <w:pPr>
        <w:ind w:left="320"/>
      </w:pPr>
      <w:r>
        <w:rPr>
          <w:rFonts w:ascii="맑은 고딕" w:hAnsi="맑은 고딕" w:eastAsia="맑은 고딕"/>
          <w:b w:val="0"/>
          <w:color w:val="4E5968"/>
          <w:sz w:val="22"/>
        </w:rPr>
        <w:t>① 직접 가 봐서</w:t>
      </w:r>
    </w:p>
    <w:p>
      <w:pPr>
        <w:ind w:left="320"/>
      </w:pPr>
      <w:r>
        <w:rPr>
          <w:rFonts w:ascii="맑은 고딕" w:hAnsi="맑은 고딕" w:eastAsia="맑은 고딕"/>
          <w:b w:val="0"/>
          <w:color w:val="4E5968"/>
          <w:sz w:val="22"/>
        </w:rPr>
        <w:t>② 오래된 옛날 그림책에서 직접 읽어서</w:t>
      </w:r>
    </w:p>
    <w:p>
      <w:pPr>
        <w:ind w:left="320"/>
      </w:pPr>
      <w:r>
        <w:rPr>
          <w:rFonts w:ascii="맑은 고딕" w:hAnsi="맑은 고딕" w:eastAsia="맑은 고딕"/>
          <w:b w:val="0"/>
          <w:color w:val="4E5968"/>
          <w:sz w:val="22"/>
        </w:rPr>
        <w:t>③ 직접 본 적 없이 소문만 들어서</w:t>
      </w:r>
    </w:p>
    <w:p>
      <w:pPr>
        <w:ind w:left="320"/>
      </w:pPr>
      <w:r>
        <w:rPr>
          <w:rFonts w:ascii="맑은 고딕" w:hAnsi="맑은 고딕" w:eastAsia="맑은 고딕"/>
          <w:b w:val="0"/>
          <w:color w:val="4E5968"/>
          <w:sz w:val="22"/>
        </w:rPr>
        <w:t>④ 어른이 보여 줘서</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2. </w:t>
      </w:r>
      <w:r>
        <w:rPr>
          <w:rFonts w:ascii="맑은 고딕" w:hAnsi="맑은 고딕" w:eastAsia="맑은 고딕"/>
          <w:b/>
          <w:color w:val="191F28"/>
          <w:sz w:val="23"/>
        </w:rPr>
        <w:t>할머니가 벽을 없애길 바란 까닭은 무엇인가요?</w:t>
      </w:r>
    </w:p>
    <w:p>
      <w:pPr>
        <w:ind w:left="320"/>
      </w:pPr>
      <w:r>
        <w:rPr>
          <w:rFonts w:ascii="맑은 고딕" w:hAnsi="맑은 고딕" w:eastAsia="맑은 고딕"/>
          <w:b w:val="0"/>
          <w:color w:val="4E5968"/>
          <w:sz w:val="22"/>
        </w:rPr>
        <w:t>① 헤어진 할아버지를 다시 만나고 싶어서</w:t>
      </w:r>
    </w:p>
    <w:p>
      <w:pPr>
        <w:ind w:left="320"/>
      </w:pPr>
      <w:r>
        <w:rPr>
          <w:rFonts w:ascii="맑은 고딕" w:hAnsi="맑은 고딕" w:eastAsia="맑은 고딕"/>
          <w:b w:val="0"/>
          <w:color w:val="4E5968"/>
          <w:sz w:val="22"/>
        </w:rPr>
        <w:t>② 낡고 칙칙한 벽이 보기 너무너무 싫어서</w:t>
      </w:r>
    </w:p>
    <w:p>
      <w:pPr>
        <w:ind w:left="320"/>
      </w:pPr>
      <w:r>
        <w:rPr>
          <w:rFonts w:ascii="맑은 고딕" w:hAnsi="맑은 고딕" w:eastAsia="맑은 고딕"/>
          <w:b w:val="0"/>
          <w:color w:val="4E5968"/>
          <w:sz w:val="22"/>
        </w:rPr>
        <w:t>③ 초콜릿을 팔려고</w:t>
      </w:r>
    </w:p>
    <w:p>
      <w:pPr>
        <w:ind w:left="320"/>
      </w:pPr>
      <w:r>
        <w:rPr>
          <w:rFonts w:ascii="맑은 고딕" w:hAnsi="맑은 고딕" w:eastAsia="맑은 고딕"/>
          <w:b w:val="0"/>
          <w:color w:val="4E5968"/>
          <w:sz w:val="22"/>
        </w:rPr>
        <w:t>④ 이사를 가려고</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브레드가 '부술 수 없으면 없애면 된다'며 쓴 방법은?</w:t>
      </w:r>
    </w:p>
    <w:p>
      <w:pPr>
        <w:ind w:left="320"/>
      </w:pPr>
      <w:r>
        <w:rPr>
          <w:rFonts w:ascii="맑은 고딕" w:hAnsi="맑은 고딕" w:eastAsia="맑은 고딕"/>
          <w:b w:val="0"/>
          <w:color w:val="4E5968"/>
          <w:sz w:val="22"/>
        </w:rPr>
        <w:t>① 벽을 지금보다 훨씬 더 높이 쌓는다</w:t>
      </w:r>
    </w:p>
    <w:p>
      <w:pPr>
        <w:ind w:left="320"/>
      </w:pPr>
      <w:r>
        <w:rPr>
          <w:rFonts w:ascii="맑은 고딕" w:hAnsi="맑은 고딕" w:eastAsia="맑은 고딕"/>
          <w:b w:val="0"/>
          <w:color w:val="4E5968"/>
          <w:sz w:val="22"/>
        </w:rPr>
        <w:t>② 벽에 문을 단다</w:t>
      </w:r>
    </w:p>
    <w:p>
      <w:pPr>
        <w:ind w:left="320"/>
      </w:pPr>
      <w:r>
        <w:rPr>
          <w:rFonts w:ascii="맑은 고딕" w:hAnsi="맑은 고딕" w:eastAsia="맑은 고딕"/>
          <w:b w:val="0"/>
          <w:color w:val="4E5968"/>
          <w:sz w:val="22"/>
        </w:rPr>
        <w:t>③ 벽을 폭탄으로 터뜨린다</w:t>
      </w:r>
    </w:p>
    <w:p>
      <w:pPr>
        <w:ind w:left="320"/>
      </w:pPr>
      <w:r>
        <w:rPr>
          <w:rFonts w:ascii="맑은 고딕" w:hAnsi="맑은 고딕" w:eastAsia="맑은 고딕"/>
          <w:b w:val="0"/>
          <w:color w:val="4E5968"/>
          <w:sz w:val="22"/>
        </w:rPr>
        <w:t>④ 붓으로 소원을 담아 낙서하게 한다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단단해서 부술 수 없던 벽이 결국 없어진 까닭으로 알맞은 것은?</w:t>
      </w:r>
    </w:p>
    <w:p>
      <w:pPr>
        <w:ind w:left="320"/>
      </w:pPr>
      <w:r>
        <w:rPr>
          <w:rFonts w:ascii="맑은 고딕" w:hAnsi="맑은 고딕" w:eastAsia="맑은 고딕"/>
          <w:b w:val="0"/>
          <w:color w:val="4E5968"/>
          <w:sz w:val="22"/>
        </w:rPr>
        <w:t>① 오래된 벽이 어느 날 갑자기 저절로 무너져서</w:t>
      </w:r>
    </w:p>
    <w:p>
      <w:pPr>
        <w:ind w:left="320"/>
      </w:pPr>
      <w:r>
        <w:rPr>
          <w:rFonts w:ascii="맑은 고딕" w:hAnsi="맑은 고딕" w:eastAsia="맑은 고딕"/>
          <w:b w:val="0"/>
          <w:color w:val="4E5968"/>
          <w:sz w:val="22"/>
        </w:rPr>
        <w:t>② 만나고 싶은 마음을 모아 함께 나서서</w:t>
      </w:r>
    </w:p>
    <w:p>
      <w:pPr>
        <w:ind w:left="320"/>
      </w:pPr>
      <w:r>
        <w:rPr>
          <w:rFonts w:ascii="맑은 고딕" w:hAnsi="맑은 고딕" w:eastAsia="맑은 고딕"/>
          <w:b w:val="0"/>
          <w:color w:val="4E5968"/>
          <w:sz w:val="22"/>
        </w:rPr>
        <w:t>③ 거인이 부숴 줘서</w:t>
      </w:r>
    </w:p>
    <w:p>
      <w:pPr>
        <w:ind w:left="320"/>
      </w:pPr>
      <w:r>
        <w:rPr>
          <w:rFonts w:ascii="맑은 고딕" w:hAnsi="맑은 고딕" w:eastAsia="맑은 고딕"/>
          <w:b w:val="0"/>
          <w:color w:val="4E5968"/>
          <w:sz w:val="22"/>
        </w:rPr>
        <w:t>④ 비가 많이 와서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꼬마 초콜릿이 벽을 없애기로 결심한다.</w:t>
      </w:r>
    </w:p>
    <w:p>
      <w:pPr>
        <w:ind w:left="320"/>
      </w:pPr>
      <w:r>
        <w:rPr>
          <w:rFonts w:ascii="맑은 고딕" w:hAnsi="맑은 고딕" w:eastAsia="맑은 고딕"/>
          <w:b w:val="0"/>
          <w:color w:val="333D4B"/>
          <w:sz w:val="22"/>
        </w:rPr>
        <w:t>ㄴ. 할머니가 옛날이야기를 들려준다.</w:t>
      </w:r>
    </w:p>
    <w:p>
      <w:pPr>
        <w:ind w:left="320"/>
      </w:pPr>
      <w:r>
        <w:rPr>
          <w:rFonts w:ascii="맑은 고딕" w:hAnsi="맑은 고딕" w:eastAsia="맑은 고딕"/>
          <w:b w:val="0"/>
          <w:color w:val="333D4B"/>
          <w:sz w:val="22"/>
        </w:rPr>
        <w:t>ㄷ. 천재 이발사 브레드를 불러온다.</w:t>
      </w:r>
    </w:p>
    <w:p>
      <w:pPr>
        <w:ind w:left="320"/>
      </w:pPr>
      <w:r>
        <w:rPr>
          <w:rFonts w:ascii="맑은 고딕" w:hAnsi="맑은 고딕" w:eastAsia="맑은 고딕"/>
          <w:b w:val="0"/>
          <w:color w:val="333D4B"/>
          <w:sz w:val="22"/>
        </w:rPr>
        <w:t>ㄹ. 헤어진 가족들이 다시 만난다.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'초콜릿 장벽'이 빗대어 나타내는 것으로 알맞은 것은?</w:t>
      </w:r>
    </w:p>
    <w:p>
      <w:pPr>
        <w:ind w:left="320"/>
      </w:pPr>
      <w:r>
        <w:rPr>
          <w:rFonts w:ascii="맑은 고딕" w:hAnsi="맑은 고딕" w:eastAsia="맑은 고딕"/>
          <w:b w:val="0"/>
          <w:color w:val="4E5968"/>
          <w:sz w:val="22"/>
        </w:rPr>
        <w:t>① 학교의 담장</w:t>
      </w:r>
    </w:p>
    <w:p>
      <w:pPr>
        <w:ind w:left="320"/>
      </w:pPr>
      <w:r>
        <w:rPr>
          <w:rFonts w:ascii="맑은 고딕" w:hAnsi="맑은 고딕" w:eastAsia="맑은 고딕"/>
          <w:b w:val="0"/>
          <w:color w:val="4E5968"/>
          <w:sz w:val="22"/>
        </w:rPr>
        <w:t>② 놀이터를 빙 둘러싼 낮은 울타리</w:t>
      </w:r>
    </w:p>
    <w:p>
      <w:pPr>
        <w:ind w:left="320"/>
      </w:pPr>
      <w:r>
        <w:rPr>
          <w:rFonts w:ascii="맑은 고딕" w:hAnsi="맑은 고딕" w:eastAsia="맑은 고딕"/>
          <w:b w:val="0"/>
          <w:color w:val="4E5968"/>
          <w:sz w:val="22"/>
        </w:rPr>
        <w:t>③ 남과 북을 갈라놓은 분단</w:t>
      </w:r>
    </w:p>
    <w:p>
      <w:pPr>
        <w:ind w:left="320"/>
      </w:pPr>
      <w:r>
        <w:rPr>
          <w:rFonts w:ascii="맑은 고딕" w:hAnsi="맑은 고딕" w:eastAsia="맑은 고딕"/>
          <w:b w:val="0"/>
          <w:color w:val="4E5968"/>
          <w:sz w:val="22"/>
        </w:rPr>
        <w:t>④ 마을의 도로</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옛날에 다크 초콜릿과 화이트 초콜릿이 결혼했다는 이야기가 뜻하는 것은?</w:t>
      </w:r>
    </w:p>
    <w:p>
      <w:pPr>
        <w:ind w:left="320"/>
      </w:pPr>
      <w:r>
        <w:rPr>
          <w:rFonts w:ascii="맑은 고딕" w:hAnsi="맑은 고딕" w:eastAsia="맑은 고딕"/>
          <w:b w:val="0"/>
          <w:color w:val="4E5968"/>
          <w:sz w:val="22"/>
        </w:rPr>
        <w:t>① 본래 함께 어울려 살던 사이라는 것</w:t>
      </w:r>
    </w:p>
    <w:p>
      <w:pPr>
        <w:ind w:left="320"/>
      </w:pPr>
      <w:r>
        <w:rPr>
          <w:rFonts w:ascii="맑은 고딕" w:hAnsi="맑은 고딕" w:eastAsia="맑은 고딕"/>
          <w:b w:val="0"/>
          <w:color w:val="4E5968"/>
          <w:sz w:val="22"/>
        </w:rPr>
        <w:t>② 서로 미워했다는 것</w:t>
      </w:r>
    </w:p>
    <w:p>
      <w:pPr>
        <w:ind w:left="320"/>
      </w:pPr>
      <w:r>
        <w:rPr>
          <w:rFonts w:ascii="맑은 고딕" w:hAnsi="맑은 고딕" w:eastAsia="맑은 고딕"/>
          <w:b w:val="0"/>
          <w:color w:val="4E5968"/>
          <w:sz w:val="22"/>
        </w:rPr>
        <w:t>③ 아주 먼 옛날부터 한 번도 만난 적 없다는 것</w:t>
      </w:r>
    </w:p>
    <w:p>
      <w:pPr>
        <w:ind w:left="320"/>
      </w:pPr>
      <w:r>
        <w:rPr>
          <w:rFonts w:ascii="맑은 고딕" w:hAnsi="맑은 고딕" w:eastAsia="맑은 고딕"/>
          <w:b w:val="0"/>
          <w:color w:val="4E5968"/>
          <w:sz w:val="22"/>
        </w:rPr>
        <w:t>④ 전쟁을 했다는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바로 가장 알맞은 것은?</w:t>
      </w:r>
    </w:p>
    <w:p>
      <w:pPr>
        <w:ind w:left="320"/>
      </w:pPr>
      <w:r>
        <w:rPr>
          <w:rFonts w:ascii="맑은 고딕" w:hAnsi="맑은 고딕" w:eastAsia="맑은 고딕"/>
          <w:b w:val="0"/>
          <w:color w:val="4E5968"/>
          <w:sz w:val="22"/>
        </w:rPr>
        <w:t>① 벽은 높을수록 좋다</w:t>
      </w:r>
    </w:p>
    <w:p>
      <w:pPr>
        <w:ind w:left="320"/>
      </w:pPr>
      <w:r>
        <w:rPr>
          <w:rFonts w:ascii="맑은 고딕" w:hAnsi="맑은 고딕" w:eastAsia="맑은 고딕"/>
          <w:b w:val="0"/>
          <w:color w:val="4E5968"/>
          <w:sz w:val="22"/>
        </w:rPr>
        <w:t>② 소문은 늘 사실이다</w:t>
      </w:r>
    </w:p>
    <w:p>
      <w:pPr>
        <w:ind w:left="320"/>
      </w:pPr>
      <w:r>
        <w:rPr>
          <w:rFonts w:ascii="맑은 고딕" w:hAnsi="맑은 고딕" w:eastAsia="맑은 고딕"/>
          <w:b w:val="0"/>
          <w:color w:val="4E5968"/>
          <w:sz w:val="22"/>
        </w:rPr>
        <w:t>③ 누구든 혼자 외따로 사는 게 가장 편하다는 것</w:t>
      </w:r>
    </w:p>
    <w:p>
      <w:pPr>
        <w:ind w:left="320"/>
      </w:pPr>
      <w:r>
        <w:rPr>
          <w:rFonts w:ascii="맑은 고딕" w:hAnsi="맑은 고딕" w:eastAsia="맑은 고딕"/>
          <w:b w:val="0"/>
          <w:color w:val="4E5968"/>
          <w:sz w:val="22"/>
        </w:rPr>
        <w:t>④ 벽을 허물고 소통하면 화합을 이룰 수 있다</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할머니가 벽 때문에 가족과 헤어진 이야기를 읽고 느낀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이 이야기처럼 사람들 사이의 '벽'을 허물려면 무엇이 필요할지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벽이 상징하는 것</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다크 초콜릿 마을과 화이트 초콜릿 마을을 갈라놓은 거대한 '초콜릿 장벽'을 허물기 위해 꼬마 초콜릿과 천재 이발사 브레드가 나선다. 장벽 너머 가족과 헤어진 할머니의 사연을 통해 남북 분단을 빗대어 보여 주며, 힘으로 부수는 대신 사람들의 소원을 모아 벽을 넘어 다시 만나는 모습으로 소통과 화합·평화의 소중함을 일깨우는 애니메이션.</w:t>
      </w:r>
    </w:p>
    <w:p>
      <w:pPr>
        <w:spacing w:before="240"/>
      </w:pPr>
      <w:r>
        <w:rPr>
          <w:rFonts w:ascii="맑은 고딕" w:hAnsi="맑은 고딕" w:eastAsia="맑은 고딕"/>
          <w:b/>
          <w:color w:val="8B95A1"/>
          <w:sz w:val="17"/>
        </w:rPr>
        <w:t xml:space="preserve">  해석 · 상징 파악  </w:t>
      </w:r>
    </w:p>
    <w:p>
      <w:r>
        <w:rPr>
          <w:rFonts w:ascii="맑은 고딕" w:hAnsi="맑은 고딕" w:eastAsia="맑은 고딕"/>
          <w:b/>
          <w:color w:val="2272EB"/>
          <w:sz w:val="24"/>
        </w:rPr>
        <w:t xml:space="preserve">1. </w:t>
      </w:r>
      <w:r>
        <w:rPr>
          <w:rFonts w:ascii="맑은 고딕" w:hAnsi="맑은 고딕" w:eastAsia="맑은 고딕"/>
          <w:b/>
          <w:color w:val="191F28"/>
          <w:sz w:val="23"/>
        </w:rPr>
        <w:t>'초콜릿 장벽'이 상징(은유)하는 것으로 가장 알맞은 것은?</w:t>
      </w:r>
    </w:p>
    <w:p>
      <w:pPr>
        <w:ind w:left="320"/>
      </w:pPr>
      <w:r>
        <w:rPr>
          <w:rFonts w:ascii="맑은 고딕" w:hAnsi="맑은 고딕" w:eastAsia="맑은 고딕"/>
          <w:b w:val="0"/>
          <w:color w:val="4E5968"/>
          <w:sz w:val="22"/>
        </w:rPr>
        <w:t>① 학교의 규칙</w:t>
      </w:r>
    </w:p>
    <w:p>
      <w:pPr>
        <w:ind w:left="320"/>
      </w:pPr>
      <w:r>
        <w:rPr>
          <w:rFonts w:ascii="맑은 고딕" w:hAnsi="맑은 고딕" w:eastAsia="맑은 고딕"/>
          <w:b w:val="0"/>
          <w:color w:val="4E5968"/>
          <w:sz w:val="22"/>
        </w:rPr>
        <w:t>② 사람들을 갈라놓는 남북 분단</w:t>
      </w:r>
    </w:p>
    <w:p>
      <w:pPr>
        <w:ind w:left="320"/>
      </w:pPr>
      <w:r>
        <w:rPr>
          <w:rFonts w:ascii="맑은 고딕" w:hAnsi="맑은 고딕" w:eastAsia="맑은 고딕"/>
          <w:b w:val="0"/>
          <w:color w:val="4E5968"/>
          <w:sz w:val="22"/>
        </w:rPr>
        <w:t>③ 달콤한 여러 가지 초콜릿의 종류</w:t>
      </w:r>
    </w:p>
    <w:p>
      <w:pPr>
        <w:ind w:left="320"/>
      </w:pPr>
      <w:r>
        <w:rPr>
          <w:rFonts w:ascii="맑은 고딕" w:hAnsi="맑은 고딕" w:eastAsia="맑은 고딕"/>
          <w:b w:val="0"/>
          <w:color w:val="4E5968"/>
          <w:sz w:val="22"/>
        </w:rPr>
        <w:t>④ 마을의 전통</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아이들이 벽 너머에 거인·얼음 왕국이 있다고 믿은 것이 보여 주는 것은?</w:t>
      </w:r>
    </w:p>
    <w:p>
      <w:pPr>
        <w:ind w:left="320"/>
      </w:pPr>
      <w:r>
        <w:rPr>
          <w:rFonts w:ascii="맑은 고딕" w:hAnsi="맑은 고딕" w:eastAsia="맑은 고딕"/>
          <w:b w:val="0"/>
          <w:color w:val="4E5968"/>
          <w:sz w:val="22"/>
        </w:rPr>
        <w:t>① 벽 너머가 실제로 너무나 위험한 곳이라는 것</w:t>
      </w:r>
    </w:p>
    <w:p>
      <w:pPr>
        <w:ind w:left="320"/>
      </w:pPr>
      <w:r>
        <w:rPr>
          <w:rFonts w:ascii="맑은 고딕" w:hAnsi="맑은 고딕" w:eastAsia="맑은 고딕"/>
          <w:b w:val="0"/>
          <w:color w:val="4E5968"/>
          <w:sz w:val="22"/>
        </w:rPr>
        <w:t>② 소문은 늘 맞다는 것</w:t>
      </w:r>
    </w:p>
    <w:p>
      <w:pPr>
        <w:ind w:left="320"/>
      </w:pPr>
      <w:r>
        <w:rPr>
          <w:rFonts w:ascii="맑은 고딕" w:hAnsi="맑은 고딕" w:eastAsia="맑은 고딕"/>
          <w:b w:val="0"/>
          <w:color w:val="4E5968"/>
          <w:sz w:val="22"/>
        </w:rPr>
        <w:t>③ 아이들이 똑똑하다는 것</w:t>
      </w:r>
    </w:p>
    <w:p>
      <w:pPr>
        <w:ind w:left="320"/>
      </w:pPr>
      <w:r>
        <w:rPr>
          <w:rFonts w:ascii="맑은 고딕" w:hAnsi="맑은 고딕" w:eastAsia="맑은 고딕"/>
          <w:b w:val="0"/>
          <w:color w:val="4E5968"/>
          <w:sz w:val="22"/>
        </w:rPr>
        <w:t>④ 겪어 보지 않은 대상에 대한 두려움과 편견</w:t>
      </w:r>
    </w:p>
    <w:p>
      <w:pPr>
        <w:spacing w:before="240"/>
      </w:pPr>
      <w:r>
        <w:rPr>
          <w:rFonts w:ascii="맑은 고딕" w:hAnsi="맑은 고딕" w:eastAsia="맑은 고딕"/>
          <w:b/>
          <w:color w:val="8B95A1"/>
          <w:sz w:val="17"/>
        </w:rPr>
        <w:t xml:space="preserve">  해석 · 의도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'부술 수 없으면 없애면 된다'는 브레드의 말이 뜻하는 바로 알맞은 것은?</w:t>
      </w:r>
    </w:p>
    <w:p>
      <w:pPr>
        <w:ind w:left="320"/>
      </w:pPr>
      <w:r>
        <w:rPr>
          <w:rFonts w:ascii="맑은 고딕" w:hAnsi="맑은 고딕" w:eastAsia="맑은 고딕"/>
          <w:b w:val="0"/>
          <w:color w:val="4E5968"/>
          <w:sz w:val="22"/>
        </w:rPr>
        <w:t>① 마음을 모아 벽의 의미를 없앤다는 것</w:t>
      </w:r>
    </w:p>
    <w:p>
      <w:pPr>
        <w:ind w:left="320"/>
      </w:pPr>
      <w:r>
        <w:rPr>
          <w:rFonts w:ascii="맑은 고딕" w:hAnsi="맑은 고딕" w:eastAsia="맑은 고딕"/>
          <w:b w:val="0"/>
          <w:color w:val="4E5968"/>
          <w:sz w:val="22"/>
        </w:rPr>
        <w:t>② 벽을 지금보다 훨씬 더 튼튼히 만든다는 것</w:t>
      </w:r>
    </w:p>
    <w:p>
      <w:pPr>
        <w:ind w:left="320"/>
      </w:pPr>
      <w:r>
        <w:rPr>
          <w:rFonts w:ascii="맑은 고딕" w:hAnsi="맑은 고딕" w:eastAsia="맑은 고딕"/>
          <w:b w:val="0"/>
          <w:color w:val="4E5968"/>
          <w:sz w:val="22"/>
        </w:rPr>
        <w:t>③ 벽을 그냥 둔다는 것</w:t>
      </w:r>
    </w:p>
    <w:p>
      <w:pPr>
        <w:ind w:left="320"/>
      </w:pPr>
      <w:r>
        <w:rPr>
          <w:rFonts w:ascii="맑은 고딕" w:hAnsi="맑은 고딕" w:eastAsia="맑은 고딕"/>
          <w:b w:val="0"/>
          <w:color w:val="4E5968"/>
          <w:sz w:val="22"/>
        </w:rPr>
        <w:t>④ 다른 곳으로 옮긴다는 것</w:t>
      </w:r>
    </w:p>
    <w:p>
      <w:pPr>
        <w:spacing w:before="240"/>
      </w:pPr>
      <w:r>
        <w:rPr>
          <w:rFonts w:ascii="맑은 고딕" w:hAnsi="맑은 고딕" w:eastAsia="맑은 고딕"/>
          <w:b/>
          <w:color w:val="8B95A1"/>
          <w:sz w:val="17"/>
        </w:rPr>
        <w:t xml:space="preserve">  해석 · 상징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붓으로 소원을 담아 낙서하자 벽이 없어진 장면이 상징하는 것은?</w:t>
      </w:r>
    </w:p>
    <w:p>
      <w:pPr>
        <w:ind w:left="320"/>
      </w:pPr>
      <w:r>
        <w:rPr>
          <w:rFonts w:ascii="맑은 고딕" w:hAnsi="맑은 고딕" w:eastAsia="맑은 고딕"/>
          <w:b w:val="0"/>
          <w:color w:val="4E5968"/>
          <w:sz w:val="22"/>
        </w:rPr>
        <w:t>① 그림을 누구보다 아주 잘 그려야만 한다는 것</w:t>
      </w:r>
    </w:p>
    <w:p>
      <w:pPr>
        <w:ind w:left="320"/>
      </w:pPr>
      <w:r>
        <w:rPr>
          <w:rFonts w:ascii="맑은 고딕" w:hAnsi="맑은 고딕" w:eastAsia="맑은 고딕"/>
          <w:b w:val="0"/>
          <w:color w:val="4E5968"/>
          <w:sz w:val="22"/>
        </w:rPr>
        <w:t>② 낙서는 나쁘다는 것</w:t>
      </w:r>
    </w:p>
    <w:p>
      <w:pPr>
        <w:ind w:left="320"/>
      </w:pPr>
      <w:r>
        <w:rPr>
          <w:rFonts w:ascii="맑은 고딕" w:hAnsi="맑은 고딕" w:eastAsia="맑은 고딕"/>
          <w:b w:val="0"/>
          <w:color w:val="4E5968"/>
          <w:sz w:val="22"/>
        </w:rPr>
        <w:t>③ 소통이 모이면 단단한 벽도 넘는다는 것</w:t>
      </w:r>
    </w:p>
    <w:p>
      <w:pPr>
        <w:ind w:left="320"/>
      </w:pPr>
      <w:r>
        <w:rPr>
          <w:rFonts w:ascii="맑은 고딕" w:hAnsi="맑은 고딕" w:eastAsia="맑은 고딕"/>
          <w:b w:val="0"/>
          <w:color w:val="4E5968"/>
          <w:sz w:val="22"/>
        </w:rPr>
        <w:t>④ 붓이 마법 도구라는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이야기의 흐름을 일어난 순서대로 기호를 써 보세요.</w:t>
      </w:r>
    </w:p>
    <w:p>
      <w:pPr>
        <w:ind w:left="320"/>
      </w:pPr>
      <w:r>
        <w:rPr>
          <w:rFonts w:ascii="맑은 고딕" w:hAnsi="맑은 고딕" w:eastAsia="맑은 고딕"/>
          <w:b w:val="0"/>
          <w:color w:val="333D4B"/>
          <w:sz w:val="22"/>
        </w:rPr>
        <w:t>ㄱ. 할머니의 사연을 듣고 벽을 없애기로 한다.</w:t>
      </w:r>
    </w:p>
    <w:p>
      <w:pPr>
        <w:ind w:left="320"/>
      </w:pPr>
      <w:r>
        <w:rPr>
          <w:rFonts w:ascii="맑은 고딕" w:hAnsi="맑은 고딕" w:eastAsia="맑은 고딕"/>
          <w:b w:val="0"/>
          <w:color w:val="333D4B"/>
          <w:sz w:val="22"/>
        </w:rPr>
        <w:t>ㄴ. 아이들이 소문 속 벽을 두려워한다.</w:t>
      </w:r>
    </w:p>
    <w:p>
      <w:pPr>
        <w:ind w:left="320"/>
      </w:pPr>
      <w:r>
        <w:rPr>
          <w:rFonts w:ascii="맑은 고딕" w:hAnsi="맑은 고딕" w:eastAsia="맑은 고딕"/>
          <w:b w:val="0"/>
          <w:color w:val="333D4B"/>
          <w:sz w:val="22"/>
        </w:rPr>
        <w:t>ㄷ. 브레드의 방법으로 주민들이 함께 나선다.</w:t>
      </w:r>
    </w:p>
    <w:p>
      <w:pPr>
        <w:ind w:left="320"/>
      </w:pPr>
      <w:r>
        <w:rPr>
          <w:rFonts w:ascii="맑은 고딕" w:hAnsi="맑은 고딕" w:eastAsia="맑은 고딕"/>
          <w:b w:val="0"/>
          <w:color w:val="333D4B"/>
          <w:sz w:val="22"/>
        </w:rPr>
        <w:t>ㄹ. 헤어진 가족이 다시 만난다.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비판적 사고 · 연결  </w:t>
      </w:r>
    </w:p>
    <w:p>
      <w:r>
        <w:rPr>
          <w:rFonts w:ascii="맑은 고딕" w:hAnsi="맑은 고딕" w:eastAsia="맑은 고딕"/>
          <w:b/>
          <w:color w:val="2272EB"/>
          <w:sz w:val="24"/>
        </w:rPr>
        <w:t xml:space="preserve">6. </w:t>
      </w:r>
      <w:r>
        <w:rPr>
          <w:rFonts w:ascii="맑은 고딕" w:hAnsi="맑은 고딕" w:eastAsia="맑은 고딕"/>
          <w:b/>
          <w:color w:val="191F28"/>
          <w:sz w:val="23"/>
        </w:rPr>
        <w:t>할머니 세대가 장벽으로 가족과 헤어진 이야기는 우리 현실의 무엇과 가장 닮았나요?</w:t>
      </w:r>
    </w:p>
    <w:p>
      <w:pPr>
        <w:ind w:left="320"/>
      </w:pPr>
      <w:r>
        <w:rPr>
          <w:rFonts w:ascii="맑은 고딕" w:hAnsi="맑은 고딕" w:eastAsia="맑은 고딕"/>
          <w:b w:val="0"/>
          <w:color w:val="4E5968"/>
          <w:sz w:val="22"/>
        </w:rPr>
        <w:t>① 아주 먼 나라로 떠나는 해외 이민</w:t>
      </w:r>
    </w:p>
    <w:p>
      <w:pPr>
        <w:ind w:left="320"/>
      </w:pPr>
      <w:r>
        <w:rPr>
          <w:rFonts w:ascii="맑은 고딕" w:hAnsi="맑은 고딕" w:eastAsia="맑은 고딕"/>
          <w:b w:val="0"/>
          <w:color w:val="4E5968"/>
          <w:sz w:val="22"/>
        </w:rPr>
        <w:t>② 도시로의 이사</w:t>
      </w:r>
    </w:p>
    <w:p>
      <w:pPr>
        <w:ind w:left="320"/>
      </w:pPr>
      <w:r>
        <w:rPr>
          <w:rFonts w:ascii="맑은 고딕" w:hAnsi="맑은 고딕" w:eastAsia="맑은 고딕"/>
          <w:b w:val="0"/>
          <w:color w:val="4E5968"/>
          <w:sz w:val="22"/>
        </w:rPr>
        <w:t>③ 유학</w:t>
      </w:r>
    </w:p>
    <w:p>
      <w:pPr>
        <w:ind w:left="320"/>
      </w:pPr>
      <w:r>
        <w:rPr>
          <w:rFonts w:ascii="맑은 고딕" w:hAnsi="맑은 고딕" w:eastAsia="맑은 고딕"/>
          <w:b w:val="0"/>
          <w:color w:val="4E5968"/>
          <w:sz w:val="22"/>
        </w:rPr>
        <w:t>④ 6.25로 헤어진 이산가족</w:t>
      </w:r>
    </w:p>
    <w:p>
      <w:pPr>
        <w:spacing w:before="240"/>
      </w:pPr>
      <w:r>
        <w:rPr>
          <w:rFonts w:ascii="맑은 고딕" w:hAnsi="맑은 고딕" w:eastAsia="맑은 고딕"/>
          <w:b/>
          <w:color w:val="8B95A1"/>
          <w:sz w:val="17"/>
        </w:rPr>
        <w:t xml:space="preserve">  해석 · 주제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다크 초콜릿과 화이트 초콜릿이 다시 어우러진 결말이 전하는 메시지는?</w:t>
      </w:r>
    </w:p>
    <w:p>
      <w:pPr>
        <w:ind w:left="320"/>
      </w:pPr>
      <w:r>
        <w:rPr>
          <w:rFonts w:ascii="맑은 고딕" w:hAnsi="맑은 고딕" w:eastAsia="맑은 고딕"/>
          <w:b w:val="0"/>
          <w:color w:val="4E5968"/>
          <w:sz w:val="22"/>
        </w:rPr>
        <w:t>① 다름이 어우러질 때 더 아름답다는 것</w:t>
      </w:r>
    </w:p>
    <w:p>
      <w:pPr>
        <w:ind w:left="320"/>
      </w:pPr>
      <w:r>
        <w:rPr>
          <w:rFonts w:ascii="맑은 고딕" w:hAnsi="맑은 고딕" w:eastAsia="맑은 고딕"/>
          <w:b w:val="0"/>
          <w:color w:val="4E5968"/>
          <w:sz w:val="22"/>
        </w:rPr>
        <w:t>② 서로 멀리 떨어져 사는 게 훨씬 낫다는 것</w:t>
      </w:r>
    </w:p>
    <w:p>
      <w:pPr>
        <w:ind w:left="320"/>
      </w:pPr>
      <w:r>
        <w:rPr>
          <w:rFonts w:ascii="맑은 고딕" w:hAnsi="맑은 고딕" w:eastAsia="맑은 고딕"/>
          <w:b w:val="0"/>
          <w:color w:val="4E5968"/>
          <w:sz w:val="22"/>
        </w:rPr>
        <w:t>③ 한 가지 색만 옳다는 것</w:t>
      </w:r>
    </w:p>
    <w:p>
      <w:pPr>
        <w:ind w:left="320"/>
      </w:pPr>
      <w:r>
        <w:rPr>
          <w:rFonts w:ascii="맑은 고딕" w:hAnsi="맑은 고딕" w:eastAsia="맑은 고딕"/>
          <w:b w:val="0"/>
          <w:color w:val="4E5968"/>
          <w:sz w:val="22"/>
        </w:rPr>
        <w:t>④ 벽이 필요하다는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작품이 '벽'보다 '소통·만남'을 강조한 까닭으로 가장 알맞은 것은?</w:t>
      </w:r>
    </w:p>
    <w:p>
      <w:pPr>
        <w:ind w:left="320"/>
      </w:pPr>
      <w:r>
        <w:rPr>
          <w:rFonts w:ascii="맑은 고딕" w:hAnsi="맑은 고딕" w:eastAsia="맑은 고딕"/>
          <w:b w:val="0"/>
          <w:color w:val="4E5968"/>
          <w:sz w:val="22"/>
        </w:rPr>
        <w:t>① 벽이 더 멋있어서</w:t>
      </w:r>
    </w:p>
    <w:p>
      <w:pPr>
        <w:ind w:left="320"/>
      </w:pPr>
      <w:r>
        <w:rPr>
          <w:rFonts w:ascii="맑은 고딕" w:hAnsi="맑은 고딕" w:eastAsia="맑은 고딕"/>
          <w:b w:val="0"/>
          <w:color w:val="4E5968"/>
          <w:sz w:val="22"/>
        </w:rPr>
        <w:t>② 만남이 더 위험해서</w:t>
      </w:r>
    </w:p>
    <w:p>
      <w:pPr>
        <w:ind w:left="320"/>
      </w:pPr>
      <w:r>
        <w:rPr>
          <w:rFonts w:ascii="맑은 고딕" w:hAnsi="맑은 고딕" w:eastAsia="맑은 고딕"/>
          <w:b w:val="0"/>
          <w:color w:val="4E5968"/>
          <w:sz w:val="22"/>
        </w:rPr>
        <w:t>③ 이어 주는 것이 진정한 해결이라서</w:t>
      </w:r>
    </w:p>
    <w:p>
      <w:pPr>
        <w:ind w:left="320"/>
      </w:pPr>
      <w:r>
        <w:rPr>
          <w:rFonts w:ascii="맑은 고딕" w:hAnsi="맑은 고딕" w:eastAsia="맑은 고딕"/>
          <w:b w:val="0"/>
          <w:color w:val="4E5968"/>
          <w:sz w:val="22"/>
        </w:rPr>
        <w:t>④ 높은 벽을 새로 세우는 것이 훨씬 더 쉬워서</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'초콜릿 장벽'을 우리 현실(남북 분단)에 빗대어, 그 벽을 넘으려면 무엇이 필요할지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내 주변에 있는 '편견의 벽'을 하나 떠올려, 그것을 허물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장벽을 없앤 이야기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초콜릿 장벽</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다크 초콜릿과 화이트 초콜릿</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거인과 얼음 왕국</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할아버지</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② 천재 이발사 브레드</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너무 단단해서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붓</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헤어진 가족·친구를 다시 만났다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초콜릿 장벽-가른 벽 / 브레드-이발사 / 붓-낙서한 것</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무서워하거나 미워하지 말고 먼저 다가가 이야기를 나누며 서로를 알아 가면 좋겠다. · (평가) 소통·화합의 방법을 자기 말로 적었는지 봐 주세요.</w:t>
      </w:r>
    </w:p>
    <w:p>
      <w:r>
        <w:br w:type="page"/>
      </w:r>
    </w:p>
    <w:p>
      <w:pPr>
        <w:spacing w:before="160"/>
      </w:pPr>
      <w:r>
        <w:rPr>
          <w:rFonts w:ascii="맑은 고딕" w:hAnsi="맑은 고딕" w:eastAsia="맑은 고딕"/>
          <w:b/>
          <w:color w:val="2272EB"/>
          <w:sz w:val="26"/>
        </w:rPr>
        <w:t>[중학년] 벽을 넘어 만나다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직접 본 적 없이 소문만 들어서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헤어진 할아버지를 다시 만나고 싶어서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붓으로 소원을 담아 낙서하게 한다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② 만나고 싶은 마음을 모아 함께 나서서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③ 남과 북을 갈라놓은 분단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본래 함께 어울려 살던 사이라는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벽을 허물고 소통하면 화합을 이룰 수 있다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벽 하나 때문에 사랑하는 가족과 오래 만나지 못한 것이 안타까웠고, 다시 만났을 때 무척 기뻤을 것 같다. · (평가) 인물의 마음에 공감해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서로를 두려워하거나 미워하기보다, 만나서 이야기를 나누고 같은 마음을 모으려는 노력이 필요하다. · (평가) 소통·화합의 방법을 구체적으로 적었는지 봐 주세요.</w:t>
      </w:r>
    </w:p>
    <w:p>
      <w:r>
        <w:br w:type="page"/>
      </w:r>
    </w:p>
    <w:p>
      <w:pPr>
        <w:spacing w:before="160"/>
      </w:pPr>
      <w:r>
        <w:rPr>
          <w:rFonts w:ascii="맑은 고딕" w:hAnsi="맑은 고딕" w:eastAsia="맑은 고딕"/>
          <w:b/>
          <w:color w:val="2272EB"/>
          <w:sz w:val="26"/>
        </w:rPr>
        <w:t>[고학년] 벽이 상징하는 것</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사람들을 갈라놓는 남북 분단</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겪어 보지 않은 대상에 대한 두려움과 편견</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마음을 모아 벽의 의미를 없앤다는 것</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소통이 모이면 단단한 벽도 넘는다는 것</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④ 6.25로 헤어진 이산가족</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다름이 어우러질 때 더 아름답다는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이어 주는 것이 진정한 해결이라서</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서로를 적이나 두려운 대상으로만 보지 않고, 같은 민족으로서 만나 대화하고 교류하며 신뢰를 쌓으려는 노력이 필요하다. · (평가) 작품의 은유를 현실과 연결해 서술했는지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잘 모르는 친구를 겉모습만 보고 멀리한 적이 있는데, 먼저 말을 걸고 함께 지내며 편견을 깨겠다. · (평가) 자기 경험 속 편견과 해결 방법을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