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저학년용] </w:t>
      </w:r>
    </w:p>
    <w:p>
      <w:r>
        <w:rPr>
          <w:rFonts w:ascii="맑은 고딕" w:hAnsi="맑은 고딕" w:eastAsia="맑은 고딕"/>
          <w:b/>
          <w:color w:val="191F28"/>
          <w:sz w:val="36"/>
        </w:rPr>
        <w:t>다름을 이해하는 친구</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1. </w:t>
      </w:r>
      <w:r>
        <w:rPr>
          <w:rFonts w:ascii="맑은 고딕" w:hAnsi="맑은 고딕" w:eastAsia="맑은 고딕"/>
          <w:b/>
          <w:color w:val="191F28"/>
          <w:sz w:val="23"/>
        </w:rPr>
        <w:t>반지와 친구들이 발견한 동물은 무엇인가요?</w:t>
      </w:r>
    </w:p>
    <w:p>
      <w:pPr>
        <w:ind w:left="320"/>
      </w:pPr>
      <w:r>
        <w:rPr>
          <w:rFonts w:ascii="맑은 고딕" w:hAnsi="맑은 고딕" w:eastAsia="맑은 고딕"/>
          <w:b w:val="0"/>
          <w:color w:val="4E5968"/>
          <w:sz w:val="22"/>
        </w:rPr>
        <w:t>① 버려진 아기 고양이</w:t>
      </w:r>
    </w:p>
    <w:p>
      <w:pPr>
        <w:ind w:left="320"/>
      </w:pPr>
      <w:r>
        <w:rPr>
          <w:rFonts w:ascii="맑은 고딕" w:hAnsi="맑은 고딕" w:eastAsia="맑은 고딕"/>
          <w:b w:val="0"/>
          <w:color w:val="4E5968"/>
          <w:sz w:val="22"/>
        </w:rPr>
        <w:t>② 다친 새</w:t>
      </w:r>
    </w:p>
    <w:p>
      <w:pPr>
        <w:ind w:left="320"/>
      </w:pPr>
      <w:r>
        <w:rPr>
          <w:rFonts w:ascii="맑은 고딕" w:hAnsi="맑은 고딕" w:eastAsia="맑은 고딕"/>
          <w:b w:val="0"/>
          <w:color w:val="4E5968"/>
          <w:sz w:val="22"/>
        </w:rPr>
        <w:t>③ 토끼</w:t>
      </w:r>
    </w:p>
    <w:p>
      <w:pPr>
        <w:ind w:left="320"/>
      </w:pPr>
      <w:r>
        <w:rPr>
          <w:rFonts w:ascii="맑은 고딕" w:hAnsi="맑은 고딕" w:eastAsia="맑은 고딕"/>
          <w:b w:val="0"/>
          <w:color w:val="4E5968"/>
          <w:sz w:val="22"/>
        </w:rPr>
        <w:t>④ 길을 잃은 강아지 한 마리</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친구 집에 찾아온 사촌은 어디에서 왔나요?</w:t>
      </w:r>
    </w:p>
    <w:p>
      <w:pPr>
        <w:ind w:left="320"/>
      </w:pPr>
      <w:r>
        <w:rPr>
          <w:rFonts w:ascii="맑은 고딕" w:hAnsi="맑은 고딕" w:eastAsia="맑은 고딕"/>
          <w:b w:val="0"/>
          <w:color w:val="4E5968"/>
          <w:sz w:val="22"/>
        </w:rPr>
        <w:t>① 옆 동네</w:t>
      </w:r>
    </w:p>
    <w:p>
      <w:pPr>
        <w:ind w:left="320"/>
      </w:pPr>
      <w:r>
        <w:rPr>
          <w:rFonts w:ascii="맑은 고딕" w:hAnsi="맑은 고딕" w:eastAsia="맑은 고딕"/>
          <w:b w:val="0"/>
          <w:color w:val="4E5968"/>
          <w:sz w:val="22"/>
        </w:rPr>
        <w:t>② 북한(함경도)</w:t>
      </w:r>
    </w:p>
    <w:p>
      <w:pPr>
        <w:ind w:left="320"/>
      </w:pPr>
      <w:r>
        <w:rPr>
          <w:rFonts w:ascii="맑은 고딕" w:hAnsi="맑은 고딕" w:eastAsia="맑은 고딕"/>
          <w:b w:val="0"/>
          <w:color w:val="4E5968"/>
          <w:sz w:val="22"/>
        </w:rPr>
        <w:t>③ 제주도</w:t>
      </w:r>
    </w:p>
    <w:p>
      <w:pPr>
        <w:ind w:left="320"/>
      </w:pPr>
      <w:r>
        <w:rPr>
          <w:rFonts w:ascii="맑은 고딕" w:hAnsi="맑은 고딕" w:eastAsia="맑은 고딕"/>
          <w:b w:val="0"/>
          <w:color w:val="4E5968"/>
          <w:sz w:val="22"/>
        </w:rPr>
        <w:t>④ 아주 먼 외국 마을</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3. </w:t>
      </w:r>
      <w:r>
        <w:rPr>
          <w:rFonts w:ascii="맑은 고딕" w:hAnsi="맑은 고딕" w:eastAsia="맑은 고딕"/>
          <w:b/>
          <w:color w:val="191F28"/>
          <w:sz w:val="23"/>
        </w:rPr>
        <w:t>친구들이 사촌을 처음에 어색해한 까닭은?</w:t>
      </w:r>
    </w:p>
    <w:p>
      <w:pPr>
        <w:ind w:left="320"/>
      </w:pPr>
      <w:r>
        <w:rPr>
          <w:rFonts w:ascii="맑은 고딕" w:hAnsi="맑은 고딕" w:eastAsia="맑은 고딕"/>
          <w:b w:val="0"/>
          <w:color w:val="4E5968"/>
          <w:sz w:val="22"/>
        </w:rPr>
        <w:t>① 키가 커서</w:t>
      </w:r>
    </w:p>
    <w:p>
      <w:pPr>
        <w:ind w:left="320"/>
      </w:pPr>
      <w:r>
        <w:rPr>
          <w:rFonts w:ascii="맑은 고딕" w:hAnsi="맑은 고딕" w:eastAsia="맑은 고딕"/>
          <w:b w:val="0"/>
          <w:color w:val="4E5968"/>
          <w:sz w:val="22"/>
        </w:rPr>
        <w:t>② 나이가 많아서</w:t>
      </w:r>
    </w:p>
    <w:p>
      <w:pPr>
        <w:ind w:left="320"/>
      </w:pPr>
      <w:r>
        <w:rPr>
          <w:rFonts w:ascii="맑은 고딕" w:hAnsi="맑은 고딕" w:eastAsia="맑은 고딕"/>
          <w:b w:val="0"/>
          <w:color w:val="4E5968"/>
          <w:sz w:val="22"/>
        </w:rPr>
        <w:t>③ 말투가 낯설어서</w:t>
      </w:r>
    </w:p>
    <w:p>
      <w:pPr>
        <w:ind w:left="320"/>
      </w:pPr>
      <w:r>
        <w:rPr>
          <w:rFonts w:ascii="맑은 고딕" w:hAnsi="맑은 고딕" w:eastAsia="맑은 고딕"/>
          <w:b w:val="0"/>
          <w:color w:val="4E5968"/>
          <w:sz w:val="22"/>
        </w:rPr>
        <w:t>④ 옷차림이 무척 화려해서</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4. </w:t>
      </w:r>
      <w:r>
        <w:rPr>
          <w:rFonts w:ascii="맑은 고딕" w:hAnsi="맑은 고딕" w:eastAsia="맑은 고딕"/>
          <w:b/>
          <w:color w:val="191F28"/>
          <w:sz w:val="23"/>
        </w:rPr>
        <w:t>친구들과 사촌이 함께 돌본 동물은 무엇인가요?</w:t>
      </w:r>
    </w:p>
    <w:p>
      <w:pPr>
        <w:ind w:left="320"/>
      </w:pPr>
      <w:r>
        <w:rPr>
          <w:rFonts w:ascii="맑은 고딕" w:hAnsi="맑은 고딕" w:eastAsia="맑은 고딕"/>
          <w:b w:val="0"/>
          <w:color w:val="4E5968"/>
          <w:sz w:val="22"/>
        </w:rPr>
        <w:t>① 화분</w:t>
      </w:r>
    </w:p>
    <w:p>
      <w:pPr>
        <w:ind w:left="320"/>
      </w:pPr>
      <w:r>
        <w:rPr>
          <w:rFonts w:ascii="맑은 고딕" w:hAnsi="맑은 고딕" w:eastAsia="맑은 고딕"/>
          <w:b w:val="0"/>
          <w:color w:val="4E5968"/>
          <w:sz w:val="22"/>
        </w:rPr>
        <w:t>② 강아지</w:t>
      </w:r>
    </w:p>
    <w:p>
      <w:pPr>
        <w:ind w:left="320"/>
      </w:pPr>
      <w:r>
        <w:rPr>
          <w:rFonts w:ascii="맑은 고딕" w:hAnsi="맑은 고딕" w:eastAsia="맑은 고딕"/>
          <w:b w:val="0"/>
          <w:color w:val="4E5968"/>
          <w:sz w:val="22"/>
        </w:rPr>
        <w:t>③ 새</w:t>
      </w:r>
    </w:p>
    <w:p>
      <w:pPr>
        <w:ind w:left="320"/>
      </w:pPr>
      <w:r>
        <w:rPr>
          <w:rFonts w:ascii="맑은 고딕" w:hAnsi="맑은 고딕" w:eastAsia="맑은 고딕"/>
          <w:b w:val="0"/>
          <w:color w:val="4E5968"/>
          <w:sz w:val="22"/>
        </w:rPr>
        <w:t>④ 고양이</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5. </w:t>
      </w:r>
      <w:r>
        <w:rPr>
          <w:rFonts w:ascii="맑은 고딕" w:hAnsi="맑은 고딕" w:eastAsia="맑은 고딕"/>
          <w:b/>
          <w:color w:val="191F28"/>
          <w:sz w:val="23"/>
        </w:rPr>
        <w:t>사촌이 쓰는 사투리에 대해 깨달은 것은 무엇인가요?</w:t>
      </w:r>
    </w:p>
    <w:p>
      <w:pPr>
        <w:ind w:left="320"/>
      </w:pPr>
      <w:r>
        <w:rPr>
          <w:rFonts w:ascii="맑은 고딕" w:hAnsi="맑은 고딕" w:eastAsia="맑은 고딕"/>
          <w:b w:val="0"/>
          <w:color w:val="4E5968"/>
          <w:sz w:val="22"/>
        </w:rPr>
        <w:t>① 말은 달라도 같은 뜻이다</w:t>
      </w:r>
    </w:p>
    <w:p>
      <w:pPr>
        <w:ind w:left="320"/>
      </w:pPr>
      <w:r>
        <w:rPr>
          <w:rFonts w:ascii="맑은 고딕" w:hAnsi="맑은 고딕" w:eastAsia="맑은 고딕"/>
          <w:b w:val="0"/>
          <w:color w:val="4E5968"/>
          <w:sz w:val="22"/>
        </w:rPr>
        <w:t>② 전혀 못 알아듣는다</w:t>
      </w:r>
    </w:p>
    <w:p>
      <w:pPr>
        <w:ind w:left="320"/>
      </w:pPr>
      <w:r>
        <w:rPr>
          <w:rFonts w:ascii="맑은 고딕" w:hAnsi="맑은 고딕" w:eastAsia="맑은 고딕"/>
          <w:b w:val="0"/>
          <w:color w:val="4E5968"/>
          <w:sz w:val="22"/>
        </w:rPr>
        <w:t>③ 외국 말이다</w:t>
      </w:r>
    </w:p>
    <w:p>
      <w:pPr>
        <w:ind w:left="320"/>
      </w:pPr>
      <w:r>
        <w:rPr>
          <w:rFonts w:ascii="맑은 고딕" w:hAnsi="맑은 고딕" w:eastAsia="맑은 고딕"/>
          <w:b w:val="0"/>
          <w:color w:val="4E5968"/>
          <w:sz w:val="22"/>
        </w:rPr>
        <w:t>④ 사촌의 말은 모두 틀린 말이다</w:t>
      </w:r>
    </w:p>
    <w:p>
      <w:pPr>
        <w:spacing w:before="240"/>
      </w:pPr>
      <w:r>
        <w:rPr>
          <w:rFonts w:ascii="맑은 고딕" w:hAnsi="맑은 고딕" w:eastAsia="맑은 고딕"/>
          <w:b/>
          <w:color w:val="8B95A1"/>
          <w:sz w:val="17"/>
        </w:rPr>
        <w:t xml:space="preserve">  바르게 생각하기  </w:t>
      </w:r>
    </w:p>
    <w:p>
      <w:r>
        <w:rPr>
          <w:rFonts w:ascii="맑은 고딕" w:hAnsi="맑은 고딕" w:eastAsia="맑은 고딕"/>
          <w:b/>
          <w:color w:val="2272EB"/>
          <w:sz w:val="24"/>
        </w:rPr>
        <w:t xml:space="preserve">6. </w:t>
      </w:r>
      <w:r>
        <w:rPr>
          <w:rFonts w:ascii="맑은 고딕" w:hAnsi="맑은 고딕" w:eastAsia="맑은 고딕"/>
          <w:b/>
          <w:color w:val="191F28"/>
          <w:sz w:val="23"/>
        </w:rPr>
        <w:t>'검은 고양이가 불행을 부른다'는 생각은 무엇인가요?</w:t>
      </w:r>
    </w:p>
    <w:p>
      <w:pPr>
        <w:ind w:left="320"/>
      </w:pPr>
      <w:r>
        <w:rPr>
          <w:rFonts w:ascii="맑은 고딕" w:hAnsi="맑은 고딕" w:eastAsia="맑은 고딕"/>
          <w:b w:val="0"/>
          <w:color w:val="4E5968"/>
          <w:sz w:val="22"/>
        </w:rPr>
        <w:t>① 과학이다</w:t>
      </w:r>
    </w:p>
    <w:p>
      <w:pPr>
        <w:ind w:left="320"/>
      </w:pPr>
      <w:r>
        <w:rPr>
          <w:rFonts w:ascii="맑은 고딕" w:hAnsi="맑은 고딕" w:eastAsia="맑은 고딕"/>
          <w:b w:val="0"/>
          <w:color w:val="4E5968"/>
          <w:sz w:val="22"/>
        </w:rPr>
        <w:t>② 근거 없는 미신이다</w:t>
      </w:r>
    </w:p>
    <w:p>
      <w:pPr>
        <w:ind w:left="320"/>
      </w:pPr>
      <w:r>
        <w:rPr>
          <w:rFonts w:ascii="맑은 고딕" w:hAnsi="맑은 고딕" w:eastAsia="맑은 고딕"/>
          <w:b w:val="0"/>
          <w:color w:val="4E5968"/>
          <w:sz w:val="22"/>
        </w:rPr>
        <w:t>③ 법이다</w:t>
      </w:r>
    </w:p>
    <w:p>
      <w:pPr>
        <w:ind w:left="320"/>
      </w:pPr>
      <w:r>
        <w:rPr>
          <w:rFonts w:ascii="맑은 고딕" w:hAnsi="맑은 고딕" w:eastAsia="맑은 고딕"/>
          <w:b w:val="0"/>
          <w:color w:val="4E5968"/>
          <w:sz w:val="22"/>
        </w:rPr>
        <w:t>④ 꼭 믿어야 하는 진실이다</w:t>
      </w:r>
    </w:p>
    <w:p>
      <w:pPr>
        <w:spacing w:before="240"/>
      </w:pPr>
      <w:r>
        <w:rPr>
          <w:rFonts w:ascii="맑은 고딕" w:hAnsi="맑은 고딕" w:eastAsia="맑은 고딕"/>
          <w:b/>
          <w:color w:val="8B95A1"/>
          <w:sz w:val="17"/>
        </w:rPr>
        <w:t xml:space="preserve">  바르게 생각하기  </w:t>
      </w:r>
    </w:p>
    <w:p>
      <w:r>
        <w:rPr>
          <w:rFonts w:ascii="맑은 고딕" w:hAnsi="맑은 고딕" w:eastAsia="맑은 고딕"/>
          <w:b/>
          <w:color w:val="2272EB"/>
          <w:sz w:val="24"/>
        </w:rPr>
        <w:t xml:space="preserve">7. </w:t>
      </w:r>
      <w:r>
        <w:rPr>
          <w:rFonts w:ascii="맑은 고딕" w:hAnsi="맑은 고딕" w:eastAsia="맑은 고딕"/>
          <w:b/>
          <w:color w:val="191F28"/>
          <w:sz w:val="23"/>
        </w:rPr>
        <w:t>반지와 친구들은 사촌과 어떻게 되었나요?</w:t>
      </w:r>
    </w:p>
    <w:p>
      <w:pPr>
        <w:ind w:left="320"/>
      </w:pPr>
      <w:r>
        <w:rPr>
          <w:rFonts w:ascii="맑은 고딕" w:hAnsi="맑은 고딕" w:eastAsia="맑은 고딕"/>
          <w:b w:val="0"/>
          <w:color w:val="4E5968"/>
          <w:sz w:val="22"/>
        </w:rPr>
        <w:t>① 끝까지 멀리함</w:t>
      </w:r>
    </w:p>
    <w:p>
      <w:pPr>
        <w:ind w:left="320"/>
      </w:pPr>
      <w:r>
        <w:rPr>
          <w:rFonts w:ascii="맑은 고딕" w:hAnsi="맑은 고딕" w:eastAsia="맑은 고딕"/>
          <w:b w:val="0"/>
          <w:color w:val="4E5968"/>
          <w:sz w:val="22"/>
        </w:rPr>
        <w:t>② 다시는 안 만남</w:t>
      </w:r>
    </w:p>
    <w:p>
      <w:pPr>
        <w:ind w:left="320"/>
      </w:pPr>
      <w:r>
        <w:rPr>
          <w:rFonts w:ascii="맑은 고딕" w:hAnsi="맑은 고딕" w:eastAsia="맑은 고딕"/>
          <w:b w:val="0"/>
          <w:color w:val="4E5968"/>
          <w:sz w:val="22"/>
        </w:rPr>
        <w:t>③ 편견을 버리고 친구가 됨</w:t>
      </w:r>
    </w:p>
    <w:p>
      <w:pPr>
        <w:ind w:left="320"/>
      </w:pPr>
      <w:r>
        <w:rPr>
          <w:rFonts w:ascii="맑은 고딕" w:hAnsi="맑은 고딕" w:eastAsia="맑은 고딕"/>
          <w:b w:val="0"/>
          <w:color w:val="4E5968"/>
          <w:sz w:val="22"/>
        </w:rPr>
        <w:t>④ 서로 끝까지 미워하며 크게 다툼</w:t>
      </w:r>
    </w:p>
    <w:p>
      <w:pPr>
        <w:spacing w:before="240"/>
      </w:pPr>
      <w:r>
        <w:rPr>
          <w:rFonts w:ascii="맑은 고딕" w:hAnsi="맑은 고딕" w:eastAsia="맑은 고딕"/>
          <w:b/>
          <w:color w:val="8B95A1"/>
          <w:sz w:val="17"/>
        </w:rPr>
        <w:t xml:space="preserve">  바르게 생각하기  </w:t>
      </w:r>
    </w:p>
    <w:p>
      <w:r>
        <w:rPr>
          <w:rFonts w:ascii="맑은 고딕" w:hAnsi="맑은 고딕" w:eastAsia="맑은 고딕"/>
          <w:b/>
          <w:color w:val="2272EB"/>
          <w:sz w:val="24"/>
        </w:rPr>
        <w:t xml:space="preserve">8. </w:t>
      </w:r>
      <w:r>
        <w:rPr>
          <w:rFonts w:ascii="맑은 고딕" w:hAnsi="맑은 고딕" w:eastAsia="맑은 고딕"/>
          <w:b/>
          <w:color w:val="191F28"/>
          <w:sz w:val="23"/>
        </w:rPr>
        <w:t>이 이야기가 알려 주는 것은 무엇인가요?</w:t>
      </w:r>
    </w:p>
    <w:p>
      <w:pPr>
        <w:ind w:left="320"/>
      </w:pPr>
      <w:r>
        <w:rPr>
          <w:rFonts w:ascii="맑은 고딕" w:hAnsi="맑은 고딕" w:eastAsia="맑은 고딕"/>
          <w:b w:val="0"/>
          <w:color w:val="4E5968"/>
          <w:sz w:val="22"/>
        </w:rPr>
        <w:t>① 버려진 고양이는 키우기 쉽다는 것</w:t>
      </w:r>
    </w:p>
    <w:p>
      <w:pPr>
        <w:ind w:left="320"/>
      </w:pPr>
      <w:r>
        <w:rPr>
          <w:rFonts w:ascii="맑은 고딕" w:hAnsi="맑은 고딕" w:eastAsia="맑은 고딕"/>
          <w:b w:val="0"/>
          <w:color w:val="4E5968"/>
          <w:sz w:val="22"/>
        </w:rPr>
        <w:t>② 사투리는 나쁘다는 것</w:t>
      </w:r>
    </w:p>
    <w:p>
      <w:pPr>
        <w:ind w:left="320"/>
      </w:pPr>
      <w:r>
        <w:rPr>
          <w:rFonts w:ascii="맑은 고딕" w:hAnsi="맑은 고딕" w:eastAsia="맑은 고딕"/>
          <w:b w:val="0"/>
          <w:color w:val="4E5968"/>
          <w:sz w:val="22"/>
        </w:rPr>
        <w:t>③ 미신은 재미있다는 것</w:t>
      </w:r>
    </w:p>
    <w:p>
      <w:pPr>
        <w:ind w:left="320"/>
      </w:pPr>
      <w:r>
        <w:rPr>
          <w:rFonts w:ascii="맑은 고딕" w:hAnsi="맑은 고딕" w:eastAsia="맑은 고딕"/>
          <w:b w:val="0"/>
          <w:color w:val="4E5968"/>
          <w:sz w:val="22"/>
        </w:rPr>
        <w:t>④ 다름을 이해하면 친구가 된다</w:t>
      </w:r>
    </w:p>
    <w:p>
      <w:pPr>
        <w:spacing w:before="240"/>
      </w:pPr>
      <w:r>
        <w:rPr>
          <w:rFonts w:ascii="맑은 고딕" w:hAnsi="맑은 고딕" w:eastAsia="맑은 고딕"/>
          <w:b/>
          <w:color w:val="8B95A1"/>
          <w:sz w:val="17"/>
        </w:rPr>
        <w:t xml:space="preserve">  알맞게 줄 긋기  </w:t>
      </w:r>
    </w:p>
    <w:p>
      <w:r>
        <w:rPr>
          <w:rFonts w:ascii="맑은 고딕" w:hAnsi="맑은 고딕" w:eastAsia="맑은 고딕"/>
          <w:b/>
          <w:color w:val="2272EB"/>
          <w:sz w:val="24"/>
        </w:rPr>
        <w:t xml:space="preserve">9. </w:t>
      </w:r>
      <w:r>
        <w:rPr>
          <w:rFonts w:ascii="맑은 고딕" w:hAnsi="맑은 고딕" w:eastAsia="맑은 고딕"/>
          <w:b/>
          <w:color w:val="191F28"/>
          <w:sz w:val="23"/>
        </w:rPr>
        <w:t>알맞은 것끼리 연결해 보세요.</w:t>
      </w:r>
    </w:p>
    <w:p>
      <w:pPr>
        <w:ind w:left="320"/>
      </w:pPr>
      <w:r>
        <w:rPr>
          <w:rFonts w:ascii="맑은 고딕" w:hAnsi="맑은 고딕" w:eastAsia="맑은 고딕"/>
          <w:b w:val="0"/>
          <w:color w:val="333D4B"/>
          <w:sz w:val="22"/>
        </w:rPr>
        <w:t>사촌  ·          ·  북한에서 온 친구</w:t>
      </w:r>
    </w:p>
    <w:p>
      <w:pPr>
        <w:ind w:left="320"/>
      </w:pPr>
      <w:r>
        <w:rPr>
          <w:rFonts w:ascii="맑은 고딕" w:hAnsi="맑은 고딕" w:eastAsia="맑은 고딕"/>
          <w:b w:val="0"/>
          <w:color w:val="333D4B"/>
          <w:sz w:val="22"/>
        </w:rPr>
        <w:t>사투리  ·          ·  지역마다 다른 말</w:t>
      </w:r>
    </w:p>
    <w:p>
      <w:pPr>
        <w:ind w:left="320"/>
      </w:pPr>
      <w:r>
        <w:rPr>
          <w:rFonts w:ascii="맑은 고딕" w:hAnsi="맑은 고딕" w:eastAsia="맑은 고딕"/>
          <w:b w:val="0"/>
          <w:color w:val="333D4B"/>
          <w:sz w:val="22"/>
        </w:rPr>
        <w:t>편견  ·          ·  함부로 판단하는 것</w:t>
      </w:r>
    </w:p>
    <w:p>
      <w:pPr>
        <w:spacing w:before="240"/>
      </w:pPr>
      <w:r>
        <w:rPr>
          <w:rFonts w:ascii="맑은 고딕" w:hAnsi="맑은 고딕" w:eastAsia="맑은 고딕"/>
          <w:b/>
          <w:color w:val="8B95A1"/>
          <w:sz w:val="17"/>
        </w:rPr>
        <w:t xml:space="preserve">  생각하고 쓰기  </w:t>
      </w:r>
    </w:p>
    <w:p>
      <w:r>
        <w:rPr>
          <w:rFonts w:ascii="맑은 고딕" w:hAnsi="맑은 고딕" w:eastAsia="맑은 고딕"/>
          <w:b/>
          <w:color w:val="2272EB"/>
          <w:sz w:val="24"/>
        </w:rPr>
        <w:t xml:space="preserve">10. </w:t>
      </w:r>
      <w:r>
        <w:rPr>
          <w:rFonts w:ascii="맑은 고딕" w:hAnsi="맑은 고딕" w:eastAsia="맑은 고딕"/>
          <w:b/>
          <w:color w:val="191F28"/>
          <w:sz w:val="23"/>
        </w:rPr>
        <w:t>나와 말투나 모습이 다른 친구와 친해지는 방법을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중학년용] </w:t>
      </w:r>
    </w:p>
    <w:p>
      <w:r>
        <w:rPr>
          <w:rFonts w:ascii="맑은 고딕" w:hAnsi="맑은 고딕" w:eastAsia="맑은 고딕"/>
          <w:b/>
          <w:color w:val="191F28"/>
          <w:sz w:val="36"/>
        </w:rPr>
        <w:t>편견을 넘어 진짜 친구로</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반지와 친구들이 버려진 아기 고양이를 돌보던 중, 친구 집에 북한 함경도 사투리를 쓰는 탈북민 사촌이 찾아온다. 낯선 말투에 처음엔 어색해하지만, 함께 고양이를 돌보며 사촌의 말이 '다른 것'이 아니라 '같은 뜻'을 담고 있음을 깨닫고, 검은 고양이 미신처럼 근거 없는 편견도 내려놓는다. 다른 배경의 사람도 편견 없이 열린 마음으로 다가가면 진정한 친구가 됨을 배우는 통일 교육 이야기.</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1. </w:t>
      </w:r>
      <w:r>
        <w:rPr>
          <w:rFonts w:ascii="맑은 고딕" w:hAnsi="맑은 고딕" w:eastAsia="맑은 고딕"/>
          <w:b/>
          <w:color w:val="191F28"/>
          <w:sz w:val="23"/>
        </w:rPr>
        <w:t>반지와 친구들이 아기 고양이를 직접 못 키운 까닭은?</w:t>
      </w:r>
    </w:p>
    <w:p>
      <w:pPr>
        <w:ind w:left="320"/>
      </w:pPr>
      <w:r>
        <w:rPr>
          <w:rFonts w:ascii="맑은 고딕" w:hAnsi="맑은 고딕" w:eastAsia="맑은 고딕"/>
          <w:b w:val="0"/>
          <w:color w:val="4E5968"/>
          <w:sz w:val="22"/>
        </w:rPr>
        <w:t>① 부모님이 반대해서</w:t>
      </w:r>
    </w:p>
    <w:p>
      <w:pPr>
        <w:ind w:left="320"/>
      </w:pPr>
      <w:r>
        <w:rPr>
          <w:rFonts w:ascii="맑은 고딕" w:hAnsi="맑은 고딕" w:eastAsia="맑은 고딕"/>
          <w:b w:val="0"/>
          <w:color w:val="4E5968"/>
          <w:sz w:val="22"/>
        </w:rPr>
        <w:t>② 돈이 없어서</w:t>
      </w:r>
    </w:p>
    <w:p>
      <w:pPr>
        <w:ind w:left="320"/>
      </w:pPr>
      <w:r>
        <w:rPr>
          <w:rFonts w:ascii="맑은 고딕" w:hAnsi="맑은 고딕" w:eastAsia="맑은 고딕"/>
          <w:b w:val="0"/>
          <w:color w:val="4E5968"/>
          <w:sz w:val="22"/>
        </w:rPr>
        <w:t>③ 집이 좁아서</w:t>
      </w:r>
    </w:p>
    <w:p>
      <w:pPr>
        <w:ind w:left="320"/>
      </w:pPr>
      <w:r>
        <w:rPr>
          <w:rFonts w:ascii="맑은 고딕" w:hAnsi="맑은 고딕" w:eastAsia="맑은 고딕"/>
          <w:b w:val="0"/>
          <w:color w:val="4E5968"/>
          <w:sz w:val="22"/>
        </w:rPr>
        <w:t>④ 고양이가 자꾸 도망쳐서</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2. </w:t>
      </w:r>
      <w:r>
        <w:rPr>
          <w:rFonts w:ascii="맑은 고딕" w:hAnsi="맑은 고딕" w:eastAsia="맑은 고딕"/>
          <w:b/>
          <w:color w:val="191F28"/>
          <w:sz w:val="23"/>
        </w:rPr>
        <w:t>탈북민 사촌을 처음에 친구들이 피한 까닭은?</w:t>
      </w:r>
    </w:p>
    <w:p>
      <w:pPr>
        <w:ind w:left="320"/>
      </w:pPr>
      <w:r>
        <w:rPr>
          <w:rFonts w:ascii="맑은 고딕" w:hAnsi="맑은 고딕" w:eastAsia="맑은 고딕"/>
          <w:b w:val="0"/>
          <w:color w:val="4E5968"/>
          <w:sz w:val="22"/>
        </w:rPr>
        <w:t>① 키가 너무 크고 무서워서</w:t>
      </w:r>
    </w:p>
    <w:p>
      <w:pPr>
        <w:ind w:left="320"/>
      </w:pPr>
      <w:r>
        <w:rPr>
          <w:rFonts w:ascii="맑은 고딕" w:hAnsi="맑은 고딕" w:eastAsia="맑은 고딕"/>
          <w:b w:val="0"/>
          <w:color w:val="4E5968"/>
          <w:sz w:val="22"/>
        </w:rPr>
        <w:t>② 낯선 말투가 어색해서</w:t>
      </w:r>
    </w:p>
    <w:p>
      <w:pPr>
        <w:ind w:left="320"/>
      </w:pPr>
      <w:r>
        <w:rPr>
          <w:rFonts w:ascii="맑은 고딕" w:hAnsi="맑은 고딕" w:eastAsia="맑은 고딕"/>
          <w:b w:val="0"/>
          <w:color w:val="4E5968"/>
          <w:sz w:val="22"/>
        </w:rPr>
        <w:t>③ 공부를 잘해서</w:t>
      </w:r>
    </w:p>
    <w:p>
      <w:pPr>
        <w:ind w:left="320"/>
      </w:pPr>
      <w:r>
        <w:rPr>
          <w:rFonts w:ascii="맑은 고딕" w:hAnsi="맑은 고딕" w:eastAsia="맑은 고딕"/>
          <w:b w:val="0"/>
          <w:color w:val="4E5968"/>
          <w:sz w:val="22"/>
        </w:rPr>
        <w:t>④ 친구가 많아서</w:t>
      </w:r>
    </w:p>
    <w:p>
      <w:pPr>
        <w:spacing w:before="240"/>
      </w:pPr>
      <w:r>
        <w:rPr>
          <w:rFonts w:ascii="맑은 고딕" w:hAnsi="맑은 고딕" w:eastAsia="맑은 고딕"/>
          <w:b/>
          <w:color w:val="8B95A1"/>
          <w:sz w:val="17"/>
        </w:rPr>
        <w:t xml:space="preserve">  추론 · 깨달음 찾기  </w:t>
      </w:r>
    </w:p>
    <w:p>
      <w:r>
        <w:rPr>
          <w:rFonts w:ascii="맑은 고딕" w:hAnsi="맑은 고딕" w:eastAsia="맑은 고딕"/>
          <w:b/>
          <w:color w:val="2272EB"/>
          <w:sz w:val="24"/>
        </w:rPr>
        <w:t xml:space="preserve">3. </w:t>
      </w:r>
      <w:r>
        <w:rPr>
          <w:rFonts w:ascii="맑은 고딕" w:hAnsi="맑은 고딕" w:eastAsia="맑은 고딕"/>
          <w:b/>
          <w:color w:val="191F28"/>
          <w:sz w:val="23"/>
        </w:rPr>
        <w:t>함께 고양이를 돌보며 알게 된 것은 무엇인가요?</w:t>
      </w:r>
    </w:p>
    <w:p>
      <w:pPr>
        <w:ind w:left="320"/>
      </w:pPr>
      <w:r>
        <w:rPr>
          <w:rFonts w:ascii="맑은 고딕" w:hAnsi="맑은 고딕" w:eastAsia="맑은 고딕"/>
          <w:b w:val="0"/>
          <w:color w:val="4E5968"/>
          <w:sz w:val="22"/>
        </w:rPr>
        <w:t>① 사촌이 늘 거짓말만 하는 사람이라는 것</w:t>
      </w:r>
    </w:p>
    <w:p>
      <w:pPr>
        <w:ind w:left="320"/>
      </w:pPr>
      <w:r>
        <w:rPr>
          <w:rFonts w:ascii="맑은 고딕" w:hAnsi="맑은 고딕" w:eastAsia="맑은 고딕"/>
          <w:b w:val="0"/>
          <w:color w:val="4E5968"/>
          <w:sz w:val="22"/>
        </w:rPr>
        <w:t>② 고양이가 영리하다는 것</w:t>
      </w:r>
    </w:p>
    <w:p>
      <w:pPr>
        <w:ind w:left="320"/>
      </w:pPr>
      <w:r>
        <w:rPr>
          <w:rFonts w:ascii="맑은 고딕" w:hAnsi="맑은 고딕" w:eastAsia="맑은 고딕"/>
          <w:b w:val="0"/>
          <w:color w:val="4E5968"/>
          <w:sz w:val="22"/>
        </w:rPr>
        <w:t>③ 말은 달라도 같은 뜻을 담고 있다는 것</w:t>
      </w:r>
    </w:p>
    <w:p>
      <w:pPr>
        <w:ind w:left="320"/>
      </w:pPr>
      <w:r>
        <w:rPr>
          <w:rFonts w:ascii="맑은 고딕" w:hAnsi="맑은 고딕" w:eastAsia="맑은 고딕"/>
          <w:b w:val="0"/>
          <w:color w:val="4E5968"/>
          <w:sz w:val="22"/>
        </w:rPr>
        <w:t>④ 사촌이 부자라는 것</w:t>
      </w:r>
    </w:p>
    <w:p>
      <w:pPr>
        <w:spacing w:before="240"/>
      </w:pPr>
      <w:r>
        <w:rPr>
          <w:rFonts w:ascii="맑은 고딕" w:hAnsi="맑은 고딕" w:eastAsia="맑은 고딕"/>
          <w:b/>
          <w:color w:val="8B95A1"/>
          <w:sz w:val="17"/>
        </w:rPr>
        <w:t xml:space="preserve">  비판적 사고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검은 고양이에 대한 미신에 대해 영상이 말한 것은?</w:t>
      </w:r>
    </w:p>
    <w:p>
      <w:pPr>
        <w:ind w:left="320"/>
      </w:pPr>
      <w:r>
        <w:rPr>
          <w:rFonts w:ascii="맑은 고딕" w:hAnsi="맑은 고딕" w:eastAsia="맑은 고딕"/>
          <w:b w:val="0"/>
          <w:color w:val="4E5968"/>
          <w:sz w:val="22"/>
        </w:rPr>
        <w:t>① 누구나 반드시 믿어야 하는 사실이다</w:t>
      </w:r>
    </w:p>
    <w:p>
      <w:pPr>
        <w:ind w:left="320"/>
      </w:pPr>
      <w:r>
        <w:rPr>
          <w:rFonts w:ascii="맑은 고딕" w:hAnsi="맑은 고딕" w:eastAsia="맑은 고딕"/>
          <w:b w:val="0"/>
          <w:color w:val="4E5968"/>
          <w:sz w:val="22"/>
        </w:rPr>
        <w:t>② 과학적 사실이다</w:t>
      </w:r>
    </w:p>
    <w:p>
      <w:pPr>
        <w:ind w:left="320"/>
      </w:pPr>
      <w:r>
        <w:rPr>
          <w:rFonts w:ascii="맑은 고딕" w:hAnsi="맑은 고딕" w:eastAsia="맑은 고딕"/>
          <w:b w:val="0"/>
          <w:color w:val="4E5968"/>
          <w:sz w:val="22"/>
        </w:rPr>
        <w:t>③ 법으로 정해져 있다</w:t>
      </w:r>
    </w:p>
    <w:p>
      <w:pPr>
        <w:ind w:left="320"/>
      </w:pPr>
      <w:r>
        <w:rPr>
          <w:rFonts w:ascii="맑은 고딕" w:hAnsi="맑은 고딕" w:eastAsia="맑은 고딕"/>
          <w:b w:val="0"/>
          <w:color w:val="4E5968"/>
          <w:sz w:val="22"/>
        </w:rPr>
        <w:t>④ 근거 없는 미신일 뿐이다</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이야기가 일어난 순서대로 기호를 써 보세요.</w:t>
      </w:r>
    </w:p>
    <w:p>
      <w:pPr>
        <w:ind w:left="320"/>
      </w:pPr>
      <w:r>
        <w:rPr>
          <w:rFonts w:ascii="맑은 고딕" w:hAnsi="맑은 고딕" w:eastAsia="맑은 고딕"/>
          <w:b w:val="0"/>
          <w:color w:val="333D4B"/>
          <w:sz w:val="22"/>
        </w:rPr>
        <w:t>ㄱ. 버려진 아기 고양이를 발견한다.</w:t>
      </w:r>
    </w:p>
    <w:p>
      <w:pPr>
        <w:ind w:left="320"/>
      </w:pPr>
      <w:r>
        <w:rPr>
          <w:rFonts w:ascii="맑은 고딕" w:hAnsi="맑은 고딕" w:eastAsia="맑은 고딕"/>
          <w:b w:val="0"/>
          <w:color w:val="333D4B"/>
          <w:sz w:val="22"/>
        </w:rPr>
        <w:t>ㄴ. 탈북민 사촌을 어색해한다.</w:t>
      </w:r>
    </w:p>
    <w:p>
      <w:pPr>
        <w:ind w:left="320"/>
      </w:pPr>
      <w:r>
        <w:rPr>
          <w:rFonts w:ascii="맑은 고딕" w:hAnsi="맑은 고딕" w:eastAsia="맑은 고딕"/>
          <w:b w:val="0"/>
          <w:color w:val="333D4B"/>
          <w:sz w:val="22"/>
        </w:rPr>
        <w:t>ㄷ. 편견을 버리고 친구가 된다.</w:t>
      </w:r>
    </w:p>
    <w:p>
      <w:pPr>
        <w:ind w:left="320"/>
      </w:pPr>
      <w:r>
        <w:rPr>
          <w:rFonts w:ascii="맑은 고딕" w:hAnsi="맑은 고딕" w:eastAsia="맑은 고딕"/>
          <w:b w:val="0"/>
          <w:color w:val="333D4B"/>
          <w:sz w:val="22"/>
        </w:rPr>
        <w:t>ㄹ. 함께 고양이를 돌보며 소통한다.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6. </w:t>
      </w:r>
      <w:r>
        <w:rPr>
          <w:rFonts w:ascii="맑은 고딕" w:hAnsi="맑은 고딕" w:eastAsia="맑은 고딕"/>
          <w:b/>
          <w:color w:val="191F28"/>
          <w:sz w:val="23"/>
        </w:rPr>
        <w:t>사촌과 친구들이 진정한 친구가 된 까닭은?</w:t>
      </w:r>
    </w:p>
    <w:p>
      <w:pPr>
        <w:ind w:left="320"/>
      </w:pPr>
      <w:r>
        <w:rPr>
          <w:rFonts w:ascii="맑은 고딕" w:hAnsi="맑은 고딕" w:eastAsia="맑은 고딕"/>
          <w:b w:val="0"/>
          <w:color w:val="4E5968"/>
          <w:sz w:val="22"/>
        </w:rPr>
        <w:t>① 처음부터 같은 학교에 다녀서</w:t>
      </w:r>
    </w:p>
    <w:p>
      <w:pPr>
        <w:ind w:left="320"/>
      </w:pPr>
      <w:r>
        <w:rPr>
          <w:rFonts w:ascii="맑은 고딕" w:hAnsi="맑은 고딕" w:eastAsia="맑은 고딕"/>
          <w:b w:val="0"/>
          <w:color w:val="4E5968"/>
          <w:sz w:val="22"/>
        </w:rPr>
        <w:t>② 마음을 열고 소통해서</w:t>
      </w:r>
    </w:p>
    <w:p>
      <w:pPr>
        <w:ind w:left="320"/>
      </w:pPr>
      <w:r>
        <w:rPr>
          <w:rFonts w:ascii="맑은 고딕" w:hAnsi="맑은 고딕" w:eastAsia="맑은 고딕"/>
          <w:b w:val="0"/>
          <w:color w:val="4E5968"/>
          <w:sz w:val="22"/>
        </w:rPr>
        <w:t>③ 선물을 주고받아서</w:t>
      </w:r>
    </w:p>
    <w:p>
      <w:pPr>
        <w:ind w:left="320"/>
      </w:pPr>
      <w:r>
        <w:rPr>
          <w:rFonts w:ascii="맑은 고딕" w:hAnsi="맑은 고딕" w:eastAsia="맑은 고딕"/>
          <w:b w:val="0"/>
          <w:color w:val="4E5968"/>
          <w:sz w:val="22"/>
        </w:rPr>
        <w:t>④ 같은 동네에 살아서</w:t>
      </w:r>
    </w:p>
    <w:p>
      <w:pPr>
        <w:spacing w:before="240"/>
      </w:pPr>
      <w:r>
        <w:rPr>
          <w:rFonts w:ascii="맑은 고딕" w:hAnsi="맑은 고딕" w:eastAsia="맑은 고딕"/>
          <w:b/>
          <w:color w:val="8B95A1"/>
          <w:sz w:val="17"/>
        </w:rPr>
        <w:t xml:space="preserve">  종합 · 의도 파악  </w:t>
      </w:r>
    </w:p>
    <w:p>
      <w:r>
        <w:rPr>
          <w:rFonts w:ascii="맑은 고딕" w:hAnsi="맑은 고딕" w:eastAsia="맑은 고딕"/>
          <w:b/>
          <w:color w:val="2272EB"/>
          <w:sz w:val="24"/>
        </w:rPr>
        <w:t xml:space="preserve">7. </w:t>
      </w:r>
      <w:r>
        <w:rPr>
          <w:rFonts w:ascii="맑은 고딕" w:hAnsi="맑은 고딕" w:eastAsia="맑은 고딕"/>
          <w:b/>
          <w:color w:val="191F28"/>
          <w:sz w:val="23"/>
        </w:rPr>
        <w:t>이 이야기가 통일 교육으로 전하는 것은?</w:t>
      </w:r>
    </w:p>
    <w:p>
      <w:pPr>
        <w:ind w:left="320"/>
      </w:pPr>
      <w:r>
        <w:rPr>
          <w:rFonts w:ascii="맑은 고딕" w:hAnsi="맑은 고딕" w:eastAsia="맑은 고딕"/>
          <w:b w:val="0"/>
          <w:color w:val="4E5968"/>
          <w:sz w:val="22"/>
        </w:rPr>
        <w:t>① 북한 말을 쓰지 말자</w:t>
      </w:r>
    </w:p>
    <w:p>
      <w:pPr>
        <w:ind w:left="320"/>
      </w:pPr>
      <w:r>
        <w:rPr>
          <w:rFonts w:ascii="맑은 고딕" w:hAnsi="맑은 고딕" w:eastAsia="맑은 고딕"/>
          <w:b w:val="0"/>
          <w:color w:val="4E5968"/>
          <w:sz w:val="22"/>
        </w:rPr>
        <w:t>② 사촌과 멀리 지내자</w:t>
      </w:r>
    </w:p>
    <w:p>
      <w:pPr>
        <w:ind w:left="320"/>
      </w:pPr>
      <w:r>
        <w:rPr>
          <w:rFonts w:ascii="맑은 고딕" w:hAnsi="맑은 고딕" w:eastAsia="맑은 고딕"/>
          <w:b w:val="0"/>
          <w:color w:val="4E5968"/>
          <w:sz w:val="22"/>
        </w:rPr>
        <w:t>③ 편견 없이 존중하자</w:t>
      </w:r>
    </w:p>
    <w:p>
      <w:pPr>
        <w:ind w:left="320"/>
      </w:pPr>
      <w:r>
        <w:rPr>
          <w:rFonts w:ascii="맑은 고딕" w:hAnsi="맑은 고딕" w:eastAsia="맑은 고딕"/>
          <w:b w:val="0"/>
          <w:color w:val="4E5968"/>
          <w:sz w:val="22"/>
        </w:rPr>
        <w:t>④ 낯선 사람은 무조건 피하자</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이 이야기의 주제로 가장 알맞은 것은?</w:t>
      </w:r>
    </w:p>
    <w:p>
      <w:pPr>
        <w:ind w:left="320"/>
      </w:pPr>
      <w:r>
        <w:rPr>
          <w:rFonts w:ascii="맑은 고딕" w:hAnsi="맑은 고딕" w:eastAsia="맑은 고딕"/>
          <w:b w:val="0"/>
          <w:color w:val="4E5968"/>
          <w:sz w:val="22"/>
        </w:rPr>
        <w:t>① 열린 마음으로 다가가자</w:t>
      </w:r>
    </w:p>
    <w:p>
      <w:pPr>
        <w:ind w:left="320"/>
      </w:pPr>
      <w:r>
        <w:rPr>
          <w:rFonts w:ascii="맑은 고딕" w:hAnsi="맑은 고딕" w:eastAsia="맑은 고딕"/>
          <w:b w:val="0"/>
          <w:color w:val="4E5968"/>
          <w:sz w:val="22"/>
        </w:rPr>
        <w:t>② 고양이를 꼭 키우자는 것</w:t>
      </w:r>
    </w:p>
    <w:p>
      <w:pPr>
        <w:ind w:left="320"/>
      </w:pPr>
      <w:r>
        <w:rPr>
          <w:rFonts w:ascii="맑은 고딕" w:hAnsi="맑은 고딕" w:eastAsia="맑은 고딕"/>
          <w:b w:val="0"/>
          <w:color w:val="4E5968"/>
          <w:sz w:val="22"/>
        </w:rPr>
        <w:t>③ 미신을 믿자는 것</w:t>
      </w:r>
    </w:p>
    <w:p>
      <w:pPr>
        <w:ind w:left="320"/>
      </w:pPr>
      <w:r>
        <w:rPr>
          <w:rFonts w:ascii="맑은 고딕" w:hAnsi="맑은 고딕" w:eastAsia="맑은 고딕"/>
          <w:b w:val="0"/>
          <w:color w:val="4E5968"/>
          <w:sz w:val="22"/>
        </w:rPr>
        <w:t>④ 나와 다른 사람은 피하는 게 낫다는 것</w:t>
      </w:r>
    </w:p>
    <w:p>
      <w:pPr>
        <w:spacing w:before="240"/>
      </w:pPr>
      <w:r>
        <w:rPr>
          <w:rFonts w:ascii="맑은 고딕" w:hAnsi="맑은 고딕" w:eastAsia="맑은 고딕"/>
          <w:b/>
          <w:color w:val="8B95A1"/>
          <w:sz w:val="17"/>
        </w:rPr>
        <w:t xml:space="preserve">  공감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낯설다는 이유로 친구를 피했던 경험을 떠올리거나, 탈북민 친구에게 해 주고 싶은 말을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적용하기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말투나 문화가 다른 친구와 잘 지내려면 어떻게 해야 할지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[저학년] 다름을 이해하는 친구</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버려진 아기 고양이</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북한(함경도)</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말투가 낯설어서</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고양이</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① 말은 달라도 같은 뜻이다</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근거 없는 미신이다</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③ 편견을 버리고 친구가 됨</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④ 다름을 이해하면 친구가 된다</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사촌-북한에서 온 친구 / 사투리-지역마다 다른 말 / 편견-함부로 판단</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다르다고 피하지 말고 먼저 다가가 인사하고, 좋은 점을 찾아 함께 놀며 이야기를 나눈다. · (평가) 다름을 존중하며 친해지는 방법을 자기 말로 적었는지 봐 주세요.</w:t>
      </w:r>
    </w:p>
    <w:p>
      <w:r>
        <w:br w:type="page"/>
      </w:r>
    </w:p>
    <w:p>
      <w:pPr>
        <w:spacing w:before="160"/>
      </w:pPr>
      <w:r>
        <w:rPr>
          <w:rFonts w:ascii="맑은 고딕" w:hAnsi="맑은 고딕" w:eastAsia="맑은 고딕"/>
          <w:b/>
          <w:color w:val="2272EB"/>
          <w:sz w:val="26"/>
        </w:rPr>
        <w:t>[중학년] 편견을 넘어 진짜 친구로</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부모님이 반대해서</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낯선 말투가 어색해서</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말은 달라도 같은 뜻을 담고 있다는 것</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근거 없는 미신일 뿐이다</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ㄹ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마음을 열고 소통해서</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③ 편견 없이 존중하자</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① 열린 마음으로 다가가자</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처음엔 달라 보여 어색했지만 막상 이야기해 보니 똑같은 친구였다. 다른 곳에서 왔어도 우리 함께 잘 지내자. · (평가) 편견을 넘어선 마음을 진심으로 표현했는지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다른 점을 흉보지 말고 호기심으로 이해하며, 모르는 말은 물어보고 서로의 좋은 점을 배운다. · (평가) 다름을 존중하는 방법을 구체적으로 적었는지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