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달래와 친구가 되었어요</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1. </w:t>
      </w:r>
      <w:r>
        <w:rPr>
          <w:rFonts w:ascii="맑은 고딕" w:hAnsi="맑은 고딕" w:eastAsia="맑은 고딕"/>
          <w:b/>
          <w:color w:val="191F28"/>
          <w:sz w:val="23"/>
        </w:rPr>
        <w:t>전학생 진달래는 어디에서 왔나요?</w:t>
      </w:r>
    </w:p>
    <w:p>
      <w:pPr>
        <w:ind w:left="320"/>
      </w:pPr>
      <w:r>
        <w:rPr>
          <w:rFonts w:ascii="맑은 고딕" w:hAnsi="맑은 고딕" w:eastAsia="맑은 고딕"/>
          <w:b w:val="0"/>
          <w:color w:val="4E5968"/>
          <w:sz w:val="22"/>
        </w:rPr>
        <w:t>① 북한</w:t>
      </w:r>
    </w:p>
    <w:p>
      <w:pPr>
        <w:ind w:left="320"/>
      </w:pPr>
      <w:r>
        <w:rPr>
          <w:rFonts w:ascii="맑은 고딕" w:hAnsi="맑은 고딕" w:eastAsia="맑은 고딕"/>
          <w:b w:val="0"/>
          <w:color w:val="4E5968"/>
          <w:sz w:val="22"/>
        </w:rPr>
        <w:t>② 일본</w:t>
      </w:r>
    </w:p>
    <w:p>
      <w:pPr>
        <w:ind w:left="320"/>
      </w:pPr>
      <w:r>
        <w:rPr>
          <w:rFonts w:ascii="맑은 고딕" w:hAnsi="맑은 고딕" w:eastAsia="맑은 고딕"/>
          <w:b w:val="0"/>
          <w:color w:val="4E5968"/>
          <w:sz w:val="22"/>
        </w:rPr>
        <w:t>③ 미국</w:t>
      </w:r>
    </w:p>
    <w:p>
      <w:pPr>
        <w:ind w:left="320"/>
      </w:pPr>
      <w:r>
        <w:rPr>
          <w:rFonts w:ascii="맑은 고딕" w:hAnsi="맑은 고딕" w:eastAsia="맑은 고딕"/>
          <w:b w:val="0"/>
          <w:color w:val="4E5968"/>
          <w:sz w:val="22"/>
        </w:rPr>
        <w:t>④ 중국</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2. </w:t>
      </w:r>
      <w:r>
        <w:rPr>
          <w:rFonts w:ascii="맑은 고딕" w:hAnsi="맑은 고딕" w:eastAsia="맑은 고딕"/>
          <w:b/>
          <w:color w:val="191F28"/>
          <w:sz w:val="23"/>
        </w:rPr>
        <w:t>달래가 쓴 북한말 '문지기'는 무슨 뜻인가요?</w:t>
      </w:r>
    </w:p>
    <w:p>
      <w:pPr>
        <w:ind w:left="320"/>
      </w:pPr>
      <w:r>
        <w:rPr>
          <w:rFonts w:ascii="맑은 고딕" w:hAnsi="맑은 고딕" w:eastAsia="맑은 고딕"/>
          <w:b w:val="0"/>
          <w:color w:val="4E5968"/>
          <w:sz w:val="22"/>
        </w:rPr>
        <w:t>① 심판</w:t>
      </w:r>
    </w:p>
    <w:p>
      <w:pPr>
        <w:ind w:left="320"/>
      </w:pPr>
      <w:r>
        <w:rPr>
          <w:rFonts w:ascii="맑은 고딕" w:hAnsi="맑은 고딕" w:eastAsia="맑은 고딕"/>
          <w:b w:val="0"/>
          <w:color w:val="4E5968"/>
          <w:sz w:val="22"/>
        </w:rPr>
        <w:t>② 골키퍼</w:t>
      </w:r>
    </w:p>
    <w:p>
      <w:pPr>
        <w:ind w:left="320"/>
      </w:pPr>
      <w:r>
        <w:rPr>
          <w:rFonts w:ascii="맑은 고딕" w:hAnsi="맑은 고딕" w:eastAsia="맑은 고딕"/>
          <w:b w:val="0"/>
          <w:color w:val="4E5968"/>
          <w:sz w:val="22"/>
        </w:rPr>
        <w:t>③ 감독</w:t>
      </w:r>
    </w:p>
    <w:p>
      <w:pPr>
        <w:ind w:left="320"/>
      </w:pPr>
      <w:r>
        <w:rPr>
          <w:rFonts w:ascii="맑은 고딕" w:hAnsi="맑은 고딕" w:eastAsia="맑은 고딕"/>
          <w:b w:val="0"/>
          <w:color w:val="4E5968"/>
          <w:sz w:val="22"/>
        </w:rPr>
        <w:t>④ 청소부</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3. </w:t>
      </w:r>
      <w:r>
        <w:rPr>
          <w:rFonts w:ascii="맑은 고딕" w:hAnsi="맑은 고딕" w:eastAsia="맑은 고딕"/>
          <w:b/>
          <w:color w:val="191F28"/>
          <w:sz w:val="23"/>
        </w:rPr>
        <w:t>선생님이 달래를 도와주라고 정해 준 친구는 누구인가요?</w:t>
      </w:r>
    </w:p>
    <w:p>
      <w:pPr>
        <w:ind w:left="320"/>
      </w:pPr>
      <w:r>
        <w:rPr>
          <w:rFonts w:ascii="맑은 고딕" w:hAnsi="맑은 고딕" w:eastAsia="맑은 고딕"/>
          <w:b w:val="0"/>
          <w:color w:val="4E5968"/>
          <w:sz w:val="22"/>
        </w:rPr>
        <w:t>① 민지</w:t>
      </w:r>
    </w:p>
    <w:p>
      <w:pPr>
        <w:ind w:left="320"/>
      </w:pPr>
      <w:r>
        <w:rPr>
          <w:rFonts w:ascii="맑은 고딕" w:hAnsi="맑은 고딕" w:eastAsia="맑은 고딕"/>
          <w:b w:val="0"/>
          <w:color w:val="4E5968"/>
          <w:sz w:val="22"/>
        </w:rPr>
        <w:t>② 자두</w:t>
      </w:r>
    </w:p>
    <w:p>
      <w:pPr>
        <w:ind w:left="320"/>
      </w:pPr>
      <w:r>
        <w:rPr>
          <w:rFonts w:ascii="맑은 고딕" w:hAnsi="맑은 고딕" w:eastAsia="맑은 고딕"/>
          <w:b w:val="0"/>
          <w:color w:val="4E5968"/>
          <w:sz w:val="22"/>
        </w:rPr>
        <w:t>③ 은희</w:t>
      </w:r>
    </w:p>
    <w:p>
      <w:pPr>
        <w:ind w:left="320"/>
      </w:pPr>
      <w:r>
        <w:rPr>
          <w:rFonts w:ascii="맑은 고딕" w:hAnsi="맑은 고딕" w:eastAsia="맑은 고딕"/>
          <w:b w:val="0"/>
          <w:color w:val="4E5968"/>
          <w:sz w:val="22"/>
        </w:rPr>
        <w:t>④ 영란</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4. </w:t>
      </w:r>
      <w:r>
        <w:rPr>
          <w:rFonts w:ascii="맑은 고딕" w:hAnsi="맑은 고딕" w:eastAsia="맑은 고딕"/>
          <w:b/>
          <w:color w:val="191F28"/>
          <w:sz w:val="23"/>
        </w:rPr>
        <w:t>친구들이 달래 집 냉장고에서 '사람 머리'인 줄 오해한 것은?</w:t>
      </w:r>
    </w:p>
    <w:p>
      <w:pPr>
        <w:ind w:left="320"/>
      </w:pPr>
      <w:r>
        <w:rPr>
          <w:rFonts w:ascii="맑은 고딕" w:hAnsi="맑은 고딕" w:eastAsia="맑은 고딕"/>
          <w:b w:val="0"/>
          <w:color w:val="4E5968"/>
          <w:sz w:val="22"/>
        </w:rPr>
        <w:t>① 잘 익은 수박</w:t>
      </w:r>
    </w:p>
    <w:p>
      <w:pPr>
        <w:ind w:left="320"/>
      </w:pPr>
      <w:r>
        <w:rPr>
          <w:rFonts w:ascii="맑은 고딕" w:hAnsi="맑은 고딕" w:eastAsia="맑은 고딕"/>
          <w:b w:val="0"/>
          <w:color w:val="4E5968"/>
          <w:sz w:val="22"/>
        </w:rPr>
        <w:t>② 김치</w:t>
      </w:r>
    </w:p>
    <w:p>
      <w:pPr>
        <w:ind w:left="320"/>
      </w:pPr>
      <w:r>
        <w:rPr>
          <w:rFonts w:ascii="맑은 고딕" w:hAnsi="맑은 고딕" w:eastAsia="맑은 고딕"/>
          <w:b w:val="0"/>
          <w:color w:val="4E5968"/>
          <w:sz w:val="22"/>
        </w:rPr>
        <w:t>③ 절인 무</w:t>
      </w:r>
    </w:p>
    <w:p>
      <w:pPr>
        <w:ind w:left="320"/>
      </w:pPr>
      <w:r>
        <w:rPr>
          <w:rFonts w:ascii="맑은 고딕" w:hAnsi="맑은 고딕" w:eastAsia="맑은 고딕"/>
          <w:b w:val="0"/>
          <w:color w:val="4E5968"/>
          <w:sz w:val="22"/>
        </w:rPr>
        <w:t>④ 떡</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5. </w:t>
      </w:r>
      <w:r>
        <w:rPr>
          <w:rFonts w:ascii="맑은 고딕" w:hAnsi="맑은 고딕" w:eastAsia="맑은 고딕"/>
          <w:b/>
          <w:color w:val="191F28"/>
          <w:sz w:val="23"/>
        </w:rPr>
        <w:t>달래가 친구들에게 만들어 대접한 것은 무엇인가요?</w:t>
      </w:r>
    </w:p>
    <w:p>
      <w:pPr>
        <w:ind w:left="320"/>
      </w:pPr>
      <w:r>
        <w:rPr>
          <w:rFonts w:ascii="맑은 고딕" w:hAnsi="맑은 고딕" w:eastAsia="맑은 고딕"/>
          <w:b w:val="0"/>
          <w:color w:val="4E5968"/>
          <w:sz w:val="22"/>
        </w:rPr>
        <w:t>① 시원한 평양냉면</w:t>
      </w:r>
    </w:p>
    <w:p>
      <w:pPr>
        <w:ind w:left="320"/>
      </w:pPr>
      <w:r>
        <w:rPr>
          <w:rFonts w:ascii="맑은 고딕" w:hAnsi="맑은 고딕" w:eastAsia="맑은 고딕"/>
          <w:b w:val="0"/>
          <w:color w:val="4E5968"/>
          <w:sz w:val="22"/>
        </w:rPr>
        <w:t>② 떡볶이</w:t>
      </w:r>
    </w:p>
    <w:p>
      <w:pPr>
        <w:ind w:left="320"/>
      </w:pPr>
      <w:r>
        <w:rPr>
          <w:rFonts w:ascii="맑은 고딕" w:hAnsi="맑은 고딕" w:eastAsia="맑은 고딕"/>
          <w:b w:val="0"/>
          <w:color w:val="4E5968"/>
          <w:sz w:val="22"/>
        </w:rPr>
        <w:t>③ 피자</w:t>
      </w:r>
    </w:p>
    <w:p>
      <w:pPr>
        <w:ind w:left="320"/>
      </w:pPr>
      <w:r>
        <w:rPr>
          <w:rFonts w:ascii="맑은 고딕" w:hAnsi="맑은 고딕" w:eastAsia="맑은 고딕"/>
          <w:b w:val="0"/>
          <w:color w:val="4E5968"/>
          <w:sz w:val="22"/>
        </w:rPr>
        <w:t>④ 퐁퐁케이크</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6. </w:t>
      </w:r>
      <w:r>
        <w:rPr>
          <w:rFonts w:ascii="맑은 고딕" w:hAnsi="맑은 고딕" w:eastAsia="맑은 고딕"/>
          <w:b/>
          <w:color w:val="191F28"/>
          <w:sz w:val="23"/>
        </w:rPr>
        <w:t>자두 할머니의 고향은 어디인가요?</w:t>
      </w:r>
    </w:p>
    <w:p>
      <w:pPr>
        <w:ind w:left="320"/>
      </w:pPr>
      <w:r>
        <w:rPr>
          <w:rFonts w:ascii="맑은 고딕" w:hAnsi="맑은 고딕" w:eastAsia="맑은 고딕"/>
          <w:b w:val="0"/>
          <w:color w:val="4E5968"/>
          <w:sz w:val="22"/>
        </w:rPr>
        <w:t>① 서울</w:t>
      </w:r>
    </w:p>
    <w:p>
      <w:pPr>
        <w:ind w:left="320"/>
      </w:pPr>
      <w:r>
        <w:rPr>
          <w:rFonts w:ascii="맑은 고딕" w:hAnsi="맑은 고딕" w:eastAsia="맑은 고딕"/>
          <w:b w:val="0"/>
          <w:color w:val="4E5968"/>
          <w:sz w:val="22"/>
        </w:rPr>
        <w:t>② 평양</w:t>
      </w:r>
    </w:p>
    <w:p>
      <w:pPr>
        <w:ind w:left="320"/>
      </w:pPr>
      <w:r>
        <w:rPr>
          <w:rFonts w:ascii="맑은 고딕" w:hAnsi="맑은 고딕" w:eastAsia="맑은 고딕"/>
          <w:b w:val="0"/>
          <w:color w:val="4E5968"/>
          <w:sz w:val="22"/>
        </w:rPr>
        <w:t>③ 부산</w:t>
      </w:r>
    </w:p>
    <w:p>
      <w:pPr>
        <w:ind w:left="320"/>
      </w:pPr>
      <w:r>
        <w:rPr>
          <w:rFonts w:ascii="맑은 고딕" w:hAnsi="맑은 고딕" w:eastAsia="맑은 고딕"/>
          <w:b w:val="0"/>
          <w:color w:val="4E5968"/>
          <w:sz w:val="22"/>
        </w:rPr>
        <w:t>④ 제주</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7. </w:t>
      </w:r>
      <w:r>
        <w:rPr>
          <w:rFonts w:ascii="맑은 고딕" w:hAnsi="맑은 고딕" w:eastAsia="맑은 고딕"/>
          <w:b/>
          <w:color w:val="191F28"/>
          <w:sz w:val="23"/>
        </w:rPr>
        <w:t>달래가 북한에 있는 동생에게 한 일은 무엇인가요?</w:t>
      </w:r>
    </w:p>
    <w:p>
      <w:pPr>
        <w:ind w:left="320"/>
      </w:pPr>
      <w:r>
        <w:rPr>
          <w:rFonts w:ascii="맑은 고딕" w:hAnsi="맑은 고딕" w:eastAsia="맑은 고딕"/>
          <w:b w:val="0"/>
          <w:color w:val="4E5968"/>
          <w:sz w:val="22"/>
        </w:rPr>
        <w:t>① 전화를 함</w:t>
      </w:r>
    </w:p>
    <w:p>
      <w:pPr>
        <w:ind w:left="320"/>
      </w:pPr>
      <w:r>
        <w:rPr>
          <w:rFonts w:ascii="맑은 고딕" w:hAnsi="맑은 고딕" w:eastAsia="맑은 고딕"/>
          <w:b w:val="0"/>
          <w:color w:val="4E5968"/>
          <w:sz w:val="22"/>
        </w:rPr>
        <w:t>② 선물을 보냄</w:t>
      </w:r>
    </w:p>
    <w:p>
      <w:pPr>
        <w:ind w:left="320"/>
      </w:pPr>
      <w:r>
        <w:rPr>
          <w:rFonts w:ascii="맑은 고딕" w:hAnsi="맑은 고딕" w:eastAsia="맑은 고딕"/>
          <w:b w:val="0"/>
          <w:color w:val="4E5968"/>
          <w:sz w:val="22"/>
        </w:rPr>
        <w:t>③ 편지를 띄움</w:t>
      </w:r>
    </w:p>
    <w:p>
      <w:pPr>
        <w:ind w:left="320"/>
      </w:pPr>
      <w:r>
        <w:rPr>
          <w:rFonts w:ascii="맑은 고딕" w:hAnsi="맑은 고딕" w:eastAsia="맑은 고딕"/>
          <w:b w:val="0"/>
          <w:color w:val="4E5968"/>
          <w:sz w:val="22"/>
        </w:rPr>
        <w:t>④ 사진을 찍음</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알려 주는 것은 무엇인가요?</w:t>
      </w:r>
    </w:p>
    <w:p>
      <w:pPr>
        <w:ind w:left="320"/>
      </w:pPr>
      <w:r>
        <w:rPr>
          <w:rFonts w:ascii="맑은 고딕" w:hAnsi="맑은 고딕" w:eastAsia="맑은 고딕"/>
          <w:b w:val="0"/>
          <w:color w:val="4E5968"/>
          <w:sz w:val="22"/>
        </w:rPr>
        <w:t>① 남북은 서로 다른 나라다</w:t>
      </w:r>
    </w:p>
    <w:p>
      <w:pPr>
        <w:ind w:left="320"/>
      </w:pPr>
      <w:r>
        <w:rPr>
          <w:rFonts w:ascii="맑은 고딕" w:hAnsi="맑은 고딕" w:eastAsia="맑은 고딕"/>
          <w:b w:val="0"/>
          <w:color w:val="4E5968"/>
          <w:sz w:val="22"/>
        </w:rPr>
        <w:t>② 전학생은 멀리해야 한다</w:t>
      </w:r>
    </w:p>
    <w:p>
      <w:pPr>
        <w:ind w:left="320"/>
      </w:pPr>
      <w:r>
        <w:rPr>
          <w:rFonts w:ascii="맑은 고딕" w:hAnsi="맑은 고딕" w:eastAsia="맑은 고딕"/>
          <w:b w:val="0"/>
          <w:color w:val="4E5968"/>
          <w:sz w:val="22"/>
        </w:rPr>
        <w:t>③ 북한 사람은 무섭다</w:t>
      </w:r>
    </w:p>
    <w:p>
      <w:pPr>
        <w:ind w:left="320"/>
      </w:pPr>
      <w:r>
        <w:rPr>
          <w:rFonts w:ascii="맑은 고딕" w:hAnsi="맑은 고딕" w:eastAsia="맑은 고딕"/>
          <w:b w:val="0"/>
          <w:color w:val="4E5968"/>
          <w:sz w:val="22"/>
        </w:rPr>
        <w:t>④ 남과 북은 같은 나라였다</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9. </w:t>
      </w:r>
      <w:r>
        <w:rPr>
          <w:rFonts w:ascii="맑은 고딕" w:hAnsi="맑은 고딕" w:eastAsia="맑은 고딕"/>
          <w:b/>
          <w:color w:val="191F28"/>
          <w:sz w:val="23"/>
        </w:rPr>
        <w:t>알맞은 것끼리 연결해 보세요.</w:t>
      </w:r>
    </w:p>
    <w:p>
      <w:pPr>
        <w:ind w:left="320"/>
      </w:pPr>
      <w:r>
        <w:rPr>
          <w:rFonts w:ascii="맑은 고딕" w:hAnsi="맑은 고딕" w:eastAsia="맑은 고딕"/>
          <w:b w:val="0"/>
          <w:color w:val="333D4B"/>
          <w:sz w:val="22"/>
        </w:rPr>
        <w:t>진달래  ·          ·  평양에서 온 전학생</w:t>
      </w:r>
    </w:p>
    <w:p>
      <w:pPr>
        <w:ind w:left="320"/>
      </w:pPr>
      <w:r>
        <w:rPr>
          <w:rFonts w:ascii="맑은 고딕" w:hAnsi="맑은 고딕" w:eastAsia="맑은 고딕"/>
          <w:b w:val="0"/>
          <w:color w:val="333D4B"/>
          <w:sz w:val="22"/>
        </w:rPr>
        <w:t>문지기  ·          ·  골키퍼를 뜻하는 북한말</w:t>
      </w:r>
    </w:p>
    <w:p>
      <w:pPr>
        <w:ind w:left="320"/>
      </w:pPr>
      <w:r>
        <w:rPr>
          <w:rFonts w:ascii="맑은 고딕" w:hAnsi="맑은 고딕" w:eastAsia="맑은 고딕"/>
          <w:b w:val="0"/>
          <w:color w:val="333D4B"/>
          <w:sz w:val="22"/>
        </w:rPr>
        <w:t>평양냉면  ·          ·  남북을 잇는 음식</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달래처럼 다른 곳에서 온 친구가 전학 오면 어떻게 대해 줄지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오해를 넘어 한마음으로</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북한 평양에서 온 새터민 전학생 진달래가 남한말에 익숙하지 않아 친구들의 오해를 산다. '문지기(골키퍼)' 같은 낯선 말과 이상한 소문에 친구들이 달래를 무서워하지만, 집까지 따라가며 생긴 오해가 풀리고 달래가 북한에서 왔음을 알게 된다. 평양냉면을 나누고 DMZ에서 북한 동생에게 편지를 띄우며 남북이 한민족임을, 서로 이해하면 가까워짐을 배우는 이야기.</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1. </w:t>
      </w:r>
      <w:r>
        <w:rPr>
          <w:rFonts w:ascii="맑은 고딕" w:hAnsi="맑은 고딕" w:eastAsia="맑은 고딕"/>
          <w:b/>
          <w:color w:val="191F28"/>
          <w:sz w:val="23"/>
        </w:rPr>
        <w:t>친구들이 처음에 달래를 오해한 까닭으로 알맞은 것은?</w:t>
      </w:r>
    </w:p>
    <w:p>
      <w:pPr>
        <w:ind w:left="320"/>
      </w:pPr>
      <w:r>
        <w:rPr>
          <w:rFonts w:ascii="맑은 고딕" w:hAnsi="맑은 고딕" w:eastAsia="맑은 고딕"/>
          <w:b w:val="0"/>
          <w:color w:val="4E5968"/>
          <w:sz w:val="22"/>
        </w:rPr>
        <w:t>① 달래가 친구들에게 자꾸 못되게 굴어서</w:t>
      </w:r>
    </w:p>
    <w:p>
      <w:pPr>
        <w:ind w:left="320"/>
      </w:pPr>
      <w:r>
        <w:rPr>
          <w:rFonts w:ascii="맑은 고딕" w:hAnsi="맑은 고딕" w:eastAsia="맑은 고딕"/>
          <w:b w:val="0"/>
          <w:color w:val="4E5968"/>
          <w:sz w:val="22"/>
        </w:rPr>
        <w:t>② 말이 낯설고 이상한 소문이 돌아서</w:t>
      </w:r>
    </w:p>
    <w:p>
      <w:pPr>
        <w:ind w:left="320"/>
      </w:pPr>
      <w:r>
        <w:rPr>
          <w:rFonts w:ascii="맑은 고딕" w:hAnsi="맑은 고딕" w:eastAsia="맑은 고딕"/>
          <w:b w:val="0"/>
          <w:color w:val="4E5968"/>
          <w:sz w:val="22"/>
        </w:rPr>
        <w:t>③ 달래가 부자라서</w:t>
      </w:r>
    </w:p>
    <w:p>
      <w:pPr>
        <w:ind w:left="320"/>
      </w:pPr>
      <w:r>
        <w:rPr>
          <w:rFonts w:ascii="맑은 고딕" w:hAnsi="맑은 고딕" w:eastAsia="맑은 고딕"/>
          <w:b w:val="0"/>
          <w:color w:val="4E5968"/>
          <w:sz w:val="22"/>
        </w:rPr>
        <w:t>④ 달래가 공부를 잘해서</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2. </w:t>
      </w:r>
      <w:r>
        <w:rPr>
          <w:rFonts w:ascii="맑은 고딕" w:hAnsi="맑은 고딕" w:eastAsia="맑은 고딕"/>
          <w:b/>
          <w:color w:val="191F28"/>
          <w:sz w:val="23"/>
        </w:rPr>
        <w:t>달래가 자기가 북한에서 왔다는 것을 처음에 숨긴 까닭은?</w:t>
      </w:r>
    </w:p>
    <w:p>
      <w:pPr>
        <w:ind w:left="320"/>
      </w:pPr>
      <w:r>
        <w:rPr>
          <w:rFonts w:ascii="맑은 고딕" w:hAnsi="맑은 고딕" w:eastAsia="맑은 고딕"/>
          <w:b w:val="0"/>
          <w:color w:val="4E5968"/>
          <w:sz w:val="22"/>
        </w:rPr>
        <w:t>① 친구가 싫어서</w:t>
      </w:r>
    </w:p>
    <w:p>
      <w:pPr>
        <w:ind w:left="320"/>
      </w:pPr>
      <w:r>
        <w:rPr>
          <w:rFonts w:ascii="맑은 고딕" w:hAnsi="맑은 고딕" w:eastAsia="맑은 고딕"/>
          <w:b w:val="0"/>
          <w:color w:val="4E5968"/>
          <w:sz w:val="22"/>
        </w:rPr>
        <w:t>② 비밀이 많아서</w:t>
      </w:r>
    </w:p>
    <w:p>
      <w:pPr>
        <w:ind w:left="320"/>
      </w:pPr>
      <w:r>
        <w:rPr>
          <w:rFonts w:ascii="맑은 고딕" w:hAnsi="맑은 고딕" w:eastAsia="맑은 고딕"/>
          <w:b w:val="0"/>
          <w:color w:val="4E5968"/>
          <w:sz w:val="22"/>
        </w:rPr>
        <w:t>③ 괜히 잘난 척 자랑하는 것 같아서</w:t>
      </w:r>
    </w:p>
    <w:p>
      <w:pPr>
        <w:ind w:left="320"/>
      </w:pPr>
      <w:r>
        <w:rPr>
          <w:rFonts w:ascii="맑은 고딕" w:hAnsi="맑은 고딕" w:eastAsia="맑은 고딕"/>
          <w:b w:val="0"/>
          <w:color w:val="4E5968"/>
          <w:sz w:val="22"/>
        </w:rPr>
        <w:t>④ 이상하게 볼까 봐 두려워서</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3. </w:t>
      </w:r>
      <w:r>
        <w:rPr>
          <w:rFonts w:ascii="맑은 고딕" w:hAnsi="맑은 고딕" w:eastAsia="맑은 고딕"/>
          <w:b/>
          <w:color w:val="191F28"/>
          <w:sz w:val="23"/>
        </w:rPr>
        <w:t>'문지기'처럼 달래의 말이 친구들과 달랐던 까닭은?</w:t>
      </w:r>
    </w:p>
    <w:p>
      <w:pPr>
        <w:ind w:left="320"/>
      </w:pPr>
      <w:r>
        <w:rPr>
          <w:rFonts w:ascii="맑은 고딕" w:hAnsi="맑은 고딕" w:eastAsia="맑은 고딕"/>
          <w:b w:val="0"/>
          <w:color w:val="4E5968"/>
          <w:sz w:val="22"/>
        </w:rPr>
        <w:t>① 북한말과 남한말이 달라서</w:t>
      </w:r>
    </w:p>
    <w:p>
      <w:pPr>
        <w:ind w:left="320"/>
      </w:pPr>
      <w:r>
        <w:rPr>
          <w:rFonts w:ascii="맑은 고딕" w:hAnsi="맑은 고딕" w:eastAsia="맑은 고딕"/>
          <w:b w:val="0"/>
          <w:color w:val="4E5968"/>
          <w:sz w:val="22"/>
        </w:rPr>
        <w:t>② 달래가 먼 외국에서 오래 살아서</w:t>
      </w:r>
    </w:p>
    <w:p>
      <w:pPr>
        <w:ind w:left="320"/>
      </w:pPr>
      <w:r>
        <w:rPr>
          <w:rFonts w:ascii="맑은 고딕" w:hAnsi="맑은 고딕" w:eastAsia="맑은 고딕"/>
          <w:b w:val="0"/>
          <w:color w:val="4E5968"/>
          <w:sz w:val="22"/>
        </w:rPr>
        <w:t>③ 달래가 말을 못해서</w:t>
      </w:r>
    </w:p>
    <w:p>
      <w:pPr>
        <w:ind w:left="320"/>
      </w:pPr>
      <w:r>
        <w:rPr>
          <w:rFonts w:ascii="맑은 고딕" w:hAnsi="맑은 고딕" w:eastAsia="맑은 고딕"/>
          <w:b w:val="0"/>
          <w:color w:val="4E5968"/>
          <w:sz w:val="22"/>
        </w:rPr>
        <w:t>④ 달래가 장난을 쳐서</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친구들이 허락 없이 달래 집을 따라가 뒤진 행동에 대한 바른 판단은?</w:t>
      </w:r>
    </w:p>
    <w:p>
      <w:pPr>
        <w:ind w:left="320"/>
      </w:pPr>
      <w:r>
        <w:rPr>
          <w:rFonts w:ascii="맑은 고딕" w:hAnsi="맑은 고딕" w:eastAsia="맑은 고딕"/>
          <w:b w:val="0"/>
          <w:color w:val="4E5968"/>
          <w:sz w:val="22"/>
        </w:rPr>
        <w:t>① 좋은 탐정 놀이였다</w:t>
      </w:r>
    </w:p>
    <w:p>
      <w:pPr>
        <w:ind w:left="320"/>
      </w:pPr>
      <w:r>
        <w:rPr>
          <w:rFonts w:ascii="맑은 고딕" w:hAnsi="맑은 고딕" w:eastAsia="맑은 고딕"/>
          <w:b w:val="0"/>
          <w:color w:val="4E5968"/>
          <w:sz w:val="22"/>
        </w:rPr>
        <w:t>② 아주 친한 친구 사이라면 얼마든지 당연히 해도 되는 일이다</w:t>
      </w:r>
    </w:p>
    <w:p>
      <w:pPr>
        <w:ind w:left="320"/>
      </w:pPr>
      <w:r>
        <w:rPr>
          <w:rFonts w:ascii="맑은 고딕" w:hAnsi="맑은 고딕" w:eastAsia="맑은 고딕"/>
          <w:b w:val="0"/>
          <w:color w:val="4E5968"/>
          <w:sz w:val="22"/>
        </w:rPr>
        <w:t>③ 허락 없이 남의 집을 뒤지는 건 잘못이다</w:t>
      </w:r>
    </w:p>
    <w:p>
      <w:pPr>
        <w:ind w:left="320"/>
      </w:pPr>
      <w:r>
        <w:rPr>
          <w:rFonts w:ascii="맑은 고딕" w:hAnsi="맑은 고딕" w:eastAsia="맑은 고딕"/>
          <w:b w:val="0"/>
          <w:color w:val="4E5968"/>
          <w:sz w:val="22"/>
        </w:rPr>
        <w:t>④ 재미있으니 괜찮다</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이야기가 일어난 순서대로 기호를 써 보세요.</w:t>
      </w:r>
    </w:p>
    <w:p>
      <w:pPr>
        <w:ind w:left="320"/>
      </w:pPr>
      <w:r>
        <w:rPr>
          <w:rFonts w:ascii="맑은 고딕" w:hAnsi="맑은 고딕" w:eastAsia="맑은 고딕"/>
          <w:b w:val="0"/>
          <w:color w:val="333D4B"/>
          <w:sz w:val="22"/>
        </w:rPr>
        <w:t>ㄱ. 친구들이 달래에 대한 무서운 소문을 만든다.</w:t>
      </w:r>
    </w:p>
    <w:p>
      <w:pPr>
        <w:ind w:left="320"/>
      </w:pPr>
      <w:r>
        <w:rPr>
          <w:rFonts w:ascii="맑은 고딕" w:hAnsi="맑은 고딕" w:eastAsia="맑은 고딕"/>
          <w:b w:val="0"/>
          <w:color w:val="333D4B"/>
          <w:sz w:val="22"/>
        </w:rPr>
        <w:t>ㄴ. 달래가 우리 반에 전학 온다.</w:t>
      </w:r>
    </w:p>
    <w:p>
      <w:pPr>
        <w:ind w:left="320"/>
      </w:pPr>
      <w:r>
        <w:rPr>
          <w:rFonts w:ascii="맑은 고딕" w:hAnsi="맑은 고딕" w:eastAsia="맑은 고딕"/>
          <w:b w:val="0"/>
          <w:color w:val="333D4B"/>
          <w:sz w:val="22"/>
        </w:rPr>
        <w:t>ㄷ. 집을 따라갔다가 오해가 풀린다.</w:t>
      </w:r>
    </w:p>
    <w:p>
      <w:pPr>
        <w:ind w:left="320"/>
      </w:pPr>
      <w:r>
        <w:rPr>
          <w:rFonts w:ascii="맑은 고딕" w:hAnsi="맑은 고딕" w:eastAsia="맑은 고딕"/>
          <w:b w:val="0"/>
          <w:color w:val="333D4B"/>
          <w:sz w:val="22"/>
        </w:rPr>
        <w:t>ㄹ. DMZ에서 북한 동생에게 편지를 띄운다.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6. </w:t>
      </w:r>
      <w:r>
        <w:rPr>
          <w:rFonts w:ascii="맑은 고딕" w:hAnsi="맑은 고딕" w:eastAsia="맑은 고딕"/>
          <w:b/>
          <w:color w:val="191F28"/>
          <w:sz w:val="23"/>
        </w:rPr>
        <w:t>자두 할머니와 달래가 금세 가까워진 까닭은?</w:t>
      </w:r>
    </w:p>
    <w:p>
      <w:pPr>
        <w:ind w:left="320"/>
      </w:pPr>
      <w:r>
        <w:rPr>
          <w:rFonts w:ascii="맑은 고딕" w:hAnsi="맑은 고딕" w:eastAsia="맑은 고딕"/>
          <w:b w:val="0"/>
          <w:color w:val="4E5968"/>
          <w:sz w:val="22"/>
        </w:rPr>
        <w:t>① 예전에 같은 학교를 함께 다녀서</w:t>
      </w:r>
    </w:p>
    <w:p>
      <w:pPr>
        <w:ind w:left="320"/>
      </w:pPr>
      <w:r>
        <w:rPr>
          <w:rFonts w:ascii="맑은 고딕" w:hAnsi="맑은 고딕" w:eastAsia="맑은 고딕"/>
          <w:b w:val="0"/>
          <w:color w:val="4E5968"/>
          <w:sz w:val="22"/>
        </w:rPr>
        <w:t>② 둘 다 고향이 평양이라서</w:t>
      </w:r>
    </w:p>
    <w:p>
      <w:pPr>
        <w:ind w:left="320"/>
      </w:pPr>
      <w:r>
        <w:rPr>
          <w:rFonts w:ascii="맑은 고딕" w:hAnsi="맑은 고딕" w:eastAsia="맑은 고딕"/>
          <w:b w:val="0"/>
          <w:color w:val="4E5968"/>
          <w:sz w:val="22"/>
        </w:rPr>
        <w:t>③ 냉면을 좋아해서</w:t>
      </w:r>
    </w:p>
    <w:p>
      <w:pPr>
        <w:ind w:left="320"/>
      </w:pPr>
      <w:r>
        <w:rPr>
          <w:rFonts w:ascii="맑은 고딕" w:hAnsi="맑은 고딕" w:eastAsia="맑은 고딕"/>
          <w:b w:val="0"/>
          <w:color w:val="4E5968"/>
          <w:sz w:val="22"/>
        </w:rPr>
        <w:t>④ 나이가 같아서</w:t>
      </w:r>
    </w:p>
    <w:p>
      <w:pPr>
        <w:spacing w:before="240"/>
      </w:pPr>
      <w:r>
        <w:rPr>
          <w:rFonts w:ascii="맑은 고딕" w:hAnsi="맑은 고딕" w:eastAsia="맑은 고딕"/>
          <w:b/>
          <w:color w:val="8B95A1"/>
          <w:sz w:val="17"/>
        </w:rPr>
        <w:t xml:space="preserve">  해석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이야기에서 '평양냉면'이 뜻하는 것으로 가장 알맞은 것은?</w:t>
      </w:r>
    </w:p>
    <w:p>
      <w:pPr>
        <w:ind w:left="320"/>
      </w:pPr>
      <w:r>
        <w:rPr>
          <w:rFonts w:ascii="맑은 고딕" w:hAnsi="맑은 고딕" w:eastAsia="맑은 고딕"/>
          <w:b w:val="0"/>
          <w:color w:val="4E5968"/>
          <w:sz w:val="22"/>
        </w:rPr>
        <w:t>① 그저 맛만 아주 좋은 평범한 음식</w:t>
      </w:r>
    </w:p>
    <w:p>
      <w:pPr>
        <w:ind w:left="320"/>
      </w:pPr>
      <w:r>
        <w:rPr>
          <w:rFonts w:ascii="맑은 고딕" w:hAnsi="맑은 고딕" w:eastAsia="맑은 고딕"/>
          <w:b w:val="0"/>
          <w:color w:val="4E5968"/>
          <w:sz w:val="22"/>
        </w:rPr>
        <w:t>② 북한에만 있는 음식</w:t>
      </w:r>
    </w:p>
    <w:p>
      <w:pPr>
        <w:ind w:left="320"/>
      </w:pPr>
      <w:r>
        <w:rPr>
          <w:rFonts w:ascii="맑은 고딕" w:hAnsi="맑은 고딕" w:eastAsia="맑은 고딕"/>
          <w:b w:val="0"/>
          <w:color w:val="4E5968"/>
          <w:sz w:val="22"/>
        </w:rPr>
        <w:t>③ 아주 비싼 음식</w:t>
      </w:r>
    </w:p>
    <w:p>
      <w:pPr>
        <w:ind w:left="320"/>
      </w:pPr>
      <w:r>
        <w:rPr>
          <w:rFonts w:ascii="맑은 고딕" w:hAnsi="맑은 고딕" w:eastAsia="맑은 고딕"/>
          <w:b w:val="0"/>
          <w:color w:val="4E5968"/>
          <w:sz w:val="22"/>
        </w:rPr>
        <w:t>④ 남과 북을 잇는 한민족의 정</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전하려는 바로 가장 알맞은 것은?</w:t>
      </w:r>
    </w:p>
    <w:p>
      <w:pPr>
        <w:ind w:left="320"/>
      </w:pPr>
      <w:r>
        <w:rPr>
          <w:rFonts w:ascii="맑은 고딕" w:hAnsi="맑은 고딕" w:eastAsia="맑은 고딕"/>
          <w:b w:val="0"/>
          <w:color w:val="4E5968"/>
          <w:sz w:val="22"/>
        </w:rPr>
        <w:t>① 남북은 본래 한 나라였고 이해하면 가까워진다</w:t>
      </w:r>
    </w:p>
    <w:p>
      <w:pPr>
        <w:ind w:left="320"/>
      </w:pPr>
      <w:r>
        <w:rPr>
          <w:rFonts w:ascii="맑은 고딕" w:hAnsi="맑은 고딕" w:eastAsia="맑은 고딕"/>
          <w:b w:val="0"/>
          <w:color w:val="4E5968"/>
          <w:sz w:val="22"/>
        </w:rPr>
        <w:t>② 북한에서 온 사람은 누구나 하나같이 다 무섭고 위험하다</w:t>
      </w:r>
    </w:p>
    <w:p>
      <w:pPr>
        <w:ind w:left="320"/>
      </w:pPr>
      <w:r>
        <w:rPr>
          <w:rFonts w:ascii="맑은 고딕" w:hAnsi="맑은 고딕" w:eastAsia="맑은 고딕"/>
          <w:b w:val="0"/>
          <w:color w:val="4E5968"/>
          <w:sz w:val="22"/>
        </w:rPr>
        <w:t>③ 전학생은 위험하다</w:t>
      </w:r>
    </w:p>
    <w:p>
      <w:pPr>
        <w:ind w:left="320"/>
      </w:pPr>
      <w:r>
        <w:rPr>
          <w:rFonts w:ascii="맑은 고딕" w:hAnsi="맑은 고딕" w:eastAsia="맑은 고딕"/>
          <w:b w:val="0"/>
          <w:color w:val="4E5968"/>
          <w:sz w:val="22"/>
        </w:rPr>
        <w:t>④ 통일은 불가능하다</w:t>
      </w:r>
    </w:p>
    <w:p>
      <w:pPr>
        <w:spacing w:before="240"/>
      </w:pPr>
      <w:r>
        <w:rPr>
          <w:rFonts w:ascii="맑은 고딕" w:hAnsi="맑은 고딕" w:eastAsia="맑은 고딕"/>
          <w:b/>
          <w:color w:val="8B95A1"/>
          <w:sz w:val="17"/>
        </w:rPr>
        <w:t xml:space="preserve">  공감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달래가 친구들의 오해를 받을 때 어떤 마음이었을지, 그 마음을 헤아려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남과 북이 본래 한민족임을 떠올리며, 북한 친구를 만난다면 하고 싶은 말이나 함께하고 싶은 일을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달래와 친구가 되었어요</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북한</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골키퍼</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① 민지</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③ 절인 무</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④ 퐁퐁케이크</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평양</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편지를 띄움</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④ 남과 북은 같은 나라였다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진달래-평양 전학생 / 문지기-골키퍼 / 평양냉면-남북을 잇는 음식</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말이 조금 다르거나 낯설어도 이상하게 여기지 않고, 먼저 다가가 함께 놀며 친구가 되어 주겠다. · (평가) 다름을 이해하고 환영하는 태도를 적었는지 봐 주세요.</w:t>
      </w:r>
    </w:p>
    <w:p>
      <w:r>
        <w:br w:type="page"/>
      </w:r>
    </w:p>
    <w:p>
      <w:pPr>
        <w:spacing w:before="160"/>
      </w:pPr>
      <w:r>
        <w:rPr>
          <w:rFonts w:ascii="맑은 고딕" w:hAnsi="맑은 고딕" w:eastAsia="맑은 고딕"/>
          <w:b/>
          <w:color w:val="2272EB"/>
          <w:sz w:val="26"/>
        </w:rPr>
        <w:t>[중학년] 오해를 넘어 한마음으로</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② 말이 낯설고 이상한 소문이 돌아서</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④ 이상하게 볼까 봐 두려워서</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① 북한말과 남한말이 달라서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③ 허락 없이 남의 집을 뒤지는 건 잘못이다</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ㄷ → ㄹ</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둘 다 고향이 평양이라서</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④ 남과 북을 잇는 한민족의 정</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남북은 본래 한 나라였고 이해하면 가까워진다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낯선 곳에서 이상한 사람 취급을 받아 외롭고 서운하며 진실을 말하기도 두려웠을 것이다. · (평가) 달래의 입장에서 감정을 헤아려 적었는지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말이 조금 달라도 같은 민족이니, 서로의 말과 문화를 알려 주며 평양냉면도 같이 먹고 친구가 되고 싶다. · (평가) 한민족·통일의 의미를 담아 표현했는지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