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통일이 되면 좋은 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피노키오가 퀴즈를 틀려서 어떻게 되었나요?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다시 나무 인형이 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코가 빨개졌다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잠이 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곧장 집으로 돌아가 버렸다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통일이 되면 없어지는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학교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음식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통일이 되면 다시 만날 수 있는 사람들은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외국 친구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유명한 연예인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헤어진 이산가족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멀리 떠난 옛 친구들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통일이 되면 기차로 어디까지 갈 수 있다고 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저 멀리 우주 끝 달나라까지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깊은 바닷속까지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하늘 위까지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북한을 지나 유럽까지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통일이 되면 합쳐지는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남한 기술과 북한 자원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남한의 신나는 노래와 북한의 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남한 음식과 북한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남한 산과 북한 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피노키오가 통일성으로 간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숨겨진 보물을 찾으려고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파란머리 요정을 만나려고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친구와 놀려고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맛있는 음식을 먹으러 가려고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피노키오가 위기를 이겨낸 방법은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혼자만의 힘으로 끝까지 버텨서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도망쳐서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여우·고양이와 힘을 합쳐서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잠을 자서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거짓말은 언제나 나쁘다는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모험은 즐겁다는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요정은 친절하다는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통일의 좋은 점과 필요성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전쟁  ·          ·  통일되면 없어지는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이산가족  ·          ·  다시 만나는 가족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북한 자원  ·          ·  남한 기술과 합쳐짐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통일이 되면 해 보고 싶은 일이나, 통일을 위해 내가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통일이 되면 좋은 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다시 나무 인형이 됐다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전쟁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헤어진 이산가족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북한을 지나 유럽까지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남한 기술과 북한 자원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파란머리 요정을 만나려고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여우·고양이와 힘을 합쳐서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통일의 좋은 점과 필요성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전쟁-없어지는 것 / 이산가족-다시 만남 / 북한 자원-남한 기술과 합쳐짐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통일이 되면 기차를 타고 북한을 지나 유럽까지 여행하고 싶다. 북한 친구를 돕는 저축도 하고 싶다. · (평가) 통일과 관련해 하고 싶은 일을 자기 말로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