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소설 속으로 빠진 아이돌</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악플과 가짜 논란에 시달리던 4년 차 아이돌 '유제비'가 '도망치고 싶다'고 빌던 순간, 평소 즐겨 보던 소설 속으로 빨려 들어가 주인공 다미를 괴롭히는 '악녀' 캐릭터의 몸에 빙의한다. 인기 많은 '사대천왕'과 얽히며 현실에서도 소설에서도 미움받는 상황에 처하지만, 정해진 결말에 휘둘리지 않고 스스로 행복을 찾아가려는 주체적 성장을 그린 판타지 로맨스 웹드라마.</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현실에서 주인공 유제비의 직업은 무엇인가요?</w:t>
      </w:r>
    </w:p>
    <w:p>
      <w:pPr>
        <w:ind w:left="320"/>
      </w:pPr>
      <w:r>
        <w:rPr>
          <w:rFonts w:ascii="맑은 고딕" w:hAnsi="맑은 고딕" w:eastAsia="맑은 고딕"/>
          <w:b w:val="0"/>
          <w:color w:val="4E5968"/>
          <w:sz w:val="22"/>
        </w:rPr>
        <w:t>① 4년 차 아이돌</w:t>
      </w:r>
    </w:p>
    <w:p>
      <w:pPr>
        <w:ind w:left="320"/>
      </w:pPr>
      <w:r>
        <w:rPr>
          <w:rFonts w:ascii="맑은 고딕" w:hAnsi="맑은 고딕" w:eastAsia="맑은 고딕"/>
          <w:b w:val="0"/>
          <w:color w:val="4E5968"/>
          <w:sz w:val="22"/>
        </w:rPr>
        <w:t>② 소설가</w:t>
      </w:r>
    </w:p>
    <w:p>
      <w:pPr>
        <w:ind w:left="320"/>
      </w:pPr>
      <w:r>
        <w:rPr>
          <w:rFonts w:ascii="맑은 고딕" w:hAnsi="맑은 고딕" w:eastAsia="맑은 고딕"/>
          <w:b w:val="0"/>
          <w:color w:val="4E5968"/>
          <w:sz w:val="22"/>
        </w:rPr>
        <w:t>③ 우리 반 학생회장</w:t>
      </w:r>
    </w:p>
    <w:p>
      <w:pPr>
        <w:ind w:left="320"/>
      </w:pPr>
      <w:r>
        <w:rPr>
          <w:rFonts w:ascii="맑은 고딕" w:hAnsi="맑은 고딕" w:eastAsia="맑은 고딕"/>
          <w:b w:val="0"/>
          <w:color w:val="4E5968"/>
          <w:sz w:val="22"/>
        </w:rPr>
        <w:t>④ 기자</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제비가 현실에서 큰 고통을 겪은 까닭으로 알맞은 것은?</w:t>
      </w:r>
    </w:p>
    <w:p>
      <w:pPr>
        <w:ind w:left="320"/>
      </w:pPr>
      <w:r>
        <w:rPr>
          <w:rFonts w:ascii="맑은 고딕" w:hAnsi="맑은 고딕" w:eastAsia="맑은 고딕"/>
          <w:b w:val="0"/>
          <w:color w:val="4E5968"/>
          <w:sz w:val="22"/>
        </w:rPr>
        <w:t>① 성적이 떨어져서</w:t>
      </w:r>
    </w:p>
    <w:p>
      <w:pPr>
        <w:ind w:left="320"/>
      </w:pPr>
      <w:r>
        <w:rPr>
          <w:rFonts w:ascii="맑은 고딕" w:hAnsi="맑은 고딕" w:eastAsia="맑은 고딕"/>
          <w:b w:val="0"/>
          <w:color w:val="4E5968"/>
          <w:sz w:val="22"/>
        </w:rPr>
        <w:t>② 중요한 무대에서 큰 실수를 해서</w:t>
      </w:r>
    </w:p>
    <w:p>
      <w:pPr>
        <w:ind w:left="320"/>
      </w:pPr>
      <w:r>
        <w:rPr>
          <w:rFonts w:ascii="맑은 고딕" w:hAnsi="맑은 고딕" w:eastAsia="맑은 고딕"/>
          <w:b w:val="0"/>
          <w:color w:val="4E5968"/>
          <w:sz w:val="22"/>
        </w:rPr>
        <w:t>③ 악플과 가짜 논란에 시달려서</w:t>
      </w:r>
    </w:p>
    <w:p>
      <w:pPr>
        <w:ind w:left="320"/>
      </w:pPr>
      <w:r>
        <w:rPr>
          <w:rFonts w:ascii="맑은 고딕" w:hAnsi="맑은 고딕" w:eastAsia="맑은 고딕"/>
          <w:b w:val="0"/>
          <w:color w:val="4E5968"/>
          <w:sz w:val="22"/>
        </w:rPr>
        <w:t>④ 회사를 옮겨서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소설 속으로 들어간 제비는 어떤 인물의 몸에 빙의하나요?</w:t>
      </w:r>
    </w:p>
    <w:p>
      <w:pPr>
        <w:ind w:left="320"/>
      </w:pPr>
      <w:r>
        <w:rPr>
          <w:rFonts w:ascii="맑은 고딕" w:hAnsi="맑은 고딕" w:eastAsia="맑은 고딕"/>
          <w:b w:val="0"/>
          <w:color w:val="4E5968"/>
          <w:sz w:val="22"/>
        </w:rPr>
        <w:t>① 이야기를 이끌어 가는 주인공 다미 본인</w:t>
      </w:r>
    </w:p>
    <w:p>
      <w:pPr>
        <w:ind w:left="320"/>
      </w:pPr>
      <w:r>
        <w:rPr>
          <w:rFonts w:ascii="맑은 고딕" w:hAnsi="맑은 고딕" w:eastAsia="맑은 고딕"/>
          <w:b w:val="0"/>
          <w:color w:val="4E5968"/>
          <w:sz w:val="22"/>
        </w:rPr>
        <w:t>② 주인공 다미를 괴롭히는 악녀 캐릭터</w:t>
      </w:r>
    </w:p>
    <w:p>
      <w:pPr>
        <w:ind w:left="320"/>
      </w:pPr>
      <w:r>
        <w:rPr>
          <w:rFonts w:ascii="맑은 고딕" w:hAnsi="맑은 고딕" w:eastAsia="맑은 고딕"/>
          <w:b w:val="0"/>
          <w:color w:val="4E5968"/>
          <w:sz w:val="22"/>
        </w:rPr>
        <w:t>③ 사대천왕 중 한 명</w:t>
      </w:r>
    </w:p>
    <w:p>
      <w:pPr>
        <w:ind w:left="320"/>
      </w:pPr>
      <w:r>
        <w:rPr>
          <w:rFonts w:ascii="맑은 고딕" w:hAnsi="맑은 고딕" w:eastAsia="맑은 고딕"/>
          <w:b w:val="0"/>
          <w:color w:val="4E5968"/>
          <w:sz w:val="22"/>
        </w:rPr>
        <w:t>④ 선생님</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'사대천왕' 중 제비가 가장 싫어한 캐릭터는 누구인가요?</w:t>
      </w:r>
    </w:p>
    <w:p>
      <w:pPr>
        <w:ind w:left="320"/>
      </w:pPr>
      <w:r>
        <w:rPr>
          <w:rFonts w:ascii="맑은 고딕" w:hAnsi="맑은 고딕" w:eastAsia="맑은 고딕"/>
          <w:b w:val="0"/>
          <w:color w:val="4E5968"/>
          <w:sz w:val="22"/>
        </w:rPr>
        <w:t>① 냉미남 제수오</w:t>
      </w:r>
    </w:p>
    <w:p>
      <w:pPr>
        <w:ind w:left="320"/>
      </w:pPr>
      <w:r>
        <w:rPr>
          <w:rFonts w:ascii="맑은 고딕" w:hAnsi="맑은 고딕" w:eastAsia="맑은 고딕"/>
          <w:b w:val="0"/>
          <w:color w:val="4E5968"/>
          <w:sz w:val="22"/>
        </w:rPr>
        <w:t>② 학생회장 진우 선배</w:t>
      </w:r>
    </w:p>
    <w:p>
      <w:pPr>
        <w:ind w:left="320"/>
      </w:pPr>
      <w:r>
        <w:rPr>
          <w:rFonts w:ascii="맑은 고딕" w:hAnsi="맑은 고딕" w:eastAsia="맑은 고딕"/>
          <w:b w:val="0"/>
          <w:color w:val="4E5968"/>
          <w:sz w:val="22"/>
        </w:rPr>
        <w:t>③ 서브남주 장님</w:t>
      </w:r>
    </w:p>
    <w:p>
      <w:pPr>
        <w:ind w:left="320"/>
      </w:pPr>
      <w:r>
        <w:rPr>
          <w:rFonts w:ascii="맑은 고딕" w:hAnsi="맑은 고딕" w:eastAsia="맑은 고딕"/>
          <w:b w:val="0"/>
          <w:color w:val="4E5968"/>
          <w:sz w:val="22"/>
        </w:rPr>
        <w:t>④ 바람둥이 신한생</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소설 속 악녀 캐릭터로 빙의한다.</w:t>
      </w:r>
    </w:p>
    <w:p>
      <w:pPr>
        <w:ind w:left="320"/>
      </w:pPr>
      <w:r>
        <w:rPr>
          <w:rFonts w:ascii="맑은 고딕" w:hAnsi="맑은 고딕" w:eastAsia="맑은 고딕"/>
          <w:b w:val="0"/>
          <w:color w:val="333D4B"/>
          <w:sz w:val="22"/>
        </w:rPr>
        <w:t>ㄴ. 악플과 가짜 논란에 시달린다.</w:t>
      </w:r>
    </w:p>
    <w:p>
      <w:pPr>
        <w:ind w:left="320"/>
      </w:pPr>
      <w:r>
        <w:rPr>
          <w:rFonts w:ascii="맑은 고딕" w:hAnsi="맑은 고딕" w:eastAsia="맑은 고딕"/>
          <w:b w:val="0"/>
          <w:color w:val="333D4B"/>
          <w:sz w:val="22"/>
        </w:rPr>
        <w:t>ㄷ. 원래 세계로 돌아갈 방법을 찾는다.</w:t>
      </w:r>
    </w:p>
    <w:p>
      <w:pPr>
        <w:ind w:left="320"/>
      </w:pPr>
      <w:r>
        <w:rPr>
          <w:rFonts w:ascii="맑은 고딕" w:hAnsi="맑은 고딕" w:eastAsia="맑은 고딕"/>
          <w:b w:val="0"/>
          <w:color w:val="333D4B"/>
          <w:sz w:val="22"/>
        </w:rPr>
        <w:t>ㄹ. "도망치고 싶다"고 간절히 빈다.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6. </w:t>
      </w:r>
      <w:r>
        <w:rPr>
          <w:rFonts w:ascii="맑은 고딕" w:hAnsi="맑은 고딕" w:eastAsia="맑은 고딕"/>
          <w:b/>
          <w:color w:val="191F28"/>
          <w:sz w:val="23"/>
        </w:rPr>
        <w:t>현실에서 힘들 때 제비가 그 소설을 보며 위로받은 까닭은?</w:t>
      </w:r>
    </w:p>
    <w:p>
      <w:pPr>
        <w:ind w:left="320"/>
      </w:pPr>
      <w:r>
        <w:rPr>
          <w:rFonts w:ascii="맑은 고딕" w:hAnsi="맑은 고딕" w:eastAsia="맑은 고딕"/>
          <w:b w:val="0"/>
          <w:color w:val="4E5968"/>
          <w:sz w:val="22"/>
        </w:rPr>
        <w:t>① '내 편'을 상상할 수 있어서</w:t>
      </w:r>
    </w:p>
    <w:p>
      <w:pPr>
        <w:ind w:left="320"/>
      </w:pPr>
      <w:r>
        <w:rPr>
          <w:rFonts w:ascii="맑은 고딕" w:hAnsi="맑은 고딕" w:eastAsia="맑은 고딕"/>
          <w:b w:val="0"/>
          <w:color w:val="4E5968"/>
          <w:sz w:val="22"/>
        </w:rPr>
        <w:t>② 소설이 짧아서</w:t>
      </w:r>
    </w:p>
    <w:p>
      <w:pPr>
        <w:ind w:left="320"/>
      </w:pPr>
      <w:r>
        <w:rPr>
          <w:rFonts w:ascii="맑은 고딕" w:hAnsi="맑은 고딕" w:eastAsia="맑은 고딕"/>
          <w:b w:val="0"/>
          <w:color w:val="4E5968"/>
          <w:sz w:val="22"/>
        </w:rPr>
        <w:t>③ 소설 속 주인공이 인기 아이돌이라서</w:t>
      </w:r>
    </w:p>
    <w:p>
      <w:pPr>
        <w:ind w:left="320"/>
      </w:pPr>
      <w:r>
        <w:rPr>
          <w:rFonts w:ascii="맑은 고딕" w:hAnsi="맑은 고딕" w:eastAsia="맑은 고딕"/>
          <w:b w:val="0"/>
          <w:color w:val="4E5968"/>
          <w:sz w:val="22"/>
        </w:rPr>
        <w:t>④ 결말을 외우고 있어서</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제비가 정해진 소설 결말을 바꾸려 하는 모습이 보여 주는 것은?</w:t>
      </w:r>
    </w:p>
    <w:p>
      <w:pPr>
        <w:ind w:left="320"/>
      </w:pPr>
      <w:r>
        <w:rPr>
          <w:rFonts w:ascii="맑은 고딕" w:hAnsi="맑은 고딕" w:eastAsia="맑은 고딕"/>
          <w:b w:val="0"/>
          <w:color w:val="4E5968"/>
          <w:sz w:val="22"/>
        </w:rPr>
        <w:t>① 소설을 싫어한다는 것</w:t>
      </w:r>
    </w:p>
    <w:p>
      <w:pPr>
        <w:ind w:left="320"/>
      </w:pPr>
      <w:r>
        <w:rPr>
          <w:rFonts w:ascii="맑은 고딕" w:hAnsi="맑은 고딕" w:eastAsia="맑은 고딕"/>
          <w:b w:val="0"/>
          <w:color w:val="4E5968"/>
          <w:sz w:val="22"/>
        </w:rPr>
        <w:t>② 기억을 잃었다는 것</w:t>
      </w:r>
    </w:p>
    <w:p>
      <w:pPr>
        <w:ind w:left="320"/>
      </w:pPr>
      <w:r>
        <w:rPr>
          <w:rFonts w:ascii="맑은 고딕" w:hAnsi="맑은 고딕" w:eastAsia="맑은 고딕"/>
          <w:b w:val="0"/>
          <w:color w:val="4E5968"/>
          <w:sz w:val="22"/>
        </w:rPr>
        <w:t>③ 스스로 행복을 찾으려는 주체성</w:t>
      </w:r>
    </w:p>
    <w:p>
      <w:pPr>
        <w:ind w:left="320"/>
      </w:pPr>
      <w:r>
        <w:rPr>
          <w:rFonts w:ascii="맑은 고딕" w:hAnsi="맑은 고딕" w:eastAsia="맑은 고딕"/>
          <w:b w:val="0"/>
          <w:color w:val="4E5968"/>
          <w:sz w:val="22"/>
        </w:rPr>
        <w:t>④ 이제 다시는 현실로 돌아가기 싫다는 것</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드라마가 악플 문제에 대해 던지는 메시지로 가장 알맞은 것은?</w:t>
      </w:r>
    </w:p>
    <w:p>
      <w:pPr>
        <w:ind w:left="320"/>
      </w:pPr>
      <w:r>
        <w:rPr>
          <w:rFonts w:ascii="맑은 고딕" w:hAnsi="맑은 고딕" w:eastAsia="맑은 고딕"/>
          <w:b w:val="0"/>
          <w:color w:val="4E5968"/>
          <w:sz w:val="22"/>
        </w:rPr>
        <w:t>① 악플은 관심의 표현이다</w:t>
      </w:r>
    </w:p>
    <w:p>
      <w:pPr>
        <w:ind w:left="320"/>
      </w:pPr>
      <w:r>
        <w:rPr>
          <w:rFonts w:ascii="맑은 고딕" w:hAnsi="맑은 고딕" w:eastAsia="맑은 고딕"/>
          <w:b w:val="0"/>
          <w:color w:val="4E5968"/>
          <w:sz w:val="22"/>
        </w:rPr>
        <w:t>② 근거 없는 악플이 큰 상처를 준다</w:t>
      </w:r>
    </w:p>
    <w:p>
      <w:pPr>
        <w:ind w:left="320"/>
      </w:pPr>
      <w:r>
        <w:rPr>
          <w:rFonts w:ascii="맑은 고딕" w:hAnsi="맑은 고딕" w:eastAsia="맑은 고딕"/>
          <w:b w:val="0"/>
          <w:color w:val="4E5968"/>
          <w:sz w:val="22"/>
        </w:rPr>
        <w:t>③ 유명인은 욕먹어도 된다</w:t>
      </w:r>
    </w:p>
    <w:p>
      <w:pPr>
        <w:ind w:left="320"/>
      </w:pPr>
      <w:r>
        <w:rPr>
          <w:rFonts w:ascii="맑은 고딕" w:hAnsi="맑은 고딕" w:eastAsia="맑은 고딕"/>
          <w:b w:val="0"/>
          <w:color w:val="4E5968"/>
          <w:sz w:val="22"/>
        </w:rPr>
        <w:t>④ 인터넷 댓글은 그냥 다 무시하면 된다</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악플로 상처받는 사람에게 힘이 되어 줄 따뜻한 '선플' 한마디를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제비처럼 정해진 상황(결말)에 휘둘리지 않고 스스로 헤쳐 나가려는 태도가 왜 중요한지,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[고학년] 소설 속으로 빠진 아이돌</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4년 차 아이돌</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③ 악플과 가짜 논란에 시달려서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② 주인공 다미를 괴롭히는 악녀 캐릭터</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바람둥이 신한생</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ㄹ → ㄱ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'내 편'을 상상할 수 있어서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스스로 행복을 찾으려는 주체성</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② 근거 없는 악플이 큰 상처를 준다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당신을 응원하는 사람도 많아요. 근거 없는 말에 흔들리지 말고 힘내요. · (평가) 상대를 존중하고 위로하는 마음을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힘든 상황도 노력으로 바꿀 수 있다고 믿어야 포기하지 않고 행복을 만들어 갈 수 있기 때문이다. · (평가) 주체적인 태도의 중요성을 까닭과 함께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