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헛소문을 넘어, 진심의 사과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소설 속 악녀가 된 제비는 오해와 헛소문 때문에 따돌림받는 다미를 돕기로 한다. 다미가 애들 말을 못 들었던 까닭이 어릴 때부터의 난청 때문임을 알게 된 제비는, 게시판 사건에서 용기 내어 자신의 잘못을 인정하고 진심으로 사과하며 다미와 친구들의 화해를 이끈다. 헛소문에 흔들리지 말고 진실을 확인하며, 용기 있는 사과로 우정을 지키는 태도를 보여 주는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제비가 오해와 따돌림에서 돕기로 한 친구는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수호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진우 선배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강준성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다미가 그동안 애들 말을 잘 못 들었던 진짜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평소에 일부러 못 들은 척 무시해서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귀가 잘 안 들리는 난청이라서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잠을 못 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관심이 없어서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다미가 미움받게 된 까닭 중 하나로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공부를 못해서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멀리서 낯선 이 학교로 전학을 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제비가 퍼뜨린 가짜 소문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키가 커서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게시판 사건에서 제비가 보여 준 용기로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다른 사람을 탓했다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모른 척했다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제비에 대한 나쁜 소문을 더 마구 퍼뜨렸다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자기 잘못을 인정하고 진심으로 사과했다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제비가 다미와 잘 지내려 다가간다.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다미가 따돌림과 오해로 힘들어한다.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제비가 잘못을 인정하고 사과해 화해한다.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다미가 난청이라는 사실을 알게 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'어설픈 사과로 다 용서받을 순 없다'는 말을 듣고도 제비가 사과한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혼날까 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잘못을 바로잡으려면 사과가 먼저라서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다미가 시켜서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마침 선생님이 바로 옆에서 지켜보고 있어서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다미의 일에서 우리가 배울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소문을 믿지 말고 진실을 확인해야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다수의 말은 늘 옳다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말이 없고 조용한 친구는 무조건 피해야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사과는 소용없다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3~4화가 전하는 메시지로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재미있는 소문일수록 더 빨리 퍼뜨리는 게 좋다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친구의 일은 모른 척하자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용기 내어 진심으로 사과하며 우정을 지키자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잘못은 숨기면 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친구에 대한 안 좋은 소문을 들었을 때 어떻게 해야 할지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오해로 힘들어하던 다미, 또는 용기 내어 사과한 제비에게 해 주고 싶은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헛소문을 넘어, 진심의 사과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다미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귀가 잘 안 들리는 난청이라서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제비가 퍼뜨린 가짜 소문 때문에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자기 잘못을 인정하고 진심으로 사과했다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잘못을 바로잡으려면 사과가 먼저라서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소문을 믿지 말고 진실을 확인해야 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용기 내어 진심으로 사과하며 우정을 지키자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'정말일까?' 하고 한 번 더 의심하고, 본인에게 직접 확인하기 전에는 함부로 믿거나 퍼뜨리지 않는다. · (평가) 소문을 검증하는 태도를 구체적으로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다미야, 네 잘못이 아니니 힘내. / 제비야, 잘못을 인정하고 사과하는 건 정말 용기 있는 일이야. · (평가) 상대에게 공감·격려의 마음을 담았는지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