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남들이 보는 나, 내가 아는 나</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악의적으로 합성된 사진과 '수사모' 사건으로 괴롭힘을 당하는 수오를, 제비가 진심으로 위로한다. '남들이 보는 네가 아니라 네가 아는 네 모습이 진짜'라는 말로 수오를 일으켜 세우고, 자신도 악플에 시달려 그러지 못했던 경험을 떠올린다. 한편 원작 설정(부잣집 악녀)과 전혀 다른 자기 집을 보며 소설이 거짓투성이였음을 깨닫고, '토끼'와의 머리핀 거래 상대가 엄마 선물을 사려던 어린아이였다는 따뜻한 반전도 펼쳐진다. 타인의 평가에 휘둘리지 않고 진짜 내 모습을 지키는 법을 전한다.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수오가 괴롭힘을 당하게 된 까닭으로 알맞은 것은?</w:t>
      </w:r>
    </w:p>
    <w:p>
      <w:pPr>
        <w:ind w:left="320"/>
      </w:pPr>
      <w:r>
        <w:rPr>
          <w:rFonts w:ascii="맑은 고딕" w:hAnsi="맑은 고딕" w:eastAsia="맑은 고딕"/>
          <w:b w:val="0"/>
          <w:color w:val="4E5968"/>
          <w:sz w:val="22"/>
        </w:rPr>
        <w:t>① 악의적으로 합성된 사진이 퍼져서</w:t>
      </w:r>
    </w:p>
    <w:p>
      <w:pPr>
        <w:ind w:left="320"/>
      </w:pPr>
      <w:r>
        <w:rPr>
          <w:rFonts w:ascii="맑은 고딕" w:hAnsi="맑은 고딕" w:eastAsia="맑은 고딕"/>
          <w:b w:val="0"/>
          <w:color w:val="4E5968"/>
          <w:sz w:val="22"/>
        </w:rPr>
        <w:t>② 성적이 떨어져서</w:t>
      </w:r>
    </w:p>
    <w:p>
      <w:pPr>
        <w:ind w:left="320"/>
      </w:pPr>
      <w:r>
        <w:rPr>
          <w:rFonts w:ascii="맑은 고딕" w:hAnsi="맑은 고딕" w:eastAsia="맑은 고딕"/>
          <w:b w:val="0"/>
          <w:color w:val="4E5968"/>
          <w:sz w:val="22"/>
        </w:rPr>
        <w:t>③ 학교에 지각을 자꾸 너무 자주 해서</w:t>
      </w:r>
    </w:p>
    <w:p>
      <w:pPr>
        <w:ind w:left="320"/>
      </w:pPr>
      <w:r>
        <w:rPr>
          <w:rFonts w:ascii="맑은 고딕" w:hAnsi="맑은 고딕" w:eastAsia="맑은 고딕"/>
          <w:b w:val="0"/>
          <w:color w:val="4E5968"/>
          <w:sz w:val="22"/>
        </w:rPr>
        <w:t>④ 전학을 와서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악플로 힘들어하는 수오에게 제비가 해 준 위로의 말은?</w:t>
      </w:r>
    </w:p>
    <w:p>
      <w:pPr>
        <w:ind w:left="320"/>
      </w:pPr>
      <w:r>
        <w:rPr>
          <w:rFonts w:ascii="맑은 고딕" w:hAnsi="맑은 고딕" w:eastAsia="맑은 고딕"/>
          <w:b w:val="0"/>
          <w:color w:val="4E5968"/>
          <w:sz w:val="22"/>
        </w:rPr>
        <w:t>① 참으면 된다고 했다</w:t>
      </w:r>
    </w:p>
    <w:p>
      <w:pPr>
        <w:ind w:left="320"/>
      </w:pPr>
      <w:r>
        <w:rPr>
          <w:rFonts w:ascii="맑은 고딕" w:hAnsi="맑은 고딕" w:eastAsia="맑은 고딕"/>
          <w:b w:val="0"/>
          <w:color w:val="4E5968"/>
          <w:sz w:val="22"/>
        </w:rPr>
        <w:t>② '네가 아는 네 모습이 진짜'라고 했다</w:t>
      </w:r>
    </w:p>
    <w:p>
      <w:pPr>
        <w:ind w:left="320"/>
      </w:pPr>
      <w:r>
        <w:rPr>
          <w:rFonts w:ascii="맑은 고딕" w:hAnsi="맑은 고딕" w:eastAsia="맑은 고딕"/>
          <w:b w:val="0"/>
          <w:color w:val="4E5968"/>
          <w:sz w:val="22"/>
        </w:rPr>
        <w:t>③ 그냥 신경 쓰지 말라며 휑하니 떠나 버렸다</w:t>
      </w:r>
    </w:p>
    <w:p>
      <w:pPr>
        <w:ind w:left="320"/>
      </w:pPr>
      <w:r>
        <w:rPr>
          <w:rFonts w:ascii="맑은 고딕" w:hAnsi="맑은 고딕" w:eastAsia="맑은 고딕"/>
          <w:b w:val="0"/>
          <w:color w:val="4E5968"/>
          <w:sz w:val="22"/>
        </w:rPr>
        <w:t>④ 회사에 알리라고 했다</w:t>
      </w:r>
    </w:p>
    <w:p>
      <w:pPr>
        <w:spacing w:before="240"/>
      </w:pPr>
      <w:r>
        <w:rPr>
          <w:rFonts w:ascii="맑은 고딕" w:hAnsi="맑은 고딕" w:eastAsia="맑은 고딕"/>
          <w:b/>
          <w:color w:val="8B95A1"/>
          <w:sz w:val="17"/>
        </w:rPr>
        <w:t xml:space="preserve">  사실 구별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제비가 자기 집(소설 속 '부잣집 악녀')에 가 보고 알게 된 것은?</w:t>
      </w:r>
    </w:p>
    <w:p>
      <w:pPr>
        <w:ind w:left="320"/>
      </w:pPr>
      <w:r>
        <w:rPr>
          <w:rFonts w:ascii="맑은 고딕" w:hAnsi="맑은 고딕" w:eastAsia="맑은 고딕"/>
          <w:b w:val="0"/>
          <w:color w:val="4E5968"/>
          <w:sz w:val="22"/>
        </w:rPr>
        <w:t>① 집이 더 컸다</w:t>
      </w:r>
    </w:p>
    <w:p>
      <w:pPr>
        <w:ind w:left="320"/>
      </w:pPr>
      <w:r>
        <w:rPr>
          <w:rFonts w:ascii="맑은 고딕" w:hAnsi="맑은 고딕" w:eastAsia="맑은 고딕"/>
          <w:b w:val="0"/>
          <w:color w:val="4E5968"/>
          <w:sz w:val="22"/>
        </w:rPr>
        <w:t>② 부모님이 부자였다</w:t>
      </w:r>
    </w:p>
    <w:p>
      <w:pPr>
        <w:ind w:left="320"/>
      </w:pPr>
      <w:r>
        <w:rPr>
          <w:rFonts w:ascii="맑은 고딕" w:hAnsi="맑은 고딕" w:eastAsia="맑은 고딕"/>
          <w:b w:val="0"/>
          <w:color w:val="4E5968"/>
          <w:sz w:val="22"/>
        </w:rPr>
        <w:t>③ 원작 설정과 달리 가난한 집이었다</w:t>
      </w:r>
    </w:p>
    <w:p>
      <w:pPr>
        <w:ind w:left="320"/>
      </w:pPr>
      <w:r>
        <w:rPr>
          <w:rFonts w:ascii="맑은 고딕" w:hAnsi="맑은 고딕" w:eastAsia="맑은 고딕"/>
          <w:b w:val="0"/>
          <w:color w:val="4E5968"/>
          <w:sz w:val="22"/>
        </w:rPr>
        <w:t>④ 집에 아무도 살지 않고 텅 비어 있었다</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4. </w:t>
      </w:r>
      <w:r>
        <w:rPr>
          <w:rFonts w:ascii="맑은 고딕" w:hAnsi="맑은 고딕" w:eastAsia="맑은 고딕"/>
          <w:b/>
          <w:color w:val="191F28"/>
          <w:sz w:val="23"/>
        </w:rPr>
        <w:t>수오가 제비 발목에 몰래 반창고를 가져다 둔 것이 뜻하는 것은?</w:t>
      </w:r>
    </w:p>
    <w:p>
      <w:pPr>
        <w:ind w:left="320"/>
      </w:pPr>
      <w:r>
        <w:rPr>
          <w:rFonts w:ascii="맑은 고딕" w:hAnsi="맑은 고딕" w:eastAsia="맑은 고딕"/>
          <w:b w:val="0"/>
          <w:color w:val="4E5968"/>
          <w:sz w:val="22"/>
        </w:rPr>
        <w:t>① 장난을 치려고</w:t>
      </w:r>
    </w:p>
    <w:p>
      <w:pPr>
        <w:ind w:left="320"/>
      </w:pPr>
      <w:r>
        <w:rPr>
          <w:rFonts w:ascii="맑은 고딕" w:hAnsi="맑은 고딕" w:eastAsia="맑은 고딕"/>
          <w:b w:val="0"/>
          <w:color w:val="4E5968"/>
          <w:sz w:val="22"/>
        </w:rPr>
        <w:t>② 버리려고</w:t>
      </w:r>
    </w:p>
    <w:p>
      <w:pPr>
        <w:ind w:left="320"/>
      </w:pPr>
      <w:r>
        <w:rPr>
          <w:rFonts w:ascii="맑은 고딕" w:hAnsi="맑은 고딕" w:eastAsia="맑은 고딕"/>
          <w:b w:val="0"/>
          <w:color w:val="4E5968"/>
          <w:sz w:val="22"/>
        </w:rPr>
        <w:t>③ 그저 사람들의 관심을 끌어 보려고</w:t>
      </w:r>
    </w:p>
    <w:p>
      <w:pPr>
        <w:ind w:left="320"/>
      </w:pPr>
      <w:r>
        <w:rPr>
          <w:rFonts w:ascii="맑은 고딕" w:hAnsi="맑은 고딕" w:eastAsia="맑은 고딕"/>
          <w:b w:val="0"/>
          <w:color w:val="4E5968"/>
          <w:sz w:val="22"/>
        </w:rPr>
        <w:t>④ 표현은 서툴지만 걱정하는 마음</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제비가 수오를 진심으로 위로한다.</w:t>
      </w:r>
    </w:p>
    <w:p>
      <w:pPr>
        <w:ind w:left="320"/>
      </w:pPr>
      <w:r>
        <w:rPr>
          <w:rFonts w:ascii="맑은 고딕" w:hAnsi="맑은 고딕" w:eastAsia="맑은 고딕"/>
          <w:b w:val="0"/>
          <w:color w:val="333D4B"/>
          <w:sz w:val="22"/>
        </w:rPr>
        <w:t>ㄴ. 수오의 합성 사진이 퍼져 괴롭힘을 당한다.</w:t>
      </w:r>
    </w:p>
    <w:p>
      <w:pPr>
        <w:ind w:left="320"/>
      </w:pPr>
      <w:r>
        <w:rPr>
          <w:rFonts w:ascii="맑은 고딕" w:hAnsi="맑은 고딕" w:eastAsia="맑은 고딕"/>
          <w:b w:val="0"/>
          <w:color w:val="333D4B"/>
          <w:sz w:val="22"/>
        </w:rPr>
        <w:t>ㄷ. '토끼'와의 거래 상대가 어린아이임이 밝혀진다.</w:t>
      </w:r>
    </w:p>
    <w:p>
      <w:pPr>
        <w:ind w:left="320"/>
      </w:pPr>
      <w:r>
        <w:rPr>
          <w:rFonts w:ascii="맑은 고딕" w:hAnsi="맑은 고딕" w:eastAsia="맑은 고딕"/>
          <w:b w:val="0"/>
          <w:color w:val="333D4B"/>
          <w:sz w:val="22"/>
        </w:rPr>
        <w:t>ㄹ. 수사모 페이지가 폐쇄된다.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6. </w:t>
      </w:r>
      <w:r>
        <w:rPr>
          <w:rFonts w:ascii="맑은 고딕" w:hAnsi="맑은 고딕" w:eastAsia="맑은 고딕"/>
          <w:b/>
          <w:color w:val="191F28"/>
          <w:sz w:val="23"/>
        </w:rPr>
        <w:t>제비가 '남들 말에 휩쓸려 너 자신을 잃지 말라'고 말하며 떠올린 것은?</w:t>
      </w:r>
    </w:p>
    <w:p>
      <w:pPr>
        <w:ind w:left="320"/>
      </w:pPr>
      <w:r>
        <w:rPr>
          <w:rFonts w:ascii="맑은 고딕" w:hAnsi="맑은 고딕" w:eastAsia="맑은 고딕"/>
          <w:b w:val="0"/>
          <w:color w:val="4E5968"/>
          <w:sz w:val="22"/>
        </w:rPr>
        <w:t>① 오래전 부모님이 자주 해 주시던 따뜻한 말씀</w:t>
      </w:r>
    </w:p>
    <w:p>
      <w:pPr>
        <w:ind w:left="320"/>
      </w:pPr>
      <w:r>
        <w:rPr>
          <w:rFonts w:ascii="맑은 고딕" w:hAnsi="맑은 고딕" w:eastAsia="맑은 고딕"/>
          <w:b w:val="0"/>
          <w:color w:val="4E5968"/>
          <w:sz w:val="22"/>
        </w:rPr>
        <w:t>② 자신도 악플에 시달려 그러지 못했던 경험</w:t>
      </w:r>
    </w:p>
    <w:p>
      <w:pPr>
        <w:ind w:left="320"/>
      </w:pPr>
      <w:r>
        <w:rPr>
          <w:rFonts w:ascii="맑은 고딕" w:hAnsi="맑은 고딕" w:eastAsia="맑은 고딕"/>
          <w:b w:val="0"/>
          <w:color w:val="4E5968"/>
          <w:sz w:val="22"/>
        </w:rPr>
        <w:t>③ 수오의 성적</w:t>
      </w:r>
    </w:p>
    <w:p>
      <w:pPr>
        <w:ind w:left="320"/>
      </w:pPr>
      <w:r>
        <w:rPr>
          <w:rFonts w:ascii="맑은 고딕" w:hAnsi="맑은 고딕" w:eastAsia="맑은 고딕"/>
          <w:b w:val="0"/>
          <w:color w:val="4E5968"/>
          <w:sz w:val="22"/>
        </w:rPr>
        <w:t>④ 소설의 결말</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7. </w:t>
      </w:r>
      <w:r>
        <w:rPr>
          <w:rFonts w:ascii="맑은 고딕" w:hAnsi="맑은 고딕" w:eastAsia="맑은 고딕"/>
          <w:b/>
          <w:color w:val="191F28"/>
          <w:sz w:val="23"/>
        </w:rPr>
        <w:t>'토끼'의 정체가 엄마 생신 선물을 사려던 어린아이였던 것이 주는 느낌으로 알맞은 것은?</w:t>
      </w:r>
    </w:p>
    <w:p>
      <w:pPr>
        <w:ind w:left="320"/>
      </w:pPr>
      <w:r>
        <w:rPr>
          <w:rFonts w:ascii="맑은 고딕" w:hAnsi="맑은 고딕" w:eastAsia="맑은 고딕"/>
          <w:b w:val="0"/>
          <w:color w:val="4E5968"/>
          <w:sz w:val="22"/>
        </w:rPr>
        <w:t>① 알고 보니 따뜻한 사연이었다는 반전</w:t>
      </w:r>
    </w:p>
    <w:p>
      <w:pPr>
        <w:ind w:left="320"/>
      </w:pPr>
      <w:r>
        <w:rPr>
          <w:rFonts w:ascii="맑은 고딕" w:hAnsi="맑은 고딕" w:eastAsia="맑은 고딕"/>
          <w:b w:val="0"/>
          <w:color w:val="4E5968"/>
          <w:sz w:val="22"/>
        </w:rPr>
        <w:t>② 역시 위험한 일이었다</w:t>
      </w:r>
    </w:p>
    <w:p>
      <w:pPr>
        <w:ind w:left="320"/>
      </w:pPr>
      <w:r>
        <w:rPr>
          <w:rFonts w:ascii="맑은 고딕" w:hAnsi="맑은 고딕" w:eastAsia="맑은 고딕"/>
          <w:b w:val="0"/>
          <w:color w:val="4E5968"/>
          <w:sz w:val="22"/>
        </w:rPr>
        <w:t>③ 거래는 하면 안 된다는 것</w:t>
      </w:r>
    </w:p>
    <w:p>
      <w:pPr>
        <w:ind w:left="320"/>
      </w:pPr>
      <w:r>
        <w:rPr>
          <w:rFonts w:ascii="맑은 고딕" w:hAnsi="맑은 고딕" w:eastAsia="맑은 고딕"/>
          <w:b w:val="0"/>
          <w:color w:val="4E5968"/>
          <w:sz w:val="22"/>
        </w:rPr>
        <w:t>④ 세상 어린이는 절대 믿으면 안 된다는 것</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5~6화가 전하는 메시지로 가장 알맞은 것은?</w:t>
      </w:r>
    </w:p>
    <w:p>
      <w:pPr>
        <w:ind w:left="320"/>
      </w:pPr>
      <w:r>
        <w:rPr>
          <w:rFonts w:ascii="맑은 고딕" w:hAnsi="맑은 고딕" w:eastAsia="맑은 고딕"/>
          <w:b w:val="0"/>
          <w:color w:val="4E5968"/>
          <w:sz w:val="22"/>
        </w:rPr>
        <w:t>① 무엇보다 남들의 평가가 가장 중요하다</w:t>
      </w:r>
    </w:p>
    <w:p>
      <w:pPr>
        <w:ind w:left="320"/>
      </w:pPr>
      <w:r>
        <w:rPr>
          <w:rFonts w:ascii="맑은 고딕" w:hAnsi="맑은 고딕" w:eastAsia="맑은 고딕"/>
          <w:b w:val="0"/>
          <w:color w:val="4E5968"/>
          <w:sz w:val="22"/>
        </w:rPr>
        <w:t>② 소문은 무시하면 안 된다</w:t>
      </w:r>
    </w:p>
    <w:p>
      <w:pPr>
        <w:ind w:left="320"/>
      </w:pPr>
      <w:r>
        <w:rPr>
          <w:rFonts w:ascii="맑은 고딕" w:hAnsi="맑은 고딕" w:eastAsia="맑은 고딕"/>
          <w:b w:val="0"/>
          <w:color w:val="4E5968"/>
          <w:sz w:val="22"/>
        </w:rPr>
        <w:t>③ 진짜 내 모습을 지키고 사랑하자</w:t>
      </w:r>
    </w:p>
    <w:p>
      <w:pPr>
        <w:ind w:left="320"/>
      </w:pPr>
      <w:r>
        <w:rPr>
          <w:rFonts w:ascii="맑은 고딕" w:hAnsi="맑은 고딕" w:eastAsia="맑은 고딕"/>
          <w:b w:val="0"/>
          <w:color w:val="4E5968"/>
          <w:sz w:val="22"/>
        </w:rPr>
        <w:t>④ 혼자 있는 게 가장 좋다</w:t>
      </w: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수오의 사진처럼 합성된 사진이나 가짜 정보가 인터넷에 떠돌 때, 진짜인지 가짜인지 어떻게 가려낼 수 있을지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'남들이 보는 나'보다 '내가 아는 나'가 진짜라는 제비의 말에 대한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[고학년] 남들이 보는 나, 내가 아는 나</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악의적으로 합성된 사진이 퍼져서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'네가 아는 네 모습이 진짜'라고 했다</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원작 설정과 달리 가난한 집이었다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표현은 서툴지만 걱정하는 마음</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자신도 악플에 시달려 그러지 못했던 경험</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알고 보니 따뜻한 사연이었다는 반전</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진짜 내 모습을 지키고 사랑하자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출처가 믿을 만한지 확인하고, 다른 자료와 비교하며, 어색한 부분이 없는지 살핀다. 확실하지 않으면 함부로 믿거나 퍼뜨리지 않는다. · (평가) 정보의 진위를 가리는 방법을 구체적으로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남의 평가는 일부분일 뿐이고 사실이 아닐 때도 많다. 내가 나를 잘 알고 아껴야 흔들리지 않을 수 있어 맞는 말이라고 생각한다. · (평가) 자기 생각을 까닭과 함께 밝혔는지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