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정해진 운명보다 진심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분수대 사건 이후 제비는 수오의 마음을 돌리려 애쓰며, '오줌싸개'라 놀림받던 동생 윤호를 도와준다. 겉으로는 퉁명스럽지만 동생을 끔찍이 챙기는 수오의 진심이 드러나고, 데이트가 겹치며 생긴 오해 끝에 '수오가 다미를 좋아한 게 아니었다'는 사실이 밝혀진다. 정해진 소설의 운명보다 스스로 만들어 가는 진심과 관계의 소중함을 보여 주는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제비가 수오의 마음을 얻기 위해 챙겨 준 사람은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수오의 동생 윤호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진우 선배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수오의 단짝 친구 민운현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윤호가 친구들에게 놀림과 괴롭힘을 당한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학교 공부를 너무너무 못해서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'오줌싸개'라 놀림받아서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키가 작아서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전학을 와서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윤호의 일에서 제비와 수오가 알려 준 바른 대처는?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무조건 맞서서 끝까지 싸워야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참아야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어른께 말하고 도움을 요청하라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혼자 해결하라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데이트 사건을 거치며 풀린 오해로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제비가 거짓말을 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다미가 전학을 간다는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진우가 사실은 제비를 몰래 좋아한다는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수오가 다미를 좋아한 게 아니라는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제비가 동생 윤호를 챙겨 준다.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분수대 사건 뒤 제비가 수오의 마음을 돌리려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데이트가 겹치며 오해가 생긴다.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수오가 다미를 좋아한 게 아니라는 오해가 풀린다.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퉁명스러워 보이는 수오가 동생을 끔찍이 챙기고 제비를 몰래 걱정한 모습이 보여 주는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모든 게 다 귀찮고 성가시기만 한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표현은 서툴러도 속으로 아끼는 따뜻한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관심이 없는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화가 난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제비가 처음 수오에게 접근한 진짜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다미와 운현을 이어 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수오가 동네에 소문난 큰 부자라서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복수하려고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유명해지려고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7~8화가 전하는 메시지로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운명은 바꿀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남의 친구 일에는 함부로 끼어들면 절대 안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스스로 만들어 가는 진심과 관계가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오해는 그냥 두는 게 낫다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윤호처럼 놀림이나 괴롭힘을 당할 때 어떻게 하면 좋을지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겉으로는 퉁명스럽지만 속으로 아끼는 수오처럼, 고마운 마음을 솔직히 표현하는 것이 왜 중요한지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정해진 운명보다 진심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수오의 동생 윤호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'오줌싸개'라 놀림받아서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어른께 말하고 도움을 요청하라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수오가 다미를 좋아한 게 아니라는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표현은 서툴러도 속으로 아끼는 따뜻한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다미와 운현을 이어 주려고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스스로 만들어 가는 진심과 관계가 소중하다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혼자 참거나 무서워하지 말고, 믿을 만한 어른이나 친구에게 솔직히 말하고 도움을 요청한다. 도움을 청하는 건 부끄러운 일이 아니다. · (평가) 도움 요청 등 바른 대처를 구체적으로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마음은 표현하지 않으면 상대가 알 수 없어 오해가 생긴다. 진심을 전할 때 서로를 더 잘 이해하고 가까워질 수 있다. · (평가) 표현의 중요성을 까닭과 함께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