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rFonts w:ascii="맑은 고딕" w:hAnsi="맑은 고딕" w:eastAsia="맑은 고딕"/>
          <w:b/>
          <w:color w:val="2272EB"/>
          <w:sz w:val="19"/>
        </w:rPr>
        <w:t xml:space="preserve">[초등 고학년용] </w:t>
      </w:r>
    </w:p>
    <w:p>
      <w:r>
        <w:rPr>
          <w:rFonts w:ascii="맑은 고딕" w:hAnsi="맑은 고딕" w:eastAsia="맑은 고딕"/>
          <w:b/>
          <w:color w:val="191F28"/>
          <w:sz w:val="36"/>
        </w:rPr>
        <w:t>어긋나는 소설, 진심을 택한 사람들</w:t>
      </w:r>
    </w:p>
    <w:p>
      <w:r>
        <w:rPr>
          <w:rFonts w:ascii="맑은 고딕" w:hAnsi="맑은 고딕" w:eastAsia="맑은 고딕"/>
          <w:b/>
          <w:color w:val="2272EB"/>
          <w:sz w:val="19"/>
        </w:rPr>
        <w:t xml:space="preserve">영상 미리보기  </w:t>
      </w:r>
      <w:r>
        <w:rPr>
          <w:rFonts w:ascii="맑은 고딕" w:hAnsi="맑은 고딕" w:eastAsia="맑은 고딕"/>
          <w:b w:val="0"/>
          <w:color w:val="4E5968"/>
          <w:sz w:val="19"/>
        </w:rPr>
        <w:t>소설 속 이야기가 자꾸만 어긋나기 시작한다. 원작에 없던 전학생 강승이가 나타나 스토리가 뒤틀리고, 알고 보니 강승이도 제비처럼 현실에서 소설로 들어온 사람이었다. 자신 때문에 결말이 바뀌었다고 자책하는 유제비와, 정해진 결말보다 지금의 마음을 택해 솔직히 고백하는 제수오. 양다리 소문 속에서도 제비가 흔들리지 않고 진실을 말하며 우정과 진심을 지키는 이야기.</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1. </w:t>
      </w:r>
      <w:r>
        <w:rPr>
          <w:rFonts w:ascii="맑은 고딕" w:hAnsi="맑은 고딕" w:eastAsia="맑은 고딕"/>
          <w:b/>
          <w:color w:val="191F28"/>
          <w:sz w:val="23"/>
        </w:rPr>
        <w:t>원작 소설에는 없던 인물로 새로 등장한 전학생은 누구인가요?</w:t>
      </w:r>
    </w:p>
    <w:p>
      <w:pPr>
        <w:ind w:left="320"/>
      </w:pPr>
      <w:r>
        <w:rPr>
          <w:rFonts w:ascii="맑은 고딕" w:hAnsi="맑은 고딕" w:eastAsia="맑은 고딕"/>
          <w:b w:val="0"/>
          <w:color w:val="4E5968"/>
          <w:sz w:val="22"/>
        </w:rPr>
        <w:t>① 강승이</w:t>
      </w:r>
    </w:p>
    <w:p>
      <w:pPr>
        <w:ind w:left="320"/>
      </w:pPr>
      <w:r>
        <w:rPr>
          <w:rFonts w:ascii="맑은 고딕" w:hAnsi="맑은 고딕" w:eastAsia="맑은 고딕"/>
          <w:b w:val="0"/>
          <w:color w:val="4E5968"/>
          <w:sz w:val="22"/>
        </w:rPr>
        <w:t>② 제수오</w:t>
      </w:r>
    </w:p>
    <w:p>
      <w:pPr>
        <w:ind w:left="320"/>
      </w:pPr>
      <w:r>
        <w:rPr>
          <w:rFonts w:ascii="맑은 고딕" w:hAnsi="맑은 고딕" w:eastAsia="맑은 고딕"/>
          <w:b w:val="0"/>
          <w:color w:val="4E5968"/>
          <w:sz w:val="22"/>
        </w:rPr>
        <w:t>③ 다미</w:t>
      </w:r>
    </w:p>
    <w:p>
      <w:pPr>
        <w:ind w:left="320"/>
      </w:pPr>
      <w:r>
        <w:rPr>
          <w:rFonts w:ascii="맑은 고딕" w:hAnsi="맑은 고딕" w:eastAsia="맑은 고딕"/>
          <w:b w:val="0"/>
          <w:color w:val="4E5968"/>
          <w:sz w:val="22"/>
        </w:rPr>
        <w:t>④ 진우 선배</w:t>
      </w:r>
    </w:p>
    <w:p>
      <w:pPr>
        <w:spacing w:before="240"/>
      </w:pPr>
      <w:r>
        <w:rPr>
          <w:rFonts w:ascii="맑은 고딕" w:hAnsi="맑은 고딕" w:eastAsia="맑은 고딕"/>
          <w:b/>
          <w:color w:val="8B95A1"/>
          <w:sz w:val="17"/>
        </w:rPr>
        <w:t xml:space="preserve">  사실 구별 · 객관식  </w:t>
      </w:r>
    </w:p>
    <w:p>
      <w:r>
        <w:rPr>
          <w:rFonts w:ascii="맑은 고딕" w:hAnsi="맑은 고딕" w:eastAsia="맑은 고딕"/>
          <w:b/>
          <w:color w:val="2272EB"/>
          <w:sz w:val="24"/>
        </w:rPr>
        <w:t xml:space="preserve">2. </w:t>
      </w:r>
      <w:r>
        <w:rPr>
          <w:rFonts w:ascii="맑은 고딕" w:hAnsi="맑은 고딕" w:eastAsia="맑은 고딕"/>
          <w:b/>
          <w:color w:val="191F28"/>
          <w:sz w:val="23"/>
        </w:rPr>
        <w:t>전학생 강승이의 정체로 밝혀진 것은 무엇인가요?</w:t>
      </w:r>
    </w:p>
    <w:p>
      <w:pPr>
        <w:ind w:left="320"/>
      </w:pPr>
      <w:r>
        <w:rPr>
          <w:rFonts w:ascii="맑은 고딕" w:hAnsi="맑은 고딕" w:eastAsia="맑은 고딕"/>
          <w:b w:val="0"/>
          <w:color w:val="4E5968"/>
          <w:sz w:val="22"/>
        </w:rPr>
        <w:t>① 소설 원작 속에 처음부터 있던 진짜 주인공</w:t>
      </w:r>
    </w:p>
    <w:p>
      <w:pPr>
        <w:ind w:left="320"/>
      </w:pPr>
      <w:r>
        <w:rPr>
          <w:rFonts w:ascii="맑은 고딕" w:hAnsi="맑은 고딕" w:eastAsia="맑은 고딕"/>
          <w:b w:val="0"/>
          <w:color w:val="4E5968"/>
          <w:sz w:val="22"/>
        </w:rPr>
        <w:t>② 제비처럼 현실에서 소설로 들어온 사람</w:t>
      </w:r>
    </w:p>
    <w:p>
      <w:pPr>
        <w:ind w:left="320"/>
      </w:pPr>
      <w:r>
        <w:rPr>
          <w:rFonts w:ascii="맑은 고딕" w:hAnsi="맑은 고딕" w:eastAsia="맑은 고딕"/>
          <w:b w:val="0"/>
          <w:color w:val="4E5968"/>
          <w:sz w:val="22"/>
        </w:rPr>
        <w:t>③ 악플을 다는 사람</w:t>
      </w:r>
    </w:p>
    <w:p>
      <w:pPr>
        <w:ind w:left="320"/>
      </w:pPr>
      <w:r>
        <w:rPr>
          <w:rFonts w:ascii="맑은 고딕" w:hAnsi="맑은 고딕" w:eastAsia="맑은 고딕"/>
          <w:b w:val="0"/>
          <w:color w:val="4E5968"/>
          <w:sz w:val="22"/>
        </w:rPr>
        <w:t>④ 선생님의 동생</w:t>
      </w:r>
    </w:p>
    <w:p>
      <w:pPr>
        <w:spacing w:before="240"/>
      </w:pPr>
      <w:r>
        <w:rPr>
          <w:rFonts w:ascii="맑은 고딕" w:hAnsi="맑은 고딕" w:eastAsia="맑은 고딕"/>
          <w:b/>
          <w:color w:val="8B95A1"/>
          <w:sz w:val="17"/>
        </w:rPr>
        <w:t xml:space="preserve">  추론 · 까닭 찾기  </w:t>
      </w:r>
    </w:p>
    <w:p>
      <w:r>
        <w:rPr>
          <w:rFonts w:ascii="맑은 고딕" w:hAnsi="맑은 고딕" w:eastAsia="맑은 고딕"/>
          <w:b/>
          <w:color w:val="2272EB"/>
          <w:sz w:val="24"/>
        </w:rPr>
        <w:t xml:space="preserve">3. </w:t>
      </w:r>
      <w:r>
        <w:rPr>
          <w:rFonts w:ascii="맑은 고딕" w:hAnsi="맑은 고딕" w:eastAsia="맑은 고딕"/>
          <w:b/>
          <w:color w:val="191F28"/>
          <w:sz w:val="23"/>
        </w:rPr>
        <w:t>원작의 해피엔딩 설정이 바뀌어 버린 까닭으로 알맞은 것은?</w:t>
      </w:r>
    </w:p>
    <w:p>
      <w:pPr>
        <w:ind w:left="320"/>
      </w:pPr>
      <w:r>
        <w:rPr>
          <w:rFonts w:ascii="맑은 고딕" w:hAnsi="맑은 고딕" w:eastAsia="맑은 고딕"/>
          <w:b w:val="0"/>
          <w:color w:val="4E5968"/>
          <w:sz w:val="22"/>
        </w:rPr>
        <w:t>① 제비가 보던 책을 그만 잃어버려서</w:t>
      </w:r>
    </w:p>
    <w:p>
      <w:pPr>
        <w:ind w:left="320"/>
      </w:pPr>
      <w:r>
        <w:rPr>
          <w:rFonts w:ascii="맑은 고딕" w:hAnsi="맑은 고딕" w:eastAsia="맑은 고딕"/>
          <w:b w:val="0"/>
          <w:color w:val="4E5968"/>
          <w:sz w:val="22"/>
        </w:rPr>
        <w:t>② 작가가 죽어서</w:t>
      </w:r>
    </w:p>
    <w:p>
      <w:pPr>
        <w:ind w:left="320"/>
      </w:pPr>
      <w:r>
        <w:rPr>
          <w:rFonts w:ascii="맑은 고딕" w:hAnsi="맑은 고딕" w:eastAsia="맑은 고딕"/>
          <w:b w:val="0"/>
          <w:color w:val="4E5968"/>
          <w:sz w:val="22"/>
        </w:rPr>
        <w:t>③ '외전'이 나와 결말이 달라져서</w:t>
      </w:r>
    </w:p>
    <w:p>
      <w:pPr>
        <w:ind w:left="320"/>
      </w:pPr>
      <w:r>
        <w:rPr>
          <w:rFonts w:ascii="맑은 고딕" w:hAnsi="맑은 고딕" w:eastAsia="맑은 고딕"/>
          <w:b w:val="0"/>
          <w:color w:val="4E5968"/>
          <w:sz w:val="22"/>
        </w:rPr>
        <w:t>④ 독자가 줄어서</w:t>
      </w:r>
    </w:p>
    <w:p>
      <w:pPr>
        <w:spacing w:before="240"/>
      </w:pPr>
      <w:r>
        <w:rPr>
          <w:rFonts w:ascii="맑은 고딕" w:hAnsi="맑은 고딕" w:eastAsia="맑은 고딕"/>
          <w:b/>
          <w:color w:val="8B95A1"/>
          <w:sz w:val="17"/>
        </w:rPr>
        <w:t xml:space="preserve">  내용 이해 · 객관식  </w:t>
      </w:r>
    </w:p>
    <w:p>
      <w:r>
        <w:rPr>
          <w:rFonts w:ascii="맑은 고딕" w:hAnsi="맑은 고딕" w:eastAsia="맑은 고딕"/>
          <w:b/>
          <w:color w:val="2272EB"/>
          <w:sz w:val="24"/>
        </w:rPr>
        <w:t xml:space="preserve">4. </w:t>
      </w:r>
      <w:r>
        <w:rPr>
          <w:rFonts w:ascii="맑은 고딕" w:hAnsi="맑은 고딕" w:eastAsia="맑은 고딕"/>
          <w:b/>
          <w:color w:val="191F28"/>
          <w:sz w:val="23"/>
        </w:rPr>
        <w:t>제수오(수호)가 제비에게 한 행동으로 알맞은 것은?</w:t>
      </w:r>
    </w:p>
    <w:p>
      <w:pPr>
        <w:ind w:left="320"/>
      </w:pPr>
      <w:r>
        <w:rPr>
          <w:rFonts w:ascii="맑은 고딕" w:hAnsi="맑은 고딕" w:eastAsia="맑은 고딕"/>
          <w:b w:val="0"/>
          <w:color w:val="4E5968"/>
          <w:sz w:val="22"/>
        </w:rPr>
        <w:t>① 제비를 멀리했다</w:t>
      </w:r>
    </w:p>
    <w:p>
      <w:pPr>
        <w:ind w:left="320"/>
      </w:pPr>
      <w:r>
        <w:rPr>
          <w:rFonts w:ascii="맑은 고딕" w:hAnsi="맑은 고딕" w:eastAsia="맑은 고딕"/>
          <w:b w:val="0"/>
          <w:color w:val="4E5968"/>
          <w:sz w:val="22"/>
        </w:rPr>
        <w:t>② 제비에 대한 나쁜 소문을 마구 퍼뜨렸다</w:t>
      </w:r>
    </w:p>
    <w:p>
      <w:pPr>
        <w:ind w:left="320"/>
      </w:pPr>
      <w:r>
        <w:rPr>
          <w:rFonts w:ascii="맑은 고딕" w:hAnsi="맑은 고딕" w:eastAsia="맑은 고딕"/>
          <w:b w:val="0"/>
          <w:color w:val="4E5968"/>
          <w:sz w:val="22"/>
        </w:rPr>
        <w:t>③ 모른 척했다</w:t>
      </w:r>
    </w:p>
    <w:p>
      <w:pPr>
        <w:ind w:left="320"/>
      </w:pPr>
      <w:r>
        <w:rPr>
          <w:rFonts w:ascii="맑은 고딕" w:hAnsi="맑은 고딕" w:eastAsia="맑은 고딕"/>
          <w:b w:val="0"/>
          <w:color w:val="4E5968"/>
          <w:sz w:val="22"/>
        </w:rPr>
        <w:t>④ 자신의 마음을 솔직하게 고백했다</w:t>
      </w:r>
    </w:p>
    <w:p>
      <w:pPr>
        <w:spacing w:before="240"/>
      </w:pPr>
      <w:r>
        <w:rPr>
          <w:rFonts w:ascii="맑은 고딕" w:hAnsi="맑은 고딕" w:eastAsia="맑은 고딕"/>
          <w:b/>
          <w:color w:val="8B95A1"/>
          <w:sz w:val="17"/>
        </w:rPr>
        <w:t xml:space="preserve">  순서 맞추기  </w:t>
      </w:r>
    </w:p>
    <w:p>
      <w:r>
        <w:rPr>
          <w:rFonts w:ascii="맑은 고딕" w:hAnsi="맑은 고딕" w:eastAsia="맑은 고딕"/>
          <w:b/>
          <w:color w:val="2272EB"/>
          <w:sz w:val="24"/>
        </w:rPr>
        <w:t xml:space="preserve">5. </w:t>
      </w:r>
      <w:r>
        <w:rPr>
          <w:rFonts w:ascii="맑은 고딕" w:hAnsi="맑은 고딕" w:eastAsia="맑은 고딕"/>
          <w:b/>
          <w:color w:val="191F28"/>
          <w:sz w:val="23"/>
        </w:rPr>
        <w:t>이야기가 일어난 순서대로 기호를 써 보세요.</w:t>
      </w:r>
    </w:p>
    <w:p>
      <w:pPr>
        <w:ind w:left="320"/>
      </w:pPr>
      <w:r>
        <w:rPr>
          <w:rFonts w:ascii="맑은 고딕" w:hAnsi="맑은 고딕" w:eastAsia="맑은 고딕"/>
          <w:b w:val="0"/>
          <w:color w:val="333D4B"/>
          <w:sz w:val="22"/>
        </w:rPr>
        <w:t>ㄱ. 강승이도 현실에서 온 사람임을 알게 된다.</w:t>
      </w:r>
    </w:p>
    <w:p>
      <w:pPr>
        <w:ind w:left="320"/>
      </w:pPr>
      <w:r>
        <w:rPr>
          <w:rFonts w:ascii="맑은 고딕" w:hAnsi="맑은 고딕" w:eastAsia="맑은 고딕"/>
          <w:b w:val="0"/>
          <w:color w:val="333D4B"/>
          <w:sz w:val="22"/>
        </w:rPr>
        <w:t>ㄴ. 원작에 없던 전학생 강승이가 등장한다.</w:t>
      </w:r>
    </w:p>
    <w:p>
      <w:pPr>
        <w:ind w:left="320"/>
      </w:pPr>
      <w:r>
        <w:rPr>
          <w:rFonts w:ascii="맑은 고딕" w:hAnsi="맑은 고딕" w:eastAsia="맑은 고딕"/>
          <w:b w:val="0"/>
          <w:color w:val="333D4B"/>
          <w:sz w:val="22"/>
        </w:rPr>
        <w:t>ㄷ. 수호가 제비에게 마음을 고백한다.</w:t>
      </w:r>
    </w:p>
    <w:p>
      <w:pPr>
        <w:ind w:left="320"/>
      </w:pPr>
      <w:r>
        <w:rPr>
          <w:rFonts w:ascii="맑은 고딕" w:hAnsi="맑은 고딕" w:eastAsia="맑은 고딕"/>
          <w:b w:val="0"/>
          <w:color w:val="333D4B"/>
          <w:sz w:val="22"/>
        </w:rPr>
        <w:t>ㄹ. 소설 내용이 원작과 다르게 뒤틀린다.</w:t>
      </w:r>
    </w:p>
    <w:p>
      <w:pPr>
        <w:ind w:left="320"/>
      </w:pPr>
      <w:r>
        <w:rPr>
          <w:rFonts w:ascii="맑은 고딕" w:hAnsi="맑은 고딕" w:eastAsia="맑은 고딕"/>
          <w:b/>
          <w:color w:val="191F28"/>
          <w:sz w:val="22"/>
        </w:rPr>
        <w:t>(    ) → (    ) → (    ) → (    )</w:t>
      </w:r>
    </w:p>
    <w:p>
      <w:pPr>
        <w:spacing w:before="240"/>
      </w:pPr>
      <w:r>
        <w:rPr>
          <w:rFonts w:ascii="맑은 고딕" w:hAnsi="맑은 고딕" w:eastAsia="맑은 고딕"/>
          <w:b/>
          <w:color w:val="8B95A1"/>
          <w:sz w:val="17"/>
        </w:rPr>
        <w:t xml:space="preserve">  추론 · 마음 읽기  </w:t>
      </w:r>
    </w:p>
    <w:p>
      <w:r>
        <w:rPr>
          <w:rFonts w:ascii="맑은 고딕" w:hAnsi="맑은 고딕" w:eastAsia="맑은 고딕"/>
          <w:b/>
          <w:color w:val="2272EB"/>
          <w:sz w:val="24"/>
        </w:rPr>
        <w:t xml:space="preserve">6. </w:t>
      </w:r>
      <w:r>
        <w:rPr>
          <w:rFonts w:ascii="맑은 고딕" w:hAnsi="맑은 고딕" w:eastAsia="맑은 고딕"/>
          <w:b/>
          <w:color w:val="191F28"/>
          <w:sz w:val="23"/>
        </w:rPr>
        <w:t>'양다리' 소문에 대해 제비가 보인 태도로 알맞은 것은?</w:t>
      </w:r>
    </w:p>
    <w:p>
      <w:pPr>
        <w:ind w:left="320"/>
      </w:pPr>
      <w:r>
        <w:rPr>
          <w:rFonts w:ascii="맑은 고딕" w:hAnsi="맑은 고딕" w:eastAsia="맑은 고딕"/>
          <w:b w:val="0"/>
          <w:color w:val="4E5968"/>
          <w:sz w:val="22"/>
        </w:rPr>
        <w:t>① 엉엉 울며 끝내 학교를 떠나 버렸다</w:t>
      </w:r>
    </w:p>
    <w:p>
      <w:pPr>
        <w:ind w:left="320"/>
      </w:pPr>
      <w:r>
        <w:rPr>
          <w:rFonts w:ascii="맑은 고딕" w:hAnsi="맑은 고딕" w:eastAsia="맑은 고딕"/>
          <w:b w:val="0"/>
          <w:color w:val="4E5968"/>
          <w:sz w:val="22"/>
        </w:rPr>
        <w:t>② 사실이 아님을 당당하게 해명했다</w:t>
      </w:r>
    </w:p>
    <w:p>
      <w:pPr>
        <w:ind w:left="320"/>
      </w:pPr>
      <w:r>
        <w:rPr>
          <w:rFonts w:ascii="맑은 고딕" w:hAnsi="맑은 고딕" w:eastAsia="맑은 고딕"/>
          <w:b w:val="0"/>
          <w:color w:val="4E5968"/>
          <w:sz w:val="22"/>
        </w:rPr>
        <w:t>③ 소문을 그대로 두었다</w:t>
      </w:r>
    </w:p>
    <w:p>
      <w:pPr>
        <w:ind w:left="320"/>
      </w:pPr>
      <w:r>
        <w:rPr>
          <w:rFonts w:ascii="맑은 고딕" w:hAnsi="맑은 고딕" w:eastAsia="맑은 고딕"/>
          <w:b w:val="0"/>
          <w:color w:val="4E5968"/>
          <w:sz w:val="22"/>
        </w:rPr>
        <w:t>④ 친구를 탓했다</w:t>
      </w:r>
    </w:p>
    <w:p>
      <w:pPr>
        <w:spacing w:before="240"/>
      </w:pPr>
      <w:r>
        <w:rPr>
          <w:rFonts w:ascii="맑은 고딕" w:hAnsi="맑은 고딕" w:eastAsia="맑은 고딕"/>
          <w:b/>
          <w:color w:val="8B95A1"/>
          <w:sz w:val="17"/>
        </w:rPr>
        <w:t xml:space="preserve">  해석 · 의미 파악  </w:t>
      </w:r>
    </w:p>
    <w:p>
      <w:r>
        <w:rPr>
          <w:rFonts w:ascii="맑은 고딕" w:hAnsi="맑은 고딕" w:eastAsia="맑은 고딕"/>
          <w:b/>
          <w:color w:val="2272EB"/>
          <w:sz w:val="24"/>
        </w:rPr>
        <w:t xml:space="preserve">7. </w:t>
      </w:r>
      <w:r>
        <w:rPr>
          <w:rFonts w:ascii="맑은 고딕" w:hAnsi="맑은 고딕" w:eastAsia="맑은 고딕"/>
          <w:b/>
          <w:color w:val="191F28"/>
          <w:sz w:val="23"/>
        </w:rPr>
        <w:t>수호가 '결말이 바뀌든 말든 지금 내 감정에 집중하겠다'고 한 모습이 보여 주는 것은?</w:t>
      </w:r>
    </w:p>
    <w:p>
      <w:pPr>
        <w:ind w:left="320"/>
      </w:pPr>
      <w:r>
        <w:rPr>
          <w:rFonts w:ascii="맑은 고딕" w:hAnsi="맑은 고딕" w:eastAsia="맑은 고딕"/>
          <w:b w:val="0"/>
          <w:color w:val="4E5968"/>
          <w:sz w:val="22"/>
        </w:rPr>
        <w:t>① 자기 진심을 따르는 주체적인 태도</w:t>
      </w:r>
    </w:p>
    <w:p>
      <w:pPr>
        <w:ind w:left="320"/>
      </w:pPr>
      <w:r>
        <w:rPr>
          <w:rFonts w:ascii="맑은 고딕" w:hAnsi="맑은 고딕" w:eastAsia="맑은 고딕"/>
          <w:b w:val="0"/>
          <w:color w:val="4E5968"/>
          <w:sz w:val="22"/>
        </w:rPr>
        <w:t>② 공부를 포기한 것</w:t>
      </w:r>
    </w:p>
    <w:p>
      <w:pPr>
        <w:ind w:left="320"/>
      </w:pPr>
      <w:r>
        <w:rPr>
          <w:rFonts w:ascii="맑은 고딕" w:hAnsi="맑은 고딕" w:eastAsia="맑은 고딕"/>
          <w:b w:val="0"/>
          <w:color w:val="4E5968"/>
          <w:sz w:val="22"/>
        </w:rPr>
        <w:t>③ 제비를 싫어하는 것</w:t>
      </w:r>
    </w:p>
    <w:p>
      <w:pPr>
        <w:ind w:left="320"/>
      </w:pPr>
      <w:r>
        <w:rPr>
          <w:rFonts w:ascii="맑은 고딕" w:hAnsi="맑은 고딕" w:eastAsia="맑은 고딕"/>
          <w:b w:val="0"/>
          <w:color w:val="4E5968"/>
          <w:sz w:val="22"/>
        </w:rPr>
        <w:t>④ 소설 속 세계를 몹시 두려워하고 무서워하는 것</w:t>
      </w:r>
    </w:p>
    <w:p>
      <w:pPr>
        <w:spacing w:before="240"/>
      </w:pPr>
      <w:r>
        <w:rPr>
          <w:rFonts w:ascii="맑은 고딕" w:hAnsi="맑은 고딕" w:eastAsia="맑은 고딕"/>
          <w:b/>
          <w:color w:val="8B95A1"/>
          <w:sz w:val="17"/>
        </w:rPr>
        <w:t xml:space="preserve">  종합 · 주제 파악  </w:t>
      </w:r>
    </w:p>
    <w:p>
      <w:r>
        <w:rPr>
          <w:rFonts w:ascii="맑은 고딕" w:hAnsi="맑은 고딕" w:eastAsia="맑은 고딕"/>
          <w:b/>
          <w:color w:val="2272EB"/>
          <w:sz w:val="24"/>
        </w:rPr>
        <w:t xml:space="preserve">8. </w:t>
      </w:r>
      <w:r>
        <w:rPr>
          <w:rFonts w:ascii="맑은 고딕" w:hAnsi="맑은 고딕" w:eastAsia="맑은 고딕"/>
          <w:b/>
          <w:color w:val="191F28"/>
          <w:sz w:val="23"/>
        </w:rPr>
        <w:t>9~10화가 강조하는 가치로 가장 알맞은 것은?</w:t>
      </w:r>
    </w:p>
    <w:p>
      <w:pPr>
        <w:ind w:left="320"/>
      </w:pPr>
      <w:r>
        <w:rPr>
          <w:rFonts w:ascii="맑은 고딕" w:hAnsi="맑은 고딕" w:eastAsia="맑은 고딕"/>
          <w:b w:val="0"/>
          <w:color w:val="4E5968"/>
          <w:sz w:val="22"/>
        </w:rPr>
        <w:t>① 소문은 빨리 퍼뜨려야 한다</w:t>
      </w:r>
    </w:p>
    <w:p>
      <w:pPr>
        <w:ind w:left="320"/>
      </w:pPr>
      <w:r>
        <w:rPr>
          <w:rFonts w:ascii="맑은 고딕" w:hAnsi="맑은 고딕" w:eastAsia="맑은 고딕"/>
          <w:b w:val="0"/>
          <w:color w:val="4E5968"/>
          <w:sz w:val="22"/>
        </w:rPr>
        <w:t>② 한번 정해진 결말은 무슨 일이 있어도 절대 바꾸면 안 된다</w:t>
      </w:r>
    </w:p>
    <w:p>
      <w:pPr>
        <w:ind w:left="320"/>
      </w:pPr>
      <w:r>
        <w:rPr>
          <w:rFonts w:ascii="맑은 고딕" w:hAnsi="맑은 고딕" w:eastAsia="맑은 고딕"/>
          <w:b w:val="0"/>
          <w:color w:val="4E5968"/>
          <w:sz w:val="22"/>
        </w:rPr>
        <w:t>③ 친구를 아끼는 우정과 진심을 따르는 용기</w:t>
      </w:r>
    </w:p>
    <w:p>
      <w:pPr>
        <w:ind w:left="320"/>
      </w:pPr>
      <w:r>
        <w:rPr>
          <w:rFonts w:ascii="맑은 고딕" w:hAnsi="맑은 고딕" w:eastAsia="맑은 고딕"/>
          <w:b w:val="0"/>
          <w:color w:val="4E5968"/>
          <w:sz w:val="22"/>
        </w:rPr>
        <w:t>④ 혼자 있는 것이 가장 편하다</w:t>
      </w:r>
    </w:p>
    <w:p>
      <w:pPr>
        <w:spacing w:before="240"/>
      </w:pPr>
      <w:r>
        <w:rPr>
          <w:rFonts w:ascii="맑은 고딕" w:hAnsi="맑은 고딕" w:eastAsia="맑은 고딕"/>
          <w:b/>
          <w:color w:val="8B95A1"/>
          <w:sz w:val="17"/>
        </w:rPr>
        <w:t xml:space="preserve">  공감 · 서술형  </w:t>
      </w:r>
    </w:p>
    <w:p>
      <w:r>
        <w:rPr>
          <w:rFonts w:ascii="맑은 고딕" w:hAnsi="맑은 고딕" w:eastAsia="맑은 고딕"/>
          <w:b/>
          <w:color w:val="2272EB"/>
          <w:sz w:val="24"/>
        </w:rPr>
        <w:t xml:space="preserve">9. </w:t>
      </w:r>
      <w:r>
        <w:rPr>
          <w:rFonts w:ascii="맑은 고딕" w:hAnsi="맑은 고딕" w:eastAsia="맑은 고딕"/>
          <w:b/>
          <w:color w:val="191F28"/>
          <w:sz w:val="23"/>
        </w:rPr>
        <w:t>사실이 아닌 소문(양다리)에 휘말려 힘들어하는 제비에게 해 주고 싶은 말을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pPr>
        <w:spacing w:before="240"/>
      </w:pPr>
      <w:r>
        <w:rPr>
          <w:rFonts w:ascii="맑은 고딕" w:hAnsi="맑은 고딕" w:eastAsia="맑은 고딕"/>
          <w:b/>
          <w:color w:val="8B95A1"/>
          <w:sz w:val="17"/>
        </w:rPr>
        <w:t xml:space="preserve">  가치 판단 · 서술형  </w:t>
      </w:r>
    </w:p>
    <w:p>
      <w:r>
        <w:rPr>
          <w:rFonts w:ascii="맑은 고딕" w:hAnsi="맑은 고딕" w:eastAsia="맑은 고딕"/>
          <w:b/>
          <w:color w:val="2272EB"/>
          <w:sz w:val="24"/>
        </w:rPr>
        <w:t xml:space="preserve">10. </w:t>
      </w:r>
      <w:r>
        <w:rPr>
          <w:rFonts w:ascii="맑은 고딕" w:hAnsi="맑은 고딕" w:eastAsia="맑은 고딕"/>
          <w:b/>
          <w:color w:val="191F28"/>
          <w:sz w:val="23"/>
        </w:rPr>
        <w:t>'정해진 결말'보다 자기 진심을 따른 수호처럼, 남의 시선보다 내 마음을 따르는 것이 왜 중요한지 자신의 생각을 써 보세요.</w:t>
      </w:r>
    </w:p>
    <w:p>
      <w:pPr>
        <w:pBdr>
          <w:bottom w:val="single" w:sz="6" w:space="1" w:color="C8CDD2"/>
        </w:pBdr>
        <w:spacing w:before="360" w:after="0"/>
        <w:ind w:left="320"/>
      </w:pPr>
    </w:p>
    <w:p>
      <w:pPr>
        <w:pBdr>
          <w:bottom w:val="single" w:sz="6" w:space="1" w:color="C8CDD2"/>
        </w:pBdr>
        <w:spacing w:before="360" w:after="0"/>
        <w:ind w:left="320"/>
      </w:pPr>
    </w:p>
    <w:p>
      <w:pPr>
        <w:pBdr>
          <w:bottom w:val="single" w:sz="6" w:space="1" w:color="C8CDD2"/>
        </w:pBdr>
        <w:spacing w:before="360" w:after="0"/>
        <w:ind w:left="320"/>
      </w:pPr>
    </w:p>
    <w:p>
      <w:r>
        <w:br w:type="page"/>
      </w:r>
    </w:p>
    <w:p>
      <w:r>
        <w:rPr>
          <w:rFonts w:ascii="맑은 고딕" w:hAnsi="맑은 고딕" w:eastAsia="맑은 고딕"/>
          <w:b/>
          <w:color w:val="191F28"/>
          <w:sz w:val="32"/>
        </w:rPr>
        <w:t>정답 및 해설 · 교사용</w:t>
      </w:r>
    </w:p>
    <w:p>
      <w:pPr>
        <w:spacing w:before="160"/>
      </w:pPr>
      <w:r>
        <w:rPr>
          <w:rFonts w:ascii="맑은 고딕" w:hAnsi="맑은 고딕" w:eastAsia="맑은 고딕"/>
          <w:b/>
          <w:color w:val="2272EB"/>
          <w:sz w:val="26"/>
        </w:rPr>
        <w:t>[고학년] 어긋나는 소설, 진심을 택한 사람들</w:t>
      </w:r>
    </w:p>
    <w:p>
      <w:pPr>
        <w:spacing w:before="80"/>
      </w:pPr>
      <w:r>
        <w:rPr>
          <w:rFonts w:ascii="맑은 고딕" w:hAnsi="맑은 고딕" w:eastAsia="맑은 고딕"/>
          <w:b/>
          <w:color w:val="03B26C"/>
          <w:sz w:val="22"/>
        </w:rPr>
        <w:t xml:space="preserve">1.  </w:t>
      </w:r>
      <w:r>
        <w:rPr>
          <w:rFonts w:ascii="맑은 고딕" w:hAnsi="맑은 고딕" w:eastAsia="맑은 고딕"/>
          <w:b/>
          <w:color w:val="191F28"/>
          <w:sz w:val="22"/>
        </w:rPr>
        <w:t>① 강승이</w:t>
      </w:r>
    </w:p>
    <w:p>
      <w:pPr>
        <w:spacing w:before="80"/>
      </w:pPr>
      <w:r>
        <w:rPr>
          <w:rFonts w:ascii="맑은 고딕" w:hAnsi="맑은 고딕" w:eastAsia="맑은 고딕"/>
          <w:b/>
          <w:color w:val="03B26C"/>
          <w:sz w:val="22"/>
        </w:rPr>
        <w:t xml:space="preserve">2.  </w:t>
      </w:r>
      <w:r>
        <w:rPr>
          <w:rFonts w:ascii="맑은 고딕" w:hAnsi="맑은 고딕" w:eastAsia="맑은 고딕"/>
          <w:b/>
          <w:color w:val="191F28"/>
          <w:sz w:val="22"/>
        </w:rPr>
        <w:t>② 제비처럼 현실에서 소설로 들어온 사람</w:t>
      </w:r>
    </w:p>
    <w:p>
      <w:pPr>
        <w:spacing w:before="80"/>
      </w:pPr>
      <w:r>
        <w:rPr>
          <w:rFonts w:ascii="맑은 고딕" w:hAnsi="맑은 고딕" w:eastAsia="맑은 고딕"/>
          <w:b/>
          <w:color w:val="03B26C"/>
          <w:sz w:val="22"/>
        </w:rPr>
        <w:t xml:space="preserve">3.  </w:t>
      </w:r>
      <w:r>
        <w:rPr>
          <w:rFonts w:ascii="맑은 고딕" w:hAnsi="맑은 고딕" w:eastAsia="맑은 고딕"/>
          <w:b/>
          <w:color w:val="191F28"/>
          <w:sz w:val="22"/>
        </w:rPr>
        <w:t>③ '외전'이 나와 결말이 달라져서</w:t>
      </w:r>
    </w:p>
    <w:p>
      <w:pPr>
        <w:spacing w:before="80"/>
      </w:pPr>
      <w:r>
        <w:rPr>
          <w:rFonts w:ascii="맑은 고딕" w:hAnsi="맑은 고딕" w:eastAsia="맑은 고딕"/>
          <w:b/>
          <w:color w:val="03B26C"/>
          <w:sz w:val="22"/>
        </w:rPr>
        <w:t xml:space="preserve">4.  </w:t>
      </w:r>
      <w:r>
        <w:rPr>
          <w:rFonts w:ascii="맑은 고딕" w:hAnsi="맑은 고딕" w:eastAsia="맑은 고딕"/>
          <w:b/>
          <w:color w:val="191F28"/>
          <w:sz w:val="22"/>
        </w:rPr>
        <w:t>④ 자신의 마음을 솔직하게 고백했다</w:t>
      </w:r>
    </w:p>
    <w:p>
      <w:pPr>
        <w:spacing w:before="80"/>
      </w:pPr>
      <w:r>
        <w:rPr>
          <w:rFonts w:ascii="맑은 고딕" w:hAnsi="맑은 고딕" w:eastAsia="맑은 고딕"/>
          <w:b/>
          <w:color w:val="03B26C"/>
          <w:sz w:val="22"/>
        </w:rPr>
        <w:t xml:space="preserve">5.  </w:t>
      </w:r>
      <w:r>
        <w:rPr>
          <w:rFonts w:ascii="맑은 고딕" w:hAnsi="맑은 고딕" w:eastAsia="맑은 고딕"/>
          <w:b/>
          <w:color w:val="191F28"/>
          <w:sz w:val="22"/>
        </w:rPr>
        <w:t>ㄴ → ㄹ → ㄱ → ㄷ</w:t>
      </w:r>
    </w:p>
    <w:p>
      <w:pPr>
        <w:spacing w:before="80"/>
      </w:pPr>
      <w:r>
        <w:rPr>
          <w:rFonts w:ascii="맑은 고딕" w:hAnsi="맑은 고딕" w:eastAsia="맑은 고딕"/>
          <w:b/>
          <w:color w:val="03B26C"/>
          <w:sz w:val="22"/>
        </w:rPr>
        <w:t xml:space="preserve">6.  </w:t>
      </w:r>
      <w:r>
        <w:rPr>
          <w:rFonts w:ascii="맑은 고딕" w:hAnsi="맑은 고딕" w:eastAsia="맑은 고딕"/>
          <w:b/>
          <w:color w:val="191F28"/>
          <w:sz w:val="22"/>
        </w:rPr>
        <w:t>② 사실이 아님을 당당하게 해명했다</w:t>
      </w:r>
    </w:p>
    <w:p>
      <w:pPr>
        <w:spacing w:before="80"/>
      </w:pPr>
      <w:r>
        <w:rPr>
          <w:rFonts w:ascii="맑은 고딕" w:hAnsi="맑은 고딕" w:eastAsia="맑은 고딕"/>
          <w:b/>
          <w:color w:val="03B26C"/>
          <w:sz w:val="22"/>
        </w:rPr>
        <w:t xml:space="preserve">7.  </w:t>
      </w:r>
      <w:r>
        <w:rPr>
          <w:rFonts w:ascii="맑은 고딕" w:hAnsi="맑은 고딕" w:eastAsia="맑은 고딕"/>
          <w:b/>
          <w:color w:val="191F28"/>
          <w:sz w:val="22"/>
        </w:rPr>
        <w:t>① 자기 진심을 따르는 주체적인 태도</w:t>
      </w:r>
    </w:p>
    <w:p>
      <w:pPr>
        <w:spacing w:before="80"/>
      </w:pPr>
      <w:r>
        <w:rPr>
          <w:rFonts w:ascii="맑은 고딕" w:hAnsi="맑은 고딕" w:eastAsia="맑은 고딕"/>
          <w:b/>
          <w:color w:val="03B26C"/>
          <w:sz w:val="22"/>
        </w:rPr>
        <w:t xml:space="preserve">8.  </w:t>
      </w:r>
      <w:r>
        <w:rPr>
          <w:rFonts w:ascii="맑은 고딕" w:hAnsi="맑은 고딕" w:eastAsia="맑은 고딕"/>
          <w:b/>
          <w:color w:val="191F28"/>
          <w:sz w:val="22"/>
        </w:rPr>
        <w:t>③ 친구를 아끼는 우정과 진심을 따르는 용기</w:t>
      </w:r>
    </w:p>
    <w:p>
      <w:pPr>
        <w:spacing w:before="80"/>
      </w:pPr>
      <w:r>
        <w:rPr>
          <w:rFonts w:ascii="맑은 고딕" w:hAnsi="맑은 고딕" w:eastAsia="맑은 고딕"/>
          <w:b/>
          <w:color w:val="03B26C"/>
          <w:sz w:val="22"/>
        </w:rPr>
        <w:t xml:space="preserve">9.  </w:t>
      </w:r>
      <w:r>
        <w:rPr>
          <w:rFonts w:ascii="맑은 고딕" w:hAnsi="맑은 고딕" w:eastAsia="맑은 고딕"/>
          <w:b/>
          <w:color w:val="191F28"/>
          <w:sz w:val="22"/>
        </w:rPr>
        <w:t>[예시] 사실이 아닌 말에 너무 마음 쓰지 마. 너를 믿는 친구들이 곁에 있으니 당당하게 진실을 말하면 돼. · (평가) 위로와 응원의 마음을 표현했는지 봐 주세요.</w:t>
      </w:r>
    </w:p>
    <w:p>
      <w:pPr>
        <w:spacing w:before="80"/>
      </w:pPr>
      <w:r>
        <w:rPr>
          <w:rFonts w:ascii="맑은 고딕" w:hAnsi="맑은 고딕" w:eastAsia="맑은 고딕"/>
          <w:b/>
          <w:color w:val="03B26C"/>
          <w:sz w:val="22"/>
        </w:rPr>
        <w:t xml:space="preserve">10.  </w:t>
      </w:r>
      <w:r>
        <w:rPr>
          <w:rFonts w:ascii="맑은 고딕" w:hAnsi="맑은 고딕" w:eastAsia="맑은 고딕"/>
          <w:b/>
          <w:color w:val="191F28"/>
          <w:sz w:val="22"/>
        </w:rPr>
        <w:t>[예시] 남의 눈치만 보면 진짜 원하는 것을 놓치게 된다. 내 마음을 솔직히 따를 때 후회 없이 행복할 수 있다고 생각한다. · (평가) 자기 생각을 까닭과 함께 밝혔는지 봐 주세요.</w:t>
      </w:r>
    </w:p>
    <w:sectPr w:rsidR="00FC693F" w:rsidRPr="0006063C" w:rsidSect="00034616">
      <w:pgSz w:w="11906" w:h="16838"/>
      <w:pgMar w:top="850" w:right="907" w:bottom="850" w:left="90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맑은 고딕" w:hAnsi="맑은 고딕" w:eastAsia="맑은 고딕"/>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