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악플러의 정체와 새로운 결말</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제비를 몰래 쫓아다니며 영상을 찍어 올린 스토킹 범인이 강준성임이 밝혀진다. 제비와 친구들은 '영상이 올라오자마자 가장 먼저 공유한 사람'이라는 물증을 모아 사이버 폭력에 맞선다. 한편 가족을 모두 잃고 누나가 좋아하던 소설로 들어온 강승이의 사연과, 도망치듯 이곳에 온 제비의 과거가 드러나고, 소설 주인공이 다미에서 제비로 바뀌며 제비는 스스로 자신의 꿈(새로운 결말)을 찾아 나선다.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제비를 몰래 쫓아다니며 영상을 찍어 올린 범인은 누구인가요?</w:t>
      </w:r>
    </w:p>
    <w:p>
      <w:pPr>
        <w:ind w:left="320"/>
      </w:pPr>
      <w:r>
        <w:rPr>
          <w:rFonts w:ascii="맑은 고딕" w:hAnsi="맑은 고딕" w:eastAsia="맑은 고딕"/>
          <w:b w:val="0"/>
          <w:color w:val="4E5968"/>
          <w:sz w:val="22"/>
        </w:rPr>
        <w:t>① 강준성</w:t>
      </w:r>
    </w:p>
    <w:p>
      <w:pPr>
        <w:ind w:left="320"/>
      </w:pPr>
      <w:r>
        <w:rPr>
          <w:rFonts w:ascii="맑은 고딕" w:hAnsi="맑은 고딕" w:eastAsia="맑은 고딕"/>
          <w:b w:val="0"/>
          <w:color w:val="4E5968"/>
          <w:sz w:val="22"/>
        </w:rPr>
        <w:t>② 수호</w:t>
      </w:r>
    </w:p>
    <w:p>
      <w:pPr>
        <w:ind w:left="320"/>
      </w:pPr>
      <w:r>
        <w:rPr>
          <w:rFonts w:ascii="맑은 고딕" w:hAnsi="맑은 고딕" w:eastAsia="맑은 고딕"/>
          <w:b w:val="0"/>
          <w:color w:val="4E5968"/>
          <w:sz w:val="22"/>
        </w:rPr>
        <w:t>③ 진우 선배</w:t>
      </w:r>
    </w:p>
    <w:p>
      <w:pPr>
        <w:ind w:left="320"/>
      </w:pPr>
      <w:r>
        <w:rPr>
          <w:rFonts w:ascii="맑은 고딕" w:hAnsi="맑은 고딕" w:eastAsia="맑은 고딕"/>
          <w:b w:val="0"/>
          <w:color w:val="4E5968"/>
          <w:sz w:val="22"/>
        </w:rPr>
        <w:t>④ 강승이</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강준성이 그런 일을 저지른 까닭으로 알맞은 것은?</w:t>
      </w:r>
    </w:p>
    <w:p>
      <w:pPr>
        <w:ind w:left="320"/>
      </w:pPr>
      <w:r>
        <w:rPr>
          <w:rFonts w:ascii="맑은 고딕" w:hAnsi="맑은 고딕" w:eastAsia="맑은 고딕"/>
          <w:b w:val="0"/>
          <w:color w:val="4E5968"/>
          <w:sz w:val="22"/>
        </w:rPr>
        <w:t>① 예전부터 제비가 너무너무 미워서</w:t>
      </w:r>
    </w:p>
    <w:p>
      <w:pPr>
        <w:ind w:left="320"/>
      </w:pPr>
      <w:r>
        <w:rPr>
          <w:rFonts w:ascii="맑은 고딕" w:hAnsi="맑은 고딕" w:eastAsia="맑은 고딕"/>
          <w:b w:val="0"/>
          <w:color w:val="4E5968"/>
          <w:sz w:val="22"/>
        </w:rPr>
        <w:t>② 돈을 벌려고</w:t>
      </w:r>
    </w:p>
    <w:p>
      <w:pPr>
        <w:ind w:left="320"/>
      </w:pPr>
      <w:r>
        <w:rPr>
          <w:rFonts w:ascii="맑은 고딕" w:hAnsi="맑은 고딕" w:eastAsia="맑은 고딕"/>
          <w:b w:val="0"/>
          <w:color w:val="4E5968"/>
          <w:sz w:val="22"/>
        </w:rPr>
        <w:t>③ 영상으로 관심을 받고 싶어서</w:t>
      </w:r>
    </w:p>
    <w:p>
      <w:pPr>
        <w:ind w:left="320"/>
      </w:pPr>
      <w:r>
        <w:rPr>
          <w:rFonts w:ascii="맑은 고딕" w:hAnsi="맑은 고딕" w:eastAsia="맑은 고딕"/>
          <w:b w:val="0"/>
          <w:color w:val="4E5968"/>
          <w:sz w:val="22"/>
        </w:rPr>
        <w:t>④ 선생님이 시켜서</w:t>
      </w:r>
    </w:p>
    <w:p>
      <w:pPr>
        <w:spacing w:before="240"/>
      </w:pPr>
      <w:r>
        <w:rPr>
          <w:rFonts w:ascii="맑은 고딕" w:hAnsi="맑은 고딕" w:eastAsia="맑은 고딕"/>
          <w:b/>
          <w:color w:val="8B95A1"/>
          <w:sz w:val="17"/>
        </w:rPr>
        <w:t xml:space="preserve">  추론 · 단서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친구들이 강준성을 범인으로 지목한 결정적 물증은 무엇인가요?</w:t>
      </w:r>
    </w:p>
    <w:p>
      <w:pPr>
        <w:ind w:left="320"/>
      </w:pPr>
      <w:r>
        <w:rPr>
          <w:rFonts w:ascii="맑은 고딕" w:hAnsi="맑은 고딕" w:eastAsia="맑은 고딕"/>
          <w:b w:val="0"/>
          <w:color w:val="4E5968"/>
          <w:sz w:val="22"/>
        </w:rPr>
        <w:t>① 강준성이 스스로 털어놓은 솔직한 자백</w:t>
      </w:r>
    </w:p>
    <w:p>
      <w:pPr>
        <w:ind w:left="320"/>
      </w:pPr>
      <w:r>
        <w:rPr>
          <w:rFonts w:ascii="맑은 고딕" w:hAnsi="맑은 고딕" w:eastAsia="맑은 고딕"/>
          <w:b w:val="0"/>
          <w:color w:val="4E5968"/>
          <w:sz w:val="22"/>
        </w:rPr>
        <w:t>② 영상을 가장 먼저 공유한 사람이라서</w:t>
      </w:r>
    </w:p>
    <w:p>
      <w:pPr>
        <w:ind w:left="320"/>
      </w:pPr>
      <w:r>
        <w:rPr>
          <w:rFonts w:ascii="맑은 고딕" w:hAnsi="맑은 고딕" w:eastAsia="맑은 고딕"/>
          <w:b w:val="0"/>
          <w:color w:val="4E5968"/>
          <w:sz w:val="22"/>
        </w:rPr>
        <w:t>③ 강준성의 일기</w:t>
      </w:r>
    </w:p>
    <w:p>
      <w:pPr>
        <w:ind w:left="320"/>
      </w:pPr>
      <w:r>
        <w:rPr>
          <w:rFonts w:ascii="맑은 고딕" w:hAnsi="맑은 고딕" w:eastAsia="맑은 고딕"/>
          <w:b w:val="0"/>
          <w:color w:val="4E5968"/>
          <w:sz w:val="22"/>
        </w:rPr>
        <w:t>④ 선생님의 목격</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4. </w:t>
      </w:r>
      <w:r>
        <w:rPr>
          <w:rFonts w:ascii="맑은 고딕" w:hAnsi="맑은 고딕" w:eastAsia="맑은 고딕"/>
          <w:b/>
          <w:color w:val="191F28"/>
          <w:sz w:val="23"/>
        </w:rPr>
        <w:t>강승이가 소설 속으로 와서 돌아가기 싫어한 까닭은?</w:t>
      </w:r>
    </w:p>
    <w:p>
      <w:pPr>
        <w:ind w:left="320"/>
      </w:pPr>
      <w:r>
        <w:rPr>
          <w:rFonts w:ascii="맑은 고딕" w:hAnsi="맑은 고딕" w:eastAsia="맑은 고딕"/>
          <w:b w:val="0"/>
          <w:color w:val="4E5968"/>
          <w:sz w:val="22"/>
        </w:rPr>
        <w:t>① 소설이 재미있어서</w:t>
      </w:r>
    </w:p>
    <w:p>
      <w:pPr>
        <w:ind w:left="320"/>
      </w:pPr>
      <w:r>
        <w:rPr>
          <w:rFonts w:ascii="맑은 고딕" w:hAnsi="맑은 고딕" w:eastAsia="맑은 고딕"/>
          <w:b w:val="0"/>
          <w:color w:val="4E5968"/>
          <w:sz w:val="22"/>
        </w:rPr>
        <w:t>② 학교 다니며 공부하기가 너무너무 싫어서</w:t>
      </w:r>
    </w:p>
    <w:p>
      <w:pPr>
        <w:ind w:left="320"/>
      </w:pPr>
      <w:r>
        <w:rPr>
          <w:rFonts w:ascii="맑은 고딕" w:hAnsi="맑은 고딕" w:eastAsia="맑은 고딕"/>
          <w:b w:val="0"/>
          <w:color w:val="4E5968"/>
          <w:sz w:val="22"/>
        </w:rPr>
        <w:t>③ 친구가 많아서</w:t>
      </w:r>
    </w:p>
    <w:p>
      <w:pPr>
        <w:ind w:left="320"/>
      </w:pPr>
      <w:r>
        <w:rPr>
          <w:rFonts w:ascii="맑은 고딕" w:hAnsi="맑은 고딕" w:eastAsia="맑은 고딕"/>
          <w:b w:val="0"/>
          <w:color w:val="4E5968"/>
          <w:sz w:val="22"/>
        </w:rPr>
        <w:t>④ 현실엔 가족이 없고, 누나의 소설이라서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강준성이 스토킹 범인으로 밝혀진다.</w:t>
      </w:r>
    </w:p>
    <w:p>
      <w:pPr>
        <w:ind w:left="320"/>
      </w:pPr>
      <w:r>
        <w:rPr>
          <w:rFonts w:ascii="맑은 고딕" w:hAnsi="맑은 고딕" w:eastAsia="맑은 고딕"/>
          <w:b w:val="0"/>
          <w:color w:val="333D4B"/>
          <w:sz w:val="22"/>
        </w:rPr>
        <w:t>ㄴ. 친구들이 증거를 모은다.</w:t>
      </w:r>
    </w:p>
    <w:p>
      <w:pPr>
        <w:ind w:left="320"/>
      </w:pPr>
      <w:r>
        <w:rPr>
          <w:rFonts w:ascii="맑은 고딕" w:hAnsi="맑은 고딕" w:eastAsia="맑은 고딕"/>
          <w:b w:val="0"/>
          <w:color w:val="333D4B"/>
          <w:sz w:val="22"/>
        </w:rPr>
        <w:t>ㄷ. 강승이가 자신의 아픈 과거를 털어놓는다.</w:t>
      </w:r>
    </w:p>
    <w:p>
      <w:pPr>
        <w:ind w:left="320"/>
      </w:pPr>
      <w:r>
        <w:rPr>
          <w:rFonts w:ascii="맑은 고딕" w:hAnsi="맑은 고딕" w:eastAsia="맑은 고딕"/>
          <w:b w:val="0"/>
          <w:color w:val="333D4B"/>
          <w:sz w:val="22"/>
        </w:rPr>
        <w:t>ㄹ. 소설 주인공이 다미에서 제비로 바뀐다.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강준성을 신고하려 할 때 나온 이야기로 알맞은 것은?</w:t>
      </w:r>
    </w:p>
    <w:p>
      <w:pPr>
        <w:ind w:left="320"/>
      </w:pPr>
      <w:r>
        <w:rPr>
          <w:rFonts w:ascii="맑은 고딕" w:hAnsi="맑은 고딕" w:eastAsia="맑은 고딕"/>
          <w:b w:val="0"/>
          <w:color w:val="4E5968"/>
          <w:sz w:val="22"/>
        </w:rPr>
        <w:t>① 신고하면 무조건 감옥에 간다</w:t>
      </w:r>
    </w:p>
    <w:p>
      <w:pPr>
        <w:ind w:left="320"/>
      </w:pPr>
      <w:r>
        <w:rPr>
          <w:rFonts w:ascii="맑은 고딕" w:hAnsi="맑은 고딕" w:eastAsia="맑은 고딕"/>
          <w:b w:val="0"/>
          <w:color w:val="4E5968"/>
          <w:sz w:val="22"/>
        </w:rPr>
        <w:t>② 증거를 지우면 더 무겁게 처벌된다</w:t>
      </w:r>
    </w:p>
    <w:p>
      <w:pPr>
        <w:ind w:left="320"/>
      </w:pPr>
      <w:r>
        <w:rPr>
          <w:rFonts w:ascii="맑은 고딕" w:hAnsi="맑은 고딕" w:eastAsia="맑은 고딕"/>
          <w:b w:val="0"/>
          <w:color w:val="4E5968"/>
          <w:sz w:val="22"/>
        </w:rPr>
        <w:t>③ 신고는 아무 소용이 없다</w:t>
      </w:r>
    </w:p>
    <w:p>
      <w:pPr>
        <w:ind w:left="320"/>
      </w:pPr>
      <w:r>
        <w:rPr>
          <w:rFonts w:ascii="맑은 고딕" w:hAnsi="맑은 고딕" w:eastAsia="맑은 고딕"/>
          <w:b w:val="0"/>
          <w:color w:val="4E5968"/>
          <w:sz w:val="22"/>
        </w:rPr>
        <w:t>④ 어른이 되면 저절로 자동으로 처벌된다</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제비가 친구들과 함께 '내가 진짜 하고 싶은 일(꿈)'을 찾으려 하는 모습이 보여 주는 것은?</w:t>
      </w:r>
    </w:p>
    <w:p>
      <w:pPr>
        <w:ind w:left="320"/>
      </w:pPr>
      <w:r>
        <w:rPr>
          <w:rFonts w:ascii="맑은 고딕" w:hAnsi="맑은 고딕" w:eastAsia="맑은 고딕"/>
          <w:b w:val="0"/>
          <w:color w:val="4E5968"/>
          <w:sz w:val="22"/>
        </w:rPr>
        <w:t>① 스스로 운명을 개척하려는 성장</w:t>
      </w:r>
    </w:p>
    <w:p>
      <w:pPr>
        <w:ind w:left="320"/>
      </w:pPr>
      <w:r>
        <w:rPr>
          <w:rFonts w:ascii="맑은 고딕" w:hAnsi="맑은 고딕" w:eastAsia="맑은 고딕"/>
          <w:b w:val="0"/>
          <w:color w:val="4E5968"/>
          <w:sz w:val="22"/>
        </w:rPr>
        <w:t>② 이제 학교 공부를 아예 그만두려는 것</w:t>
      </w:r>
    </w:p>
    <w:p>
      <w:pPr>
        <w:ind w:left="320"/>
      </w:pPr>
      <w:r>
        <w:rPr>
          <w:rFonts w:ascii="맑은 고딕" w:hAnsi="맑은 고딕" w:eastAsia="맑은 고딕"/>
          <w:b w:val="0"/>
          <w:color w:val="4E5968"/>
          <w:sz w:val="22"/>
        </w:rPr>
        <w:t>③ 소설을 떠나려는 것</w:t>
      </w:r>
    </w:p>
    <w:p>
      <w:pPr>
        <w:ind w:left="320"/>
      </w:pPr>
      <w:r>
        <w:rPr>
          <w:rFonts w:ascii="맑은 고딕" w:hAnsi="맑은 고딕" w:eastAsia="맑은 고딕"/>
          <w:b w:val="0"/>
          <w:color w:val="4E5968"/>
          <w:sz w:val="22"/>
        </w:rPr>
        <w:t>④ 친구를 멀리하려는 것</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사이버 폭력(악플·스토킹)에 대해 전하는 것으로 가장 알맞은 것은?</w:t>
      </w:r>
    </w:p>
    <w:p>
      <w:pPr>
        <w:ind w:left="320"/>
      </w:pPr>
      <w:r>
        <w:rPr>
          <w:rFonts w:ascii="맑은 고딕" w:hAnsi="맑은 고딕" w:eastAsia="맑은 고딕"/>
          <w:b w:val="0"/>
          <w:color w:val="4E5968"/>
          <w:sz w:val="22"/>
        </w:rPr>
        <w:t>① 관심을 위해서라면 괜찮다</w:t>
      </w:r>
    </w:p>
    <w:p>
      <w:pPr>
        <w:ind w:left="320"/>
      </w:pPr>
      <w:r>
        <w:rPr>
          <w:rFonts w:ascii="맑은 고딕" w:hAnsi="맑은 고딕" w:eastAsia="맑은 고딕"/>
          <w:b w:val="0"/>
          <w:color w:val="4E5968"/>
          <w:sz w:val="22"/>
        </w:rPr>
        <w:t>② 혼자 참고 넘기면 된다</w:t>
      </w:r>
    </w:p>
    <w:p>
      <w:pPr>
        <w:ind w:left="320"/>
      </w:pPr>
      <w:r>
        <w:rPr>
          <w:rFonts w:ascii="맑은 고딕" w:hAnsi="맑은 고딕" w:eastAsia="맑은 고딕"/>
          <w:b w:val="0"/>
          <w:color w:val="4E5968"/>
          <w:sz w:val="22"/>
        </w:rPr>
        <w:t>③ 증거를 모아 함께 맞서고 신고해야 한다</w:t>
      </w:r>
    </w:p>
    <w:p>
      <w:pPr>
        <w:ind w:left="320"/>
      </w:pPr>
      <w:r>
        <w:rPr>
          <w:rFonts w:ascii="맑은 고딕" w:hAnsi="맑은 고딕" w:eastAsia="맑은 고딕"/>
          <w:b w:val="0"/>
          <w:color w:val="4E5968"/>
          <w:sz w:val="22"/>
        </w:rPr>
        <w:t>④ 유명인이라면 누구나 다 당연히 겪는 일이다</w:t>
      </w: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강준성처럼 몰래 영상을 찍거나 악플·소문으로 괴롭히는 일을 당하거나 목격한다면 어떻게 대처할지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제비처럼 스스로 '새로운 결말(꿈)'을 만들어 가려면 어떤 마음가짐이 필요할지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[고학년] 악플러의 정체와 새로운 결말</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강준성</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③ 영상으로 관심을 받고 싶어서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② 영상을 가장 먼저 공유한 사람이라서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현실엔 가족이 없고, 누나의 소설이라서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ㄷ → ㄴ → ㄱ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증거를 지우면 더 무겁게 처벌된다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스스로 운명을 개척하려는 성장</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증거를 모아 함께 맞서고 신고해야 한다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혼자 참지 말고 증거(화면·날짜)를 남겨 두고, 믿을 만한 어른이나 친구에게 알리고 신고한다. 괴롭힘을 부추기는 댓글·공유는 하지 않는다. · (평가) 증거 확보·신고 등 현명한 대처를 구체적으로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정해진 상황에 좌절하지 않고, 내가 원하는 것을 찾아 용기 내어 도전하는 마음이 필요하다. · (평가) 주체적인 마음가짐을 까닭과 함께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