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있는 그대로의 나, 그리고 진심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마약 성분이 든 불법 다이어트 약에 빠질 뻔한 다미를 제비가 진심으로 걱정하며 막아선다. 다미는 '나를 이렇게 만든 게 너'라며 쌓인 원망을 쏟아내지만, 제비는 진심으로 다가가고 진우 선배에게도 '내 편 하나만 있어도 해볼 만하다'며 용기를 준다. 외모에 대한 강박을 내려놓고 있는 그대로의 나를 사랑하는 법, 그리고 마침내 서로의 마음을 확인하는 제비와 제수오의 풋풋한 고백을 담은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다미가 빠질 뻔한 위험한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마약 성분이 든 불법 다이어트 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밤새 빠져드는 아주 무서운 온라인 게임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도박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영상에서 말한 그 다이어트 약의 위험성으로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먹으면 갑자기 키가 쑥쑥 작아진다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부작용이 많고 환각까지 보인다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잠이 잘 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공부가 잘된다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제비가 다미의 약을 가져가 없애려 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약이 비싸서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약을 팔려고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위험한 약에서 다미를 구하려고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평소 미워하던 다미를 골탕 먹이려고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다미가 제비에게 원망을 쏟아낸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제비가 약을 빼앗아서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제비가 공부를 잘해서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제비가 선생님께 몰래 다 일러바쳐서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예전에 자신을 괴롭혔다고 여겨서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제비가 약의 위험을 알리며 다미를 말린다.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다미가 위험한 다이어트 약에 빠진다.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제비와 수오가 서로의 마음을 확인한다.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다미가 쌓인 원망을 제비에게 쏟아낸다.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제비가 진우 선배에게 해 준 말로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선배는 절대 못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하고 싶은 걸 하라고 용기를 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사진은 그만두라고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무조건 부모님 말씀만 잘 들으라고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이야기 끝에서 제비와 제수오가 한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서로 좋아하는 마음을 솔직하게 고백했다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예전보다 둘 사이가 더 서먹서먹하게 멀어졌다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싸우고 헤어졌다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다미를 미워했다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13~14화가 전하는 메시지로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무엇보다 살은 무조건 빨리 다 빼야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약으로 빨리 살을 빼면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있는 그대로의 나를 사랑하며 진심을 전하자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친구의 일은 모른 척하자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외모 때문에 자신감을 잃고 무리하게 다이어트를 하려는 다미에게 해 주고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출처를 알 수 없는 약(다이어트 약 등)이 왜 위험한지, 건강을 지키려면 어떻게 해야 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있는 그대로의 나, 그리고 진심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마약 성분이 든 불법 다이어트 약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부작용이 많고 환각까지 보인다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위험한 약에서 다미를 구하려고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예전에 자신을 괴롭혔다고 여겨서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하고 싶은 걸 하라고 용기를 줬다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서로 좋아하는 마음을 솔직하게 고백했다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있는 그대로의 나를 사랑하며 진심을 전하자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너는 지금 모습 그대로도 충분히 소중해. 남의 시선보다 너 자신을 먼저 아끼고 건강을 지켰으면 좋겠어. · (평가) 외모보다 자신을 존중하도록 위로·격려했는지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성분과 부작용을 알 수 없어 몸을 크게 해칠 수 있다. 약은 꼭 의사·약사의 처방과 안내를 따르고, 바른 식습관과 운동으로 건강을 지켜야 한다. · (평가) 위험성과 올바른 건강 습관을 함께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