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남의 시선이 아닌 나의 진짜 모습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제비와 제수오가 '오늘부터 1일' 연애를 시작하지만, 제비는 정체를 숨긴 채 사귀는 것에 죄책감을 느낀다. 부모님의 의대 기대를 피하지 않고 사진의 꿈에 용기를 내는 진우, 무리한 다이어트의 상처를 고백하고 스스로를 사랑하기로 다짐하는 다미, 그리고 SNS의 가공된 사진을 사과하고 진솔한 새 계정을 만드는 제비. 남의 시선이 아닌 '있는 그대로의 나'를 마주하는 용기를 그린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이야기에서 제비와 제수오가 시작한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'오늘부터 1일' 연애를 시작했다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절교를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전학을 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새로운 사진 동아리를 함께 새로 만들었다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연애를 시작한 제비가 죄책감을 느낀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성적이 떨어져서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정체를 숨긴 채 사귀는 게 거짓말 같아서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가장 친한 친구가 자꾸만 심하게 질투해서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데이트가 싫어서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다미가 무리하게 살을 빼려 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운동이 좋아서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의사가 시켜서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'예뻐지면 모두가 좋아할 것'이라 생각해서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무슨 수를 써서든 친구를 꼭 이기고 싶어서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다미가 새롭게 한 다짐으로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더 독한 약을 먹겠다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다이어트를 더 하겠다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앞으로 남들에게 더욱더 잘 보이도록 애쓰겠다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내가 볼 때 가장 예쁜 내가 되겠다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진우가 부모님과의 갈등을 피하지 않고 마주하기로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다미가 다이어트 약에 의존했던 일을 고백한다.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제비가 진솔한 일상을 담은 새 계정을 만든다.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제비가 가공한 사진을 사과하고 계정을 삭제한다.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진우가 부모님의 의대 기대를 피하지 않고 사진의 꿈을 택하게 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사진을 찍으면 아주 큰돈을 벌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제비의 조언으로 용기를 얻어서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부모님이 허락해서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의대 성적이 안 돼서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진우가 사진을 좋아하는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처음부터 끝까지 내 감정대로 결정할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사진을 찍으면 누구나 금방 크게 유명해질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쉬워서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부모님이 좋아해서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제비가 가공한 사진을 사과하고 진솔한 새 계정을 만든 것이 보여 주는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더 많은 인기를 끌고 싶어 하는 끝없는 욕심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친구를 따라 한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있는 그대로의 나를 당당히 드러내는 성장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SNS를 그만두려는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진우처럼 부모님(주위)의 기대와 내가 진짜 하고 싶은 꿈이 다를 때 어떻게 하면 좋을지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제비처럼 SNS에 꾸며진 모습 대신 '있는 그대로의 나'를 보여 주는 것이 왜 중요한지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남의 시선이 아닌 나의 진짜 모습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'오늘부터 1일' 연애를 시작했다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정체를 숨긴 채 사귀는 게 거짓말 같아서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'예뻐지면 모두가 좋아할 것'이라 생각해서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내가 볼 때 가장 예쁜 내가 되겠다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제비의 조언으로 용기를 얻어서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처음부터 끝까지 내 감정대로 결정할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있는 그대로의 나를 당당히 드러내는 성장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무작정 피하기보다 내가 진짜 원하는 것을 진지하게 고민하고, 부모님께 솔직히 말씀드리며 설득할 용기를 내는 것이 좋다. · (평가) 회피가 아닌 대화·설득 등 건설적 방법을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꾸민 모습은 결국 부담과 거짓이 되지만, 솔직한 모습은 마음이 편하고 나를 진짜로 좋아해 주는 사람을 만나게 한다. · (평가) 진솔함의 가치를 까닭과 함께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