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내가 너를 잊지 않길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소설의 엔딩이 다가오며 작가의 설정이 무너지고 인물들의 기억이 뒤섞인다. 사람들이 하나둘 '유제비'를 잊어 가는 가운데, 인물들은 기억의 조각을 맞추며 이곳이 소설 속 세계이고 제비가 원래 세계로 돌아가야 함을 깨닫는다. 제비가 사라질까 두려워하면서도 '미련 없이 보내 주겠다'는 수오, 사진 대신 제비의 그림을 남기는 그의 마음을 통해, 피할 수 없는 이별 앞에서도 소중한 추억과 진심을 잊지 않으려는 이야기를 그린다.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소설 속 세계에 생긴 변화로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작가의 설정이 무너지고 기억이 뒤섞인다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어느 날 갑자기 시간이 완전히 멈춰 버린다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모든 사람이 사라진다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학교 건물이 바뀐다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이 변화 속에서 특히 반복되는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수오가 전학을 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사람들이 유제비의 기억을 잊어버린다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다미가 다시 아프다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진우가 그토록 좋아하던 사진을 아예 그만둔다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인물들이 기억의 조각을 맞추며 깨달은 사실은?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모두 꿈이었다는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소설을 쓴 작가가 사실은 어린 중학생이라는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이곳이 소설 속이고 제비가 돌아가야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시험이 끝났다는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수오가 가장 두려워한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다가오는 중요한 시험을 또 못 보는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친구와 싸우는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부모님께 혼나는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유제비가 자기 곁에서 사라질까 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이곳이 소설 속이며 제비가 돌아가야 함을 깨닫는다.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소설 속 세계의 설정이 무너지기 시작한다.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제비를 미련 없이 보내 줄지 고민한다.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사람들이 유제비의 기억을 잊기 시작한다.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수오가 '유비가 돌아가게 되면 미련 없이 보내 주겠다'고 한 마음으로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제비가 미워서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사랑하기에 상대의 선택을 존중하려는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귀찮아서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어차피 시간이 지나면 곧 다 잊어버릴 거라서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수오가 사진 대신 제비의 '그림'을 그린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그림은 남을 것 같아서(잊지 않으려고)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사진기가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제비가 자기 모습을 그려 달라고 직접 부탁해서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그림 숙제가 있어서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부제 '내가 너를 잊지 않길'이 담은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한번 헤어지면 무조건 다 잊어야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추억은 소용없다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추억과 진심을 잊지 않으려는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기억은 저절로 사라진다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피할 수 없는 이별 앞에 선 제비와 수오에게 해 주고 싶은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소중한 사람이나 추억을 '잊지 않으려는' 노력이 왜 의미 있는지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내가 너를 잊지 않길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작가의 설정이 무너지고 기억이 뒤섞인다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사람들이 유제비의 기억을 잊어버린다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이곳이 소설 속이고 제비가 돌아가야 한다는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유제비가 자기 곁에서 사라질까 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사랑하기에 상대의 선택을 존중하려는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그림은 남을 것 같아서(잊지 않으려고)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추억과 진심을 잊지 않으려는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함께한 시간이 사라지는 게 아니라 마음속에 남는 거야. 헤어져도 그 추억이 서로를 지켜 줄 거야. · (평가) 이별을 위로하고 추억의 가치를 담아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기억은 그 사람과 함께한 시간이 진짜였음을 증명하고, 힘들 때 다시 일어설 힘이 되기 때문이다. · (평가) 기억·추억의 의미를 까닭과 함께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