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진짜 나로 당당하게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현실로 돌아온 아이돌 제비가 소속사가 꾸며낸 거짓 괴롭힘 루머를 바로잡기 위해 직접 영상을 찍어 진실을 밝히고, 더 이상 숨지 않고 진짜 자신의 모습으로 당당하게 살기로 한다. 떠났다 봄이면 둥지로 돌아오는 '제비'처럼 두 사람은 기적같이 현실에서 재회하고, '꿈을 이루려 노력하는 모든 시간이 꿈을 이룬 순간보다 더 가치 있고 아름답다'는 메시지로 마무리되는 가슴 벅찬 마지막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현실로 돌아온 제비가 소속사의 거짓 루머를 바로잡기 위해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직접 영상을 찍어 진실을 밝혔다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침묵했다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회사를 그만뒀다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외국으로 아예 훌쩍 떠나 버렸다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제비가 영상에서 밝힌 진실로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자신이 잘못했다는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소속사 발표가 사실이 아니라는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친한 친구가 거짓말을 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은퇴하겠다는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제비가 앞으로 어떻게 살기로 결심했나요?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예전보다 훨씬 더 화려하게 꾸미며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사람들을 피하며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진짜 내 모습으로 당당하게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말도 하지 않고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상징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떠났다 봄이면 둥지로 돌아오는 '제비(철새)' 이야기가 상징하는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계절이 끝없이 바뀌고 또 바뀐다는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새는 빠르다는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여행을 가야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헤어져도 다시 만날 것이라는 희망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제비가 직접 영상을 찍어 진실을 밝힌다.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제비가 졸업 후 현실로 돌아온다.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현실에서 수오와 제비가 재회한다.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사람들이 해시태그 챌린지로 제비를 응원한다.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제비가 진짜 모습으로 살기로 결심하게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예전 같은 큰 인기가 갑자기 뚝 떨어졌기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진짜 자신으로 다가간 적이 없음을 깨달아서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회사가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친구가 부탁해서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마지막 내레이션 '꿈을 이루려 노력하는 시간이 꿈을 이룬 순간보다 더 가치 있다'가 전하는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노력하는 과정 자체가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꿈은 이루기 어렵다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노력은 헛되다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오직 마지막 결과가 가장 중요하다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드라마 전체가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무엇이든 늘 남의 시선에 맞춰 살아야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현실은 바꿀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진짜 나로 당당히 꿈과 세계를 개척하자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꿈은 포기하는 게 낫다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억울한 거짓 소문을 당했을 때, 제비처럼 진실을 밝히려면 어떤 용기와 방법이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창의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이 드라마의 마지막 물음처럼, '내가 빠지고 싶은(꿈꾸는) 세계'와 그곳에서의 내 모습을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진짜 나로 당당하게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직접 영상을 찍어 진실을 밝혔다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소속사 발표가 사실이 아니라는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진짜 내 모습으로 당당하게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헤어져도 다시 만날 것이라는 희망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진짜 자신으로 다가간 적이 없음을 깨달아서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노력하는 과정 자체가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진짜 나로 당당히 꿈과 세계를 개척하자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두렵더라도 사실을 차분히 정리해 증거와 함께 밝히고, 믿을 만한 어른이나 친구의 도움을 받는 용기가 필요하다. · (평가) 용기와 구체적 방법을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좋아하는 일을 마음껏 하며 서로 응원해 주는 세계에서, 실수해도 다시 도전하는 당당한 내가 되고 싶다. · (평가) 자신이 꿈꾸는 세계와 모습을 자기 말로 구체적으로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