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공룡 시대 탐험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깨미와 친구들이 탐험을 떠난 때는 언제인가요?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8천만 년 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100년 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10년 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아주아주 먼 미래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깨미와 친구들이 자라는 과정을 지켜본 아기 공룡은?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트리케라톱스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벨로키랍토르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친타오사우루스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몸집은 작지만 아주 무서운 공룡은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트리케라톱스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친타오사우루스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벨로키랍토르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단단한 입으로 땅을 파 나무뿌리나 곤충을 잡아먹는 공룡은?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타르보사우루스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벨로키랍토르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트리케라톱스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친타오사우루스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타르보사우루스가 트리케라톱스를 잡지 못하고 놓친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발이 너무 느리고 자꾸 굼떠서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몸이 무거워 오래 못 뛰어서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길을 잃어서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배가 불러서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탐험을 떠날 때 차원(시간) 터널을 열어 준 친구는?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덤덤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코미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깨미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 공룡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아기 타르보사우루스는 자라서 어떻게 되었나요?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작아졌다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사라져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무섭고 센 어른 공룡이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전혀 자라지 않고 그대로 아기였다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탐험에서 알 수 있는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공룡은 모두 작다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공룡은 안 무섭다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공룡은 절대로 자라지 않는다는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아기 공룡도 자라면 강해진다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공룡과 그 특징을 알맞게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타르보사우루스  ·          ·  강하지만 몸이 무거움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벨로키랍토르  ·          ·  작지만 무서움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트리케라톱스  ·          ·  단단한 입으로 땅을 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공룡 시대로 간다면 어떤 공룡을 만나 무엇을 하고 싶은지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공룡의 생태와 성장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호기심 많은 깨미와 친구들이 차원터널을 지나 8천만 년 전 백악기 숲으로 탐험을 떠난다. 아기 타르보사우루스가 무섭고 강한 어른 공룡으로 자라는 과정을 지켜보며, 벨로키랍토르·트리케라톱스 같은 여러 공룡의 특징과 생태계의 모습을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타르보사우루스가 강한데도 트리케라톱스를 놓친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원래부터 겁이 아주 너무 많기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몸이 무거워 오래 뛰지 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이빨이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잠이 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벨로키랍토르를 보고 깨미와 친구들이 깜짝 놀란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몸 크기가 너무 어마어마하게 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색깔이 화려해서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이름이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몸집이 작은데도 아주 무서워서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아기 공룡이 둥지 근처를 이리저리 돌아다닌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아기라서 호기심이 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길을 잃어서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고파서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무서운 엄마를 피해 도망치려고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아기 타르보사우루스가 어른이 되면서 달라진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예전보다 훨씬 더 귀여운 모습이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더 느려졌다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사냥 잘하는 무서운 공룡이 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크기가 줄었다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탐험에서 일어난 일을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아기 타르보사우루스를 처음 만난다.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차원터널을 지나 백악기 숲에 도착한다.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어른이 된 타르보사우루스의 사냥을 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벨로키랍토르·트리케라톱스 등 여러 공룡을 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깨미와 친구가 '누가 최고로 무서운가'에 서로 다르게 답한 것에서 알 수 있는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 친구만 옳다는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보는 기준에 따라 다르다는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무서운 공룡은 없다는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세상 공룡은 하나같이 전부 다 똑같다는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트리케라톱스의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단단한 입과 빠른 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긴 날개로 하늘을 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물속에서 헤엄침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불을 내뿜음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보여 주는 자연의 모습으로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공룡은 끝까지 전혀 변하지 않는다는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공룡은 모두 약하다는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공룡은 싸우지 않는다는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아기 공룡이 자라 강해지는 과정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영상에 나온 공룡 하나를 골라, 그 공룡의 특징을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귀엽던 아기 공룡이 무섭고 센 어른 공룡으로 자란 것을 보고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공룡 시대 탐험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8천만 년 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타르보사우루스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벨로키랍토르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트리케라톱스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몸이 무거워 오래 못 뛰어서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덤덤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무섭고 센 어른 공룡이 됐다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아기 공룡도 자라면 강해진다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타르보사우루스-강하나 무거움 / 벨로키랍토르-작지만 무서움 / 트리케라톱스-땅을 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아기 타르보사우루스를 만나 함께 숲을 뛰어놀고, 자라는 모습을 지켜보고 싶다. · (평가) 영상 속 공룡을 떠올려 자유롭게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공룡의 생태와 성장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몸이 무거워 오래 뛰지 못해서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④ 몸집이 작은데도 아주 무서워서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아기라서 호기심이 많아서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사냥 잘하는 무서운 공룡이 됐다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보는 기준에 따라 다르다는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단단한 입과 빠른 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아기 공룡이 자라 강해지는 과정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타르보사우루스는 크고 이빨이 뾰족해 무섭지만, 몸이 무거워 오래 뛰지는 못한다. · (평가) 영상 속 특징을 두 가지 이상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작고 약해 보여도 시간이 지나 스스로 사냥하는 강한 공룡이 되는 것이 신기하고, 생명이 자라는 자연의 힘이 대단하게 느껴졌다. · (평가) 성장에 대한 느낌을 자기 말로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