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지구가 걸어온 길</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45억 년 전 뜨거운 불덩이였던 지구가 테이아와의 거대 충돌로 달을 만들고, 화산과 비로 바다를 이루며 최초의 생명을 품기까지의 역사를 담은 다큐멘터리. 산소를 만든 시아노박테리아, 캄브리아기 대폭발, 공룡의 번성과 운석 충돌로 인한 멸종, 인류의 등장까지 46억 년을 따라가며, 우주 역사 속에서 인류의 시간이 얼마나 짧고도 소중한지를 일깨운다.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처음 생겨났을 때 지구의 모습으로 알맞은 것은?</w:t>
      </w:r>
    </w:p>
    <w:p>
      <w:pPr>
        <w:ind w:left="320"/>
      </w:pPr>
      <w:r>
        <w:rPr>
          <w:rFonts w:ascii="맑은 고딕" w:hAnsi="맑은 고딕" w:eastAsia="맑은 고딕"/>
          <w:b w:val="0"/>
          <w:color w:val="4E5968"/>
          <w:sz w:val="22"/>
        </w:rPr>
        <w:t>① 뜨거운 불덩이였다</w:t>
      </w:r>
    </w:p>
    <w:p>
      <w:pPr>
        <w:ind w:left="320"/>
      </w:pPr>
      <w:r>
        <w:rPr>
          <w:rFonts w:ascii="맑은 고딕" w:hAnsi="맑은 고딕" w:eastAsia="맑은 고딕"/>
          <w:b w:val="0"/>
          <w:color w:val="4E5968"/>
          <w:sz w:val="22"/>
        </w:rPr>
        <w:t>② 처음부터 푸른 바다로 덮여 있었다</w:t>
      </w:r>
    </w:p>
    <w:p>
      <w:pPr>
        <w:ind w:left="320"/>
      </w:pPr>
      <w:r>
        <w:rPr>
          <w:rFonts w:ascii="맑은 고딕" w:hAnsi="맑은 고딕" w:eastAsia="맑은 고딕"/>
          <w:b w:val="0"/>
          <w:color w:val="4E5968"/>
          <w:sz w:val="22"/>
        </w:rPr>
        <w:t>③ 얼음으로 덮여 있었다</w:t>
      </w:r>
    </w:p>
    <w:p>
      <w:pPr>
        <w:ind w:left="320"/>
      </w:pPr>
      <w:r>
        <w:rPr>
          <w:rFonts w:ascii="맑은 고딕" w:hAnsi="맑은 고딕" w:eastAsia="맑은 고딕"/>
          <w:b w:val="0"/>
          <w:color w:val="4E5968"/>
          <w:sz w:val="22"/>
        </w:rPr>
        <w:t>④ 숲으로 가득했다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달이 생겨난 까닭으로 가장 유력한 것은?</w:t>
      </w:r>
    </w:p>
    <w:p>
      <w:pPr>
        <w:ind w:left="320"/>
      </w:pPr>
      <w:r>
        <w:rPr>
          <w:rFonts w:ascii="맑은 고딕" w:hAnsi="맑은 고딕" w:eastAsia="맑은 고딕"/>
          <w:b w:val="0"/>
          <w:color w:val="4E5968"/>
          <w:sz w:val="22"/>
        </w:rPr>
        <w:t>① 우주를 떠돌다 지구 중력에 붙잡혔다</w:t>
      </w:r>
    </w:p>
    <w:p>
      <w:pPr>
        <w:ind w:left="320"/>
      </w:pPr>
      <w:r>
        <w:rPr>
          <w:rFonts w:ascii="맑은 고딕" w:hAnsi="맑은 고딕" w:eastAsia="맑은 고딕"/>
          <w:b w:val="0"/>
          <w:color w:val="4E5968"/>
          <w:sz w:val="22"/>
        </w:rPr>
        <w:t>② 테이아 충돌의 파편이 뭉쳐서</w:t>
      </w:r>
    </w:p>
    <w:p>
      <w:pPr>
        <w:ind w:left="320"/>
      </w:pPr>
      <w:r>
        <w:rPr>
          <w:rFonts w:ascii="맑은 고딕" w:hAnsi="맑은 고딕" w:eastAsia="맑은 고딕"/>
          <w:b w:val="0"/>
          <w:color w:val="4E5968"/>
          <w:sz w:val="22"/>
        </w:rPr>
        <w:t>③ 지구에서 갈라져 나와서</w:t>
      </w:r>
    </w:p>
    <w:p>
      <w:pPr>
        <w:ind w:left="320"/>
      </w:pPr>
      <w:r>
        <w:rPr>
          <w:rFonts w:ascii="맑은 고딕" w:hAnsi="맑은 고딕" w:eastAsia="맑은 고딕"/>
          <w:b w:val="0"/>
          <w:color w:val="4E5968"/>
          <w:sz w:val="22"/>
        </w:rPr>
        <w:t>④ 햇빛이 뭉쳐서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생명이 탄생하는 데 꼭 필요했던 것은?</w:t>
      </w:r>
    </w:p>
    <w:p>
      <w:pPr>
        <w:ind w:left="320"/>
      </w:pPr>
      <w:r>
        <w:rPr>
          <w:rFonts w:ascii="맑은 고딕" w:hAnsi="맑은 고딕" w:eastAsia="맑은 고딕"/>
          <w:b w:val="0"/>
          <w:color w:val="4E5968"/>
          <w:sz w:val="22"/>
        </w:rPr>
        <w:t>① 뜨거운 불</w:t>
      </w:r>
    </w:p>
    <w:p>
      <w:pPr>
        <w:ind w:left="320"/>
      </w:pPr>
      <w:r>
        <w:rPr>
          <w:rFonts w:ascii="맑은 고딕" w:hAnsi="맑은 고딕" w:eastAsia="맑은 고딕"/>
          <w:b w:val="0"/>
          <w:color w:val="4E5968"/>
          <w:sz w:val="22"/>
        </w:rPr>
        <w:t>② 차가운 얼음</w:t>
      </w:r>
    </w:p>
    <w:p>
      <w:pPr>
        <w:ind w:left="320"/>
      </w:pPr>
      <w:r>
        <w:rPr>
          <w:rFonts w:ascii="맑은 고딕" w:hAnsi="맑은 고딕" w:eastAsia="맑은 고딕"/>
          <w:b w:val="0"/>
          <w:color w:val="4E5968"/>
          <w:sz w:val="22"/>
        </w:rPr>
        <w:t>③ 액체 상태의 물(바다)</w:t>
      </w:r>
    </w:p>
    <w:p>
      <w:pPr>
        <w:ind w:left="320"/>
      </w:pPr>
      <w:r>
        <w:rPr>
          <w:rFonts w:ascii="맑은 고딕" w:hAnsi="맑은 고딕" w:eastAsia="맑은 고딕"/>
          <w:b w:val="0"/>
          <w:color w:val="4E5968"/>
          <w:sz w:val="22"/>
        </w:rPr>
        <w:t>④ 끊임없이 부는 강한 바람</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광합성으로 지구에 산소를 처음 만들어 낸 미생물은?</w:t>
      </w:r>
    </w:p>
    <w:p>
      <w:pPr>
        <w:ind w:left="320"/>
      </w:pPr>
      <w:r>
        <w:rPr>
          <w:rFonts w:ascii="맑은 고딕" w:hAnsi="맑은 고딕" w:eastAsia="맑은 고딕"/>
          <w:b w:val="0"/>
          <w:color w:val="4E5968"/>
          <w:sz w:val="22"/>
        </w:rPr>
        <w:t>① 거대한 삼엽충</w:t>
      </w:r>
    </w:p>
    <w:p>
      <w:pPr>
        <w:ind w:left="320"/>
      </w:pPr>
      <w:r>
        <w:rPr>
          <w:rFonts w:ascii="맑은 고딕" w:hAnsi="맑은 고딕" w:eastAsia="맑은 고딕"/>
          <w:b w:val="0"/>
          <w:color w:val="4E5968"/>
          <w:sz w:val="22"/>
        </w:rPr>
        <w:t>② 공룡</w:t>
      </w:r>
    </w:p>
    <w:p>
      <w:pPr>
        <w:ind w:left="320"/>
      </w:pPr>
      <w:r>
        <w:rPr>
          <w:rFonts w:ascii="맑은 고딕" w:hAnsi="맑은 고딕" w:eastAsia="맑은 고딕"/>
          <w:b w:val="0"/>
          <w:color w:val="4E5968"/>
          <w:sz w:val="22"/>
        </w:rPr>
        <w:t>③ 물고기 아칸토스테가</w:t>
      </w:r>
    </w:p>
    <w:p>
      <w:pPr>
        <w:ind w:left="320"/>
      </w:pPr>
      <w:r>
        <w:rPr>
          <w:rFonts w:ascii="맑은 고딕" w:hAnsi="맑은 고딕" w:eastAsia="맑은 고딕"/>
          <w:b w:val="0"/>
          <w:color w:val="4E5968"/>
          <w:sz w:val="22"/>
        </w:rPr>
        <w:t>④ 시아노박테리아</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지구 역사의 큰 사건을 순서대로 기호를 써 보세요.</w:t>
      </w:r>
    </w:p>
    <w:p>
      <w:pPr>
        <w:ind w:left="320"/>
      </w:pPr>
      <w:r>
        <w:rPr>
          <w:rFonts w:ascii="맑은 고딕" w:hAnsi="맑은 고딕" w:eastAsia="맑은 고딕"/>
          <w:b w:val="0"/>
          <w:color w:val="333D4B"/>
          <w:sz w:val="22"/>
        </w:rPr>
        <w:t>ㄱ. 바다가 생기고 미생물이 나타난다.</w:t>
      </w:r>
    </w:p>
    <w:p>
      <w:pPr>
        <w:ind w:left="320"/>
      </w:pPr>
      <w:r>
        <w:rPr>
          <w:rFonts w:ascii="맑은 고딕" w:hAnsi="맑은 고딕" w:eastAsia="맑은 고딕"/>
          <w:b w:val="0"/>
          <w:color w:val="333D4B"/>
          <w:sz w:val="22"/>
        </w:rPr>
        <w:t>ㄴ. 지구가 뜨거운 불덩이로 생겨난다.</w:t>
      </w:r>
    </w:p>
    <w:p>
      <w:pPr>
        <w:ind w:left="320"/>
      </w:pPr>
      <w:r>
        <w:rPr>
          <w:rFonts w:ascii="맑은 고딕" w:hAnsi="맑은 고딕" w:eastAsia="맑은 고딕"/>
          <w:b w:val="0"/>
          <w:color w:val="333D4B"/>
          <w:sz w:val="22"/>
        </w:rPr>
        <w:t>ㄷ. 공룡이 지구를 지배한다.</w:t>
      </w:r>
    </w:p>
    <w:p>
      <w:pPr>
        <w:ind w:left="320"/>
      </w:pPr>
      <w:r>
        <w:rPr>
          <w:rFonts w:ascii="맑은 고딕" w:hAnsi="맑은 고딕" w:eastAsia="맑은 고딕"/>
          <w:b w:val="0"/>
          <w:color w:val="333D4B"/>
          <w:sz w:val="22"/>
        </w:rPr>
        <w:t>ㄹ. 운석 충돌로 공룡이 멸종한다.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공룡이 갑자기 사라진 까닭으로 알맞은 것은?</w:t>
      </w:r>
    </w:p>
    <w:p>
      <w:pPr>
        <w:ind w:left="320"/>
      </w:pPr>
      <w:r>
        <w:rPr>
          <w:rFonts w:ascii="맑은 고딕" w:hAnsi="맑은 고딕" w:eastAsia="맑은 고딕"/>
          <w:b w:val="0"/>
          <w:color w:val="4E5968"/>
          <w:sz w:val="22"/>
        </w:rPr>
        <w:t>① 먹을 풀과 먹이가 모두 사라져서</w:t>
      </w:r>
    </w:p>
    <w:p>
      <w:pPr>
        <w:ind w:left="320"/>
      </w:pPr>
      <w:r>
        <w:rPr>
          <w:rFonts w:ascii="맑은 고딕" w:hAnsi="맑은 고딕" w:eastAsia="맑은 고딕"/>
          <w:b w:val="0"/>
          <w:color w:val="4E5968"/>
          <w:sz w:val="22"/>
        </w:rPr>
        <w:t>② 거대한 운석이 충돌해서</w:t>
      </w:r>
    </w:p>
    <w:p>
      <w:pPr>
        <w:ind w:left="320"/>
      </w:pPr>
      <w:r>
        <w:rPr>
          <w:rFonts w:ascii="맑은 고딕" w:hAnsi="맑은 고딕" w:eastAsia="맑은 고딕"/>
          <w:b w:val="0"/>
          <w:color w:val="4E5968"/>
          <w:sz w:val="22"/>
        </w:rPr>
        <w:t>③ 다른 동물에게 잡아먹혀서</w:t>
      </w:r>
    </w:p>
    <w:p>
      <w:pPr>
        <w:ind w:left="320"/>
      </w:pPr>
      <w:r>
        <w:rPr>
          <w:rFonts w:ascii="맑은 고딕" w:hAnsi="맑은 고딕" w:eastAsia="맑은 고딕"/>
          <w:b w:val="0"/>
          <w:color w:val="4E5968"/>
          <w:sz w:val="22"/>
        </w:rPr>
        <w:t>④ 너무 추워서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'캄브리아기 대폭발'은 무엇을 가리키나요?</w:t>
      </w:r>
    </w:p>
    <w:p>
      <w:pPr>
        <w:ind w:left="320"/>
      </w:pPr>
      <w:r>
        <w:rPr>
          <w:rFonts w:ascii="맑은 고딕" w:hAnsi="맑은 고딕" w:eastAsia="맑은 고딕"/>
          <w:b w:val="0"/>
          <w:color w:val="4E5968"/>
          <w:sz w:val="22"/>
        </w:rPr>
        <w:t>① 여러 화산이 한꺼번에 크게 터진 일</w:t>
      </w:r>
    </w:p>
    <w:p>
      <w:pPr>
        <w:ind w:left="320"/>
      </w:pPr>
      <w:r>
        <w:rPr>
          <w:rFonts w:ascii="맑은 고딕" w:hAnsi="맑은 고딕" w:eastAsia="맑은 고딕"/>
          <w:b w:val="0"/>
          <w:color w:val="4E5968"/>
          <w:sz w:val="22"/>
        </w:rPr>
        <w:t>② 바다가 모두 마른 일</w:t>
      </w:r>
    </w:p>
    <w:p>
      <w:pPr>
        <w:ind w:left="320"/>
      </w:pPr>
      <w:r>
        <w:rPr>
          <w:rFonts w:ascii="맑은 고딕" w:hAnsi="맑은 고딕" w:eastAsia="맑은 고딕"/>
          <w:b w:val="0"/>
          <w:color w:val="4E5968"/>
          <w:sz w:val="22"/>
        </w:rPr>
        <w:t>③ 생명체가 갑자기 크게 늘어난 일</w:t>
      </w:r>
    </w:p>
    <w:p>
      <w:pPr>
        <w:ind w:left="320"/>
      </w:pPr>
      <w:r>
        <w:rPr>
          <w:rFonts w:ascii="맑은 고딕" w:hAnsi="맑은 고딕" w:eastAsia="맑은 고딕"/>
          <w:b w:val="0"/>
          <w:color w:val="4E5968"/>
          <w:sz w:val="22"/>
        </w:rPr>
        <w:t>④ 땅이 갈라진 일</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'코스믹 캘린더(우주 달력)'가 알려 주는 깨달음으로 알맞은 것은?</w:t>
      </w:r>
    </w:p>
    <w:p>
      <w:pPr>
        <w:ind w:left="320"/>
      </w:pPr>
      <w:r>
        <w:rPr>
          <w:rFonts w:ascii="맑은 고딕" w:hAnsi="맑은 고딕" w:eastAsia="맑은 고딕"/>
          <w:b w:val="0"/>
          <w:color w:val="4E5968"/>
          <w:sz w:val="22"/>
        </w:rPr>
        <w:t>① 인류 역사는 아주 짧다</w:t>
      </w:r>
    </w:p>
    <w:p>
      <w:pPr>
        <w:ind w:left="320"/>
      </w:pPr>
      <w:r>
        <w:rPr>
          <w:rFonts w:ascii="맑은 고딕" w:hAnsi="맑은 고딕" w:eastAsia="맑은 고딕"/>
          <w:b w:val="0"/>
          <w:color w:val="4E5968"/>
          <w:sz w:val="22"/>
        </w:rPr>
        <w:t>② 공룡이 가장 오래 살았다는 것</w:t>
      </w:r>
    </w:p>
    <w:p>
      <w:pPr>
        <w:ind w:left="320"/>
      </w:pPr>
      <w:r>
        <w:rPr>
          <w:rFonts w:ascii="맑은 고딕" w:hAnsi="맑은 고딕" w:eastAsia="맑은 고딕"/>
          <w:b w:val="0"/>
          <w:color w:val="4E5968"/>
          <w:sz w:val="22"/>
        </w:rPr>
        <w:t>③ 인류가 가장 위대하다는 것</w:t>
      </w:r>
    </w:p>
    <w:p>
      <w:pPr>
        <w:ind w:left="320"/>
      </w:pPr>
      <w:r>
        <w:rPr>
          <w:rFonts w:ascii="맑은 고딕" w:hAnsi="맑은 고딕" w:eastAsia="맑은 고딕"/>
          <w:b w:val="0"/>
          <w:color w:val="4E5968"/>
          <w:sz w:val="22"/>
        </w:rPr>
        <w:t>④ 지구는 우주에서 가장 큰 별이라는 것</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46억 년 지구 역사에서 가장 놀라웠던 사건을 하나 골라 그 까닭을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수많은 생명을 품어 온 지구를 위해 우리가 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46억 년의 비밀</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45억 년 전 뜨거운 불덩이였던 지구가 테이아와의 거대 충돌로 달을 만들고, 화산과 비로 바다를 이루며 최초의 생명을 품기까지의 역사를 담은 다큐멘터리. 산소를 만든 시아노박테리아, 캄브리아기 대폭발, 공룡의 번성과 운석 충돌로 인한 멸종, 인류의 등장까지 46억 년을 따라가며, 우주 역사 속에서 인류의 시간이 얼마나 짧고도 소중한지를 일깨운다.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달이 충돌로 생겼다는 '거대 충돌 가설'의 증거로 알맞은 것은?</w:t>
      </w:r>
    </w:p>
    <w:p>
      <w:pPr>
        <w:ind w:left="320"/>
      </w:pPr>
      <w:r>
        <w:rPr>
          <w:rFonts w:ascii="맑은 고딕" w:hAnsi="맑은 고딕" w:eastAsia="맑은 고딕"/>
          <w:b w:val="0"/>
          <w:color w:val="4E5968"/>
          <w:sz w:val="22"/>
        </w:rPr>
        <w:t>① 달과 지구의 구성물질이 비슷해서</w:t>
      </w:r>
    </w:p>
    <w:p>
      <w:pPr>
        <w:ind w:left="320"/>
      </w:pPr>
      <w:r>
        <w:rPr>
          <w:rFonts w:ascii="맑은 고딕" w:hAnsi="맑은 고딕" w:eastAsia="맑은 고딕"/>
          <w:b w:val="0"/>
          <w:color w:val="4E5968"/>
          <w:sz w:val="22"/>
        </w:rPr>
        <w:t>② 달에 물이 많아서</w:t>
      </w:r>
    </w:p>
    <w:p>
      <w:pPr>
        <w:ind w:left="320"/>
      </w:pPr>
      <w:r>
        <w:rPr>
          <w:rFonts w:ascii="맑은 고딕" w:hAnsi="맑은 고딕" w:eastAsia="맑은 고딕"/>
          <w:b w:val="0"/>
          <w:color w:val="4E5968"/>
          <w:sz w:val="22"/>
        </w:rPr>
        <w:t>③ 달이 점점 멀어져서</w:t>
      </w:r>
    </w:p>
    <w:p>
      <w:pPr>
        <w:ind w:left="320"/>
      </w:pPr>
      <w:r>
        <w:rPr>
          <w:rFonts w:ascii="맑은 고딕" w:hAnsi="맑은 고딕" w:eastAsia="맑은 고딕"/>
          <w:b w:val="0"/>
          <w:color w:val="4E5968"/>
          <w:sz w:val="22"/>
        </w:rPr>
        <w:t>④ 달이 지구보다 훨씬 더 크기 때문에</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시아노박테리아가 최초의 빙하기를 부른 까닭은?</w:t>
      </w:r>
    </w:p>
    <w:p>
      <w:pPr>
        <w:ind w:left="320"/>
      </w:pPr>
      <w:r>
        <w:rPr>
          <w:rFonts w:ascii="맑은 고딕" w:hAnsi="맑은 고딕" w:eastAsia="맑은 고딕"/>
          <w:b w:val="0"/>
          <w:color w:val="4E5968"/>
          <w:sz w:val="22"/>
        </w:rPr>
        <w:t>① 엄청난 먼지로 햇빛을 완전히 가려 버려서</w:t>
      </w:r>
    </w:p>
    <w:p>
      <w:pPr>
        <w:ind w:left="320"/>
      </w:pPr>
      <w:r>
        <w:rPr>
          <w:rFonts w:ascii="맑은 고딕" w:hAnsi="맑은 고딕" w:eastAsia="맑은 고딕"/>
          <w:b w:val="0"/>
          <w:color w:val="4E5968"/>
          <w:sz w:val="22"/>
        </w:rPr>
        <w:t>② 이산화탄소를 줄여 온실효과가 약해져서</w:t>
      </w:r>
    </w:p>
    <w:p>
      <w:pPr>
        <w:ind w:left="320"/>
      </w:pPr>
      <w:r>
        <w:rPr>
          <w:rFonts w:ascii="맑은 고딕" w:hAnsi="맑은 고딕" w:eastAsia="맑은 고딕"/>
          <w:b w:val="0"/>
          <w:color w:val="4E5968"/>
          <w:sz w:val="22"/>
        </w:rPr>
        <w:t>③ 바닷물을 모두 얼려서</w:t>
      </w:r>
    </w:p>
    <w:p>
      <w:pPr>
        <w:ind w:left="320"/>
      </w:pPr>
      <w:r>
        <w:rPr>
          <w:rFonts w:ascii="맑은 고딕" w:hAnsi="맑은 고딕" w:eastAsia="맑은 고딕"/>
          <w:b w:val="0"/>
          <w:color w:val="4E5968"/>
          <w:sz w:val="22"/>
        </w:rPr>
        <w:t>④ 지구를 너무 빨리 식혀 버려서</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산소가 사실 '독'과 같다고 한 까닭으로 알맞은 것은?</w:t>
      </w:r>
    </w:p>
    <w:p>
      <w:pPr>
        <w:ind w:left="320"/>
      </w:pPr>
      <w:r>
        <w:rPr>
          <w:rFonts w:ascii="맑은 고딕" w:hAnsi="맑은 고딕" w:eastAsia="맑은 고딕"/>
          <w:b w:val="0"/>
          <w:color w:val="4E5968"/>
          <w:sz w:val="22"/>
        </w:rPr>
        <w:t>① 숨쉬기 힘들게 해서</w:t>
      </w:r>
    </w:p>
    <w:p>
      <w:pPr>
        <w:ind w:left="320"/>
      </w:pPr>
      <w:r>
        <w:rPr>
          <w:rFonts w:ascii="맑은 고딕" w:hAnsi="맑은 고딕" w:eastAsia="맑은 고딕"/>
          <w:b w:val="0"/>
          <w:color w:val="4E5968"/>
          <w:sz w:val="22"/>
        </w:rPr>
        <w:t>② 불을 잘 끄기 때문에</w:t>
      </w:r>
    </w:p>
    <w:p>
      <w:pPr>
        <w:ind w:left="320"/>
      </w:pPr>
      <w:r>
        <w:rPr>
          <w:rFonts w:ascii="맑은 고딕" w:hAnsi="맑은 고딕" w:eastAsia="맑은 고딕"/>
          <w:b w:val="0"/>
          <w:color w:val="4E5968"/>
          <w:sz w:val="22"/>
        </w:rPr>
        <w:t>③ 반응성이 강해 물질을 녹슬게 해서</w:t>
      </w:r>
    </w:p>
    <w:p>
      <w:pPr>
        <w:ind w:left="320"/>
      </w:pPr>
      <w:r>
        <w:rPr>
          <w:rFonts w:ascii="맑은 고딕" w:hAnsi="맑은 고딕" w:eastAsia="맑은 고딕"/>
          <w:b w:val="0"/>
          <w:color w:val="4E5968"/>
          <w:sz w:val="22"/>
        </w:rPr>
        <w:t>④ 공기 중에 아주 적은 양만 들어 있어서</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약 2억 5천만 년 전 페름기 대멸종의 가장 유력한 원인은?</w:t>
      </w:r>
    </w:p>
    <w:p>
      <w:pPr>
        <w:ind w:left="320"/>
      </w:pPr>
      <w:r>
        <w:rPr>
          <w:rFonts w:ascii="맑은 고딕" w:hAnsi="맑은 고딕" w:eastAsia="맑은 고딕"/>
          <w:b w:val="0"/>
          <w:color w:val="4E5968"/>
          <w:sz w:val="22"/>
        </w:rPr>
        <w:t>① 온 대륙을 덮은 갑작스러운 큰 홍수</w:t>
      </w:r>
    </w:p>
    <w:p>
      <w:pPr>
        <w:ind w:left="320"/>
      </w:pPr>
      <w:r>
        <w:rPr>
          <w:rFonts w:ascii="맑은 고딕" w:hAnsi="맑은 고딕" w:eastAsia="맑은 고딕"/>
          <w:b w:val="0"/>
          <w:color w:val="4E5968"/>
          <w:sz w:val="22"/>
        </w:rPr>
        <w:t>② 외계인의 침입</w:t>
      </w:r>
    </w:p>
    <w:p>
      <w:pPr>
        <w:ind w:left="320"/>
      </w:pPr>
      <w:r>
        <w:rPr>
          <w:rFonts w:ascii="맑은 고딕" w:hAnsi="맑은 고딕" w:eastAsia="맑은 고딕"/>
          <w:b w:val="0"/>
          <w:color w:val="4E5968"/>
          <w:sz w:val="22"/>
        </w:rPr>
        <w:t>③ 바닷물이 모두 끓어서</w:t>
      </w:r>
    </w:p>
    <w:p>
      <w:pPr>
        <w:ind w:left="320"/>
      </w:pPr>
      <w:r>
        <w:rPr>
          <w:rFonts w:ascii="맑은 고딕" w:hAnsi="맑은 고딕" w:eastAsia="맑은 고딕"/>
          <w:b w:val="0"/>
          <w:color w:val="4E5968"/>
          <w:sz w:val="22"/>
        </w:rPr>
        <w:t>④ 시베리아 대규모 화산 폭발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지구 생명 역사의 사건을 순서대로 기호를 써 보세요.</w:t>
      </w:r>
    </w:p>
    <w:p>
      <w:pPr>
        <w:ind w:left="320"/>
      </w:pPr>
      <w:r>
        <w:rPr>
          <w:rFonts w:ascii="맑은 고딕" w:hAnsi="맑은 고딕" w:eastAsia="맑은 고딕"/>
          <w:b w:val="0"/>
          <w:color w:val="333D4B"/>
          <w:sz w:val="22"/>
        </w:rPr>
        <w:t>ㄱ. 캄브리아기에 복잡한 생명이 폭발한다.</w:t>
      </w:r>
    </w:p>
    <w:p>
      <w:pPr>
        <w:ind w:left="320"/>
      </w:pPr>
      <w:r>
        <w:rPr>
          <w:rFonts w:ascii="맑은 고딕" w:hAnsi="맑은 고딕" w:eastAsia="맑은 고딕"/>
          <w:b w:val="0"/>
          <w:color w:val="333D4B"/>
          <w:sz w:val="22"/>
        </w:rPr>
        <w:t>ㄴ. 바다에서 최초 생명(미생물)이 나타난다.</w:t>
      </w:r>
    </w:p>
    <w:p>
      <w:pPr>
        <w:ind w:left="320"/>
      </w:pPr>
      <w:r>
        <w:rPr>
          <w:rFonts w:ascii="맑은 고딕" w:hAnsi="맑은 고딕" w:eastAsia="맑은 고딕"/>
          <w:b w:val="0"/>
          <w:color w:val="333D4B"/>
          <w:sz w:val="22"/>
        </w:rPr>
        <w:t>ㄷ. 페름기 대멸종이 일어난다.</w:t>
      </w:r>
    </w:p>
    <w:p>
      <w:pPr>
        <w:ind w:left="320"/>
      </w:pPr>
      <w:r>
        <w:rPr>
          <w:rFonts w:ascii="맑은 고딕" w:hAnsi="맑은 고딕" w:eastAsia="맑은 고딕"/>
          <w:b w:val="0"/>
          <w:color w:val="333D4B"/>
          <w:sz w:val="22"/>
        </w:rPr>
        <w:t>ㄹ. 운석 충돌로 공룡이 멸종한다.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의미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최초의 인류 '루시'의 발견이 바꾼 생각으로 알맞은 것은?</w:t>
      </w:r>
    </w:p>
    <w:p>
      <w:pPr>
        <w:ind w:left="320"/>
      </w:pPr>
      <w:r>
        <w:rPr>
          <w:rFonts w:ascii="맑은 고딕" w:hAnsi="맑은 고딕" w:eastAsia="맑은 고딕"/>
          <w:b w:val="0"/>
          <w:color w:val="4E5968"/>
          <w:sz w:val="22"/>
        </w:rPr>
        <w:t>① 손과 뇌가 먼저 발달했다는 생각</w:t>
      </w:r>
    </w:p>
    <w:p>
      <w:pPr>
        <w:ind w:left="320"/>
      </w:pPr>
      <w:r>
        <w:rPr>
          <w:rFonts w:ascii="맑은 고딕" w:hAnsi="맑은 고딕" w:eastAsia="맑은 고딕"/>
          <w:b w:val="0"/>
          <w:color w:val="4E5968"/>
          <w:sz w:val="22"/>
        </w:rPr>
        <w:t>② 직립보행이 먼저였다는 것</w:t>
      </w:r>
    </w:p>
    <w:p>
      <w:pPr>
        <w:ind w:left="320"/>
      </w:pPr>
      <w:r>
        <w:rPr>
          <w:rFonts w:ascii="맑은 고딕" w:hAnsi="맑은 고딕" w:eastAsia="맑은 고딕"/>
          <w:b w:val="0"/>
          <w:color w:val="4E5968"/>
          <w:sz w:val="22"/>
        </w:rPr>
        <w:t>③ 인류가 공룡과 함께 살았다는 것</w:t>
      </w:r>
    </w:p>
    <w:p>
      <w:pPr>
        <w:ind w:left="320"/>
      </w:pPr>
      <w:r>
        <w:rPr>
          <w:rFonts w:ascii="맑은 고딕" w:hAnsi="맑은 고딕" w:eastAsia="맑은 고딕"/>
          <w:b w:val="0"/>
          <w:color w:val="4E5968"/>
          <w:sz w:val="22"/>
        </w:rPr>
        <w:t>④ 인류가 바다에서 왔다는 것</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불로 요리(화식)가 인류 진화에 중요한 까닭은?</w:t>
      </w:r>
    </w:p>
    <w:p>
      <w:pPr>
        <w:ind w:left="320"/>
      </w:pPr>
      <w:r>
        <w:rPr>
          <w:rFonts w:ascii="맑은 고딕" w:hAnsi="맑은 고딕" w:eastAsia="맑은 고딕"/>
          <w:b w:val="0"/>
          <w:color w:val="4E5968"/>
          <w:sz w:val="22"/>
        </w:rPr>
        <w:t>① 음식이 맛있어져서</w:t>
      </w:r>
    </w:p>
    <w:p>
      <w:pPr>
        <w:ind w:left="320"/>
      </w:pPr>
      <w:r>
        <w:rPr>
          <w:rFonts w:ascii="맑은 고딕" w:hAnsi="맑은 고딕" w:eastAsia="맑은 고딕"/>
          <w:b w:val="0"/>
          <w:color w:val="4E5968"/>
          <w:sz w:val="22"/>
        </w:rPr>
        <w:t>② 불빛이 따뜻해서</w:t>
      </w:r>
    </w:p>
    <w:p>
      <w:pPr>
        <w:ind w:left="320"/>
      </w:pPr>
      <w:r>
        <w:rPr>
          <w:rFonts w:ascii="맑은 고딕" w:hAnsi="맑은 고딕" w:eastAsia="맑은 고딕"/>
          <w:b w:val="0"/>
          <w:color w:val="4E5968"/>
          <w:sz w:val="22"/>
        </w:rPr>
        <w:t>③ 소화 에너지를 아껴 뇌가 커져서</w:t>
      </w:r>
    </w:p>
    <w:p>
      <w:pPr>
        <w:ind w:left="320"/>
      </w:pPr>
      <w:r>
        <w:rPr>
          <w:rFonts w:ascii="맑은 고딕" w:hAnsi="맑은 고딕" w:eastAsia="맑은 고딕"/>
          <w:b w:val="0"/>
          <w:color w:val="4E5968"/>
          <w:sz w:val="22"/>
        </w:rPr>
        <w:t>④ 어두운 밤에도 환하게 지낼 수 있어서</w:t>
      </w:r>
    </w:p>
    <w:p>
      <w:pPr>
        <w:spacing w:before="240"/>
      </w:pPr>
      <w:r>
        <w:rPr>
          <w:rFonts w:ascii="맑은 고딕" w:hAnsi="맑은 고딕" w:eastAsia="맑은 고딕"/>
          <w:b/>
          <w:color w:val="8B95A1"/>
          <w:sz w:val="17"/>
        </w:rPr>
        <w:t xml:space="preserve">  종합 · 의미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여러 번의 대멸종이 생명 역사에 준 의미로 알맞은 것은?</w:t>
      </w:r>
    </w:p>
    <w:p>
      <w:pPr>
        <w:ind w:left="320"/>
      </w:pPr>
      <w:r>
        <w:rPr>
          <w:rFonts w:ascii="맑은 고딕" w:hAnsi="맑은 고딕" w:eastAsia="맑은 고딕"/>
          <w:b w:val="0"/>
          <w:color w:val="4E5968"/>
          <w:sz w:val="22"/>
        </w:rPr>
        <w:t>① 새 생물이 진화할 기회가 됐다</w:t>
      </w:r>
    </w:p>
    <w:p>
      <w:pPr>
        <w:ind w:left="320"/>
      </w:pPr>
      <w:r>
        <w:rPr>
          <w:rFonts w:ascii="맑은 고딕" w:hAnsi="맑은 고딕" w:eastAsia="맑은 고딕"/>
          <w:b w:val="0"/>
          <w:color w:val="4E5968"/>
          <w:sz w:val="22"/>
        </w:rPr>
        <w:t>② 지구가 더 뜨거워졌다</w:t>
      </w:r>
    </w:p>
    <w:p>
      <w:pPr>
        <w:ind w:left="320"/>
      </w:pPr>
      <w:r>
        <w:rPr>
          <w:rFonts w:ascii="맑은 고딕" w:hAnsi="맑은 고딕" w:eastAsia="맑은 고딕"/>
          <w:b w:val="0"/>
          <w:color w:val="4E5968"/>
          <w:sz w:val="22"/>
        </w:rPr>
        <w:t>③ 화산이 멈추게 됐다</w:t>
      </w:r>
    </w:p>
    <w:p>
      <w:pPr>
        <w:ind w:left="320"/>
      </w:pPr>
      <w:r>
        <w:rPr>
          <w:rFonts w:ascii="맑은 고딕" w:hAnsi="맑은 고딕" w:eastAsia="맑은 고딕"/>
          <w:b w:val="0"/>
          <w:color w:val="4E5968"/>
          <w:sz w:val="22"/>
        </w:rPr>
        <w:t>④ 지구에서 모든 생명이 영영 사라졌다</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지구온난화 등으로 '여섯 번째 대멸종'이 올 수 있다는 경고에 대해, 우리가 무엇을 해야 할지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우주 역사에서 인류의 시간이 '단 4초'에 불과하다는 말이 주는 의미를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지구가 걸어온 길</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뜨거운 불덩이였다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테이아 충돌의 파편이 뭉쳐서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액체 상태의 물(바다)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시아노박테리아</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거대한 운석이 충돌해서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생명체가 갑자기 크게 늘어난 일</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인류 역사는 아주 짧다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작은 미생물이 산소를 만들어 지구를 바꿔 놓은 일이 가장 놀랍다. 눈에 보이지 않는 생물이 지구 전체를 변화시켰기 때문이다. · (평가) 사건과 까닭을 자기 말로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쓰레기를 줄이고 에너지를 아끼며, 자연과 생물을 함부로 해치지 않고 소중히 지킨다. · (평가) 지구를 지키는 실천을 구체적으로 적었는지 봐 주세요.</w:t>
      </w:r>
    </w:p>
    <w:p>
      <w:r>
        <w:br w:type="page"/>
      </w:r>
    </w:p>
    <w:p>
      <w:pPr>
        <w:spacing w:before="160"/>
      </w:pPr>
      <w:r>
        <w:rPr>
          <w:rFonts w:ascii="맑은 고딕" w:hAnsi="맑은 고딕" w:eastAsia="맑은 고딕"/>
          <w:b/>
          <w:color w:val="2272EB"/>
          <w:sz w:val="26"/>
        </w:rPr>
        <w:t>[고학년] 46억 년의 비밀</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달과 지구의 구성물질이 비슷해서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이산화탄소를 줄여 온실효과가 약해져서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반응성이 강해 물질을 녹슬게 해서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시베리아 대규모 화산 폭발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직립보행이 먼저였다는 것</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소화 에너지를 아껴 뇌가 커져서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새 생물이 진화할 기회가 됐다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과거 대멸종이 기후 변화로 일어났듯, 지금의 온난화도 큰 위기가 될 수 있다. 온실가스를 줄이고 생태계를 보호하려는 노력을 함께해야 한다. · (평가) 대멸종 사례와 연결해 대안을 제시했는지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인류의 역사는 우주에 비하면 찰나처럼 짧다. 그래서 짧은 시간을 소중히 여기고, 지구와 다른 생명을 겸손하게 아껴야 한다고 느꼈다. · (평가) 짧음의 의미를 겸손·소중함과 연결했는지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