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광활한 우주로 떠나는 여행</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지구를 떠나 달과 태양, 화성과 목성을 지나 태양계 밖으로, 우리 은하를 넘어 관측 가능한 우주의 끝까지. 상상의 우주선을 타고 떠나는 경이로운 여행. 광활한 우주 속에서 '창백한 푸른 점' 지구는, 그리고 우리는 어떤 존재일까?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영상에서 우주여행의 출발점이자, 우리가 살고 있는 행성은 어디인가요?</w:t>
      </w:r>
    </w:p>
    <w:p>
      <w:pPr>
        <w:ind w:left="320"/>
      </w:pPr>
      <w:r>
        <w:rPr>
          <w:rFonts w:ascii="맑은 고딕" w:hAnsi="맑은 고딕" w:eastAsia="맑은 고딕"/>
          <w:b w:val="0"/>
          <w:color w:val="4E5968"/>
          <w:sz w:val="22"/>
        </w:rPr>
        <w:t>① 지구</w:t>
      </w:r>
    </w:p>
    <w:p>
      <w:pPr>
        <w:ind w:left="320"/>
      </w:pPr>
      <w:r>
        <w:rPr>
          <w:rFonts w:ascii="맑은 고딕" w:hAnsi="맑은 고딕" w:eastAsia="맑은 고딕"/>
          <w:b w:val="0"/>
          <w:color w:val="4E5968"/>
          <w:sz w:val="22"/>
        </w:rPr>
        <w:t>② 달</w:t>
      </w:r>
    </w:p>
    <w:p>
      <w:pPr>
        <w:ind w:left="320"/>
      </w:pPr>
      <w:r>
        <w:rPr>
          <w:rFonts w:ascii="맑은 고딕" w:hAnsi="맑은 고딕" w:eastAsia="맑은 고딕"/>
          <w:b w:val="0"/>
          <w:color w:val="4E5968"/>
          <w:sz w:val="22"/>
        </w:rPr>
        <w:t>③ 태양</w:t>
      </w:r>
    </w:p>
    <w:p>
      <w:pPr>
        <w:ind w:left="320"/>
      </w:pPr>
      <w:r>
        <w:rPr>
          <w:rFonts w:ascii="맑은 고딕" w:hAnsi="맑은 고딕" w:eastAsia="맑은 고딕"/>
          <w:b w:val="0"/>
          <w:color w:val="4E5968"/>
          <w:sz w:val="22"/>
        </w:rPr>
        <w:t>④ 화성</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태양에 대한 설명으로 알맞은 것은?</w:t>
      </w:r>
    </w:p>
    <w:p>
      <w:pPr>
        <w:ind w:left="320"/>
      </w:pPr>
      <w:r>
        <w:rPr>
          <w:rFonts w:ascii="맑은 고딕" w:hAnsi="맑은 고딕" w:eastAsia="맑은 고딕"/>
          <w:b w:val="0"/>
          <w:color w:val="4E5968"/>
          <w:sz w:val="22"/>
        </w:rPr>
        <w:t>① 지구처럼 빛을 받기만 하는 행성이다</w:t>
      </w:r>
    </w:p>
    <w:p>
      <w:pPr>
        <w:ind w:left="320"/>
      </w:pPr>
      <w:r>
        <w:rPr>
          <w:rFonts w:ascii="맑은 고딕" w:hAnsi="맑은 고딕" w:eastAsia="맑은 고딕"/>
          <w:b w:val="0"/>
          <w:color w:val="4E5968"/>
          <w:sz w:val="22"/>
        </w:rPr>
        <w:t>② 스스로 빛과 열을 낸다</w:t>
      </w:r>
    </w:p>
    <w:p>
      <w:pPr>
        <w:ind w:left="320"/>
      </w:pPr>
      <w:r>
        <w:rPr>
          <w:rFonts w:ascii="맑은 고딕" w:hAnsi="맑은 고딕" w:eastAsia="맑은 고딕"/>
          <w:b w:val="0"/>
          <w:color w:val="4E5968"/>
          <w:sz w:val="22"/>
        </w:rPr>
        <w:t>③ 달이 빛을 줘야 빛나는 별이다</w:t>
      </w:r>
    </w:p>
    <w:p>
      <w:pPr>
        <w:ind w:left="320"/>
      </w:pPr>
      <w:r>
        <w:rPr>
          <w:rFonts w:ascii="맑은 고딕" w:hAnsi="맑은 고딕" w:eastAsia="맑은 고딕"/>
          <w:b w:val="0"/>
          <w:color w:val="4E5968"/>
          <w:sz w:val="22"/>
        </w:rPr>
        <w:t>④ 지구보다 작은 천체이다</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태양처럼 스스로 빛을 내는 별(천체)을 무엇이라고 하나요?</w:t>
      </w:r>
    </w:p>
    <w:p>
      <w:pPr>
        <w:ind w:left="320"/>
      </w:pPr>
      <w:r>
        <w:rPr>
          <w:rFonts w:ascii="맑은 고딕" w:hAnsi="맑은 고딕" w:eastAsia="맑은 고딕"/>
          <w:b w:val="0"/>
          <w:color w:val="4E5968"/>
          <w:sz w:val="22"/>
        </w:rPr>
        <w:t>① 행성</w:t>
      </w:r>
    </w:p>
    <w:p>
      <w:pPr>
        <w:ind w:left="320"/>
      </w:pPr>
      <w:r>
        <w:rPr>
          <w:rFonts w:ascii="맑은 고딕" w:hAnsi="맑은 고딕" w:eastAsia="맑은 고딕"/>
          <w:b w:val="0"/>
          <w:color w:val="4E5968"/>
          <w:sz w:val="22"/>
        </w:rPr>
        <w:t>② 위성</w:t>
      </w:r>
    </w:p>
    <w:p>
      <w:pPr>
        <w:ind w:left="320"/>
      </w:pPr>
      <w:r>
        <w:rPr>
          <w:rFonts w:ascii="맑은 고딕" w:hAnsi="맑은 고딕" w:eastAsia="맑은 고딕"/>
          <w:b w:val="0"/>
          <w:color w:val="4E5968"/>
          <w:sz w:val="22"/>
        </w:rPr>
        <w:t>③ 항성</w:t>
      </w:r>
    </w:p>
    <w:p>
      <w:pPr>
        <w:ind w:left="320"/>
      </w:pPr>
      <w:r>
        <w:rPr>
          <w:rFonts w:ascii="맑은 고딕" w:hAnsi="맑은 고딕" w:eastAsia="맑은 고딕"/>
          <w:b w:val="0"/>
          <w:color w:val="4E5968"/>
          <w:sz w:val="22"/>
        </w:rPr>
        <w:t>④ 혜성</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화성이 붉은색으로 보이는 까닭으로 알맞은 것은?</w:t>
      </w:r>
    </w:p>
    <w:p>
      <w:pPr>
        <w:ind w:left="320"/>
      </w:pPr>
      <w:r>
        <w:rPr>
          <w:rFonts w:ascii="맑은 고딕" w:hAnsi="맑은 고딕" w:eastAsia="맑은 고딕"/>
          <w:b w:val="0"/>
          <w:color w:val="4E5968"/>
          <w:sz w:val="22"/>
        </w:rPr>
        <w:t>① 표면에 늘 불이 활활 타고 있어서</w:t>
      </w:r>
    </w:p>
    <w:p>
      <w:pPr>
        <w:ind w:left="320"/>
      </w:pPr>
      <w:r>
        <w:rPr>
          <w:rFonts w:ascii="맑은 고딕" w:hAnsi="맑은 고딕" w:eastAsia="맑은 고딕"/>
          <w:b w:val="0"/>
          <w:color w:val="4E5968"/>
          <w:sz w:val="22"/>
        </w:rPr>
        <w:t>② 붉은 물이 가득해서</w:t>
      </w:r>
    </w:p>
    <w:p>
      <w:pPr>
        <w:ind w:left="320"/>
      </w:pPr>
      <w:r>
        <w:rPr>
          <w:rFonts w:ascii="맑은 고딕" w:hAnsi="맑은 고딕" w:eastAsia="맑은 고딕"/>
          <w:b w:val="0"/>
          <w:color w:val="4E5968"/>
          <w:sz w:val="22"/>
        </w:rPr>
        <w:t>③ 태양빛이 붉게 비쳐서</w:t>
      </w:r>
    </w:p>
    <w:p>
      <w:pPr>
        <w:ind w:left="320"/>
      </w:pPr>
      <w:r>
        <w:rPr>
          <w:rFonts w:ascii="맑은 고딕" w:hAnsi="맑은 고딕" w:eastAsia="맑은 고딕"/>
          <w:b w:val="0"/>
          <w:color w:val="4E5968"/>
          <w:sz w:val="22"/>
        </w:rPr>
        <w:t>④ 산화철로 덮여 있어서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지구에서 멀어지는 순서대로(가까운 것 → 먼 것) 기호를 써 보세요.</w:t>
      </w:r>
    </w:p>
    <w:p>
      <w:pPr>
        <w:ind w:left="320"/>
      </w:pPr>
      <w:r>
        <w:rPr>
          <w:rFonts w:ascii="맑은 고딕" w:hAnsi="맑은 고딕" w:eastAsia="맑은 고딕"/>
          <w:b w:val="0"/>
          <w:color w:val="333D4B"/>
          <w:sz w:val="22"/>
        </w:rPr>
        <w:t>ㄱ. 태양·화성 등 태양계의 천체들</w:t>
      </w:r>
    </w:p>
    <w:p>
      <w:pPr>
        <w:ind w:left="320"/>
      </w:pPr>
      <w:r>
        <w:rPr>
          <w:rFonts w:ascii="맑은 고딕" w:hAnsi="맑은 고딕" w:eastAsia="맑은 고딕"/>
          <w:b w:val="0"/>
          <w:color w:val="333D4B"/>
          <w:sz w:val="22"/>
        </w:rPr>
        <w:t>ㄴ. 달</w:t>
      </w:r>
    </w:p>
    <w:p>
      <w:pPr>
        <w:ind w:left="320"/>
      </w:pPr>
      <w:r>
        <w:rPr>
          <w:rFonts w:ascii="맑은 고딕" w:hAnsi="맑은 고딕" w:eastAsia="맑은 고딕"/>
          <w:b w:val="0"/>
          <w:color w:val="333D4B"/>
          <w:sz w:val="22"/>
        </w:rPr>
        <w:t>ㄷ. 우리 은하를 넘어 더 먼 우주</w:t>
      </w:r>
    </w:p>
    <w:p>
      <w:pPr>
        <w:ind w:left="320"/>
      </w:pPr>
      <w:r>
        <w:rPr>
          <w:rFonts w:ascii="맑은 고딕" w:hAnsi="맑은 고딕" w:eastAsia="맑은 고딕"/>
          <w:b w:val="0"/>
          <w:color w:val="333D4B"/>
          <w:sz w:val="22"/>
        </w:rPr>
        <w:t>ㄹ. 지구</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인류가 만들어 태양계를 벗어난 탐사선의 이름으로 알맞은 것은?</w:t>
      </w:r>
    </w:p>
    <w:p>
      <w:pPr>
        <w:ind w:left="320"/>
      </w:pPr>
      <w:r>
        <w:rPr>
          <w:rFonts w:ascii="맑은 고딕" w:hAnsi="맑은 고딕" w:eastAsia="맑은 고딕"/>
          <w:b w:val="0"/>
          <w:color w:val="4E5968"/>
          <w:sz w:val="22"/>
        </w:rPr>
        <w:t>① 보이저 1호</w:t>
      </w:r>
    </w:p>
    <w:p>
      <w:pPr>
        <w:ind w:left="320"/>
      </w:pPr>
      <w:r>
        <w:rPr>
          <w:rFonts w:ascii="맑은 고딕" w:hAnsi="맑은 고딕" w:eastAsia="맑은 고딕"/>
          <w:b w:val="0"/>
          <w:color w:val="4E5968"/>
          <w:sz w:val="22"/>
        </w:rPr>
        <w:t>② 우리별 무궁화호</w:t>
      </w:r>
    </w:p>
    <w:p>
      <w:pPr>
        <w:ind w:left="320"/>
      </w:pPr>
      <w:r>
        <w:rPr>
          <w:rFonts w:ascii="맑은 고딕" w:hAnsi="맑은 고딕" w:eastAsia="맑은 고딕"/>
          <w:b w:val="0"/>
          <w:color w:val="4E5968"/>
          <w:sz w:val="22"/>
        </w:rPr>
        <w:t>③ 백두산함</w:t>
      </w:r>
    </w:p>
    <w:p>
      <w:pPr>
        <w:ind w:left="320"/>
      </w:pPr>
      <w:r>
        <w:rPr>
          <w:rFonts w:ascii="맑은 고딕" w:hAnsi="맑은 고딕" w:eastAsia="맑은 고딕"/>
          <w:b w:val="0"/>
          <w:color w:val="4E5968"/>
          <w:sz w:val="22"/>
        </w:rPr>
        <w:t>④ 거북선</w:t>
      </w:r>
    </w:p>
    <w:p>
      <w:pPr>
        <w:spacing w:before="240"/>
      </w:pPr>
      <w:r>
        <w:rPr>
          <w:rFonts w:ascii="맑은 고딕" w:hAnsi="맑은 고딕" w:eastAsia="맑은 고딕"/>
          <w:b/>
          <w:color w:val="8B95A1"/>
          <w:sz w:val="17"/>
        </w:rPr>
        <w:t xml:space="preserve">  내용 일치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다음 중 우주에 대한 설명으로 옳지 않은 것은?</w:t>
      </w:r>
    </w:p>
    <w:p>
      <w:pPr>
        <w:ind w:left="320"/>
      </w:pPr>
      <w:r>
        <w:rPr>
          <w:rFonts w:ascii="맑은 고딕" w:hAnsi="맑은 고딕" w:eastAsia="맑은 고딕"/>
          <w:b w:val="0"/>
          <w:color w:val="4E5968"/>
          <w:sz w:val="22"/>
        </w:rPr>
        <w:t>① 별과 별 사이의 거리는 상상하기 어려울 만큼 멀다</w:t>
      </w:r>
    </w:p>
    <w:p>
      <w:pPr>
        <w:ind w:left="320"/>
      </w:pPr>
      <w:r>
        <w:rPr>
          <w:rFonts w:ascii="맑은 고딕" w:hAnsi="맑은 고딕" w:eastAsia="맑은 고딕"/>
          <w:b w:val="0"/>
          <w:color w:val="4E5968"/>
          <w:sz w:val="22"/>
        </w:rPr>
        <w:t>② 우주는 지구만큼 작아서 끝이 금방 나온다</w:t>
      </w:r>
    </w:p>
    <w:p>
      <w:pPr>
        <w:ind w:left="320"/>
      </w:pPr>
      <w:r>
        <w:rPr>
          <w:rFonts w:ascii="맑은 고딕" w:hAnsi="맑은 고딕" w:eastAsia="맑은 고딕"/>
          <w:b w:val="0"/>
          <w:color w:val="4E5968"/>
          <w:sz w:val="22"/>
        </w:rPr>
        <w:t>③ 우주에는 태양계와 같은 천체가 무수히 많다</w:t>
      </w:r>
    </w:p>
    <w:p>
      <w:pPr>
        <w:ind w:left="320"/>
      </w:pPr>
      <w:r>
        <w:rPr>
          <w:rFonts w:ascii="맑은 고딕" w:hAnsi="맑은 고딕" w:eastAsia="맑은 고딕"/>
          <w:b w:val="0"/>
          <w:color w:val="4E5968"/>
          <w:sz w:val="22"/>
        </w:rPr>
        <w:t>④ 우주에서 지구는 작은 점처럼 보인다</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광활한 우주에서 지구가 '창백한 푸른 점'처럼 작게 보이는 것을 보고 느낄 수 있는 점으로 알맞은 것은?</w:t>
      </w:r>
    </w:p>
    <w:p>
      <w:pPr>
        <w:ind w:left="320"/>
      </w:pPr>
      <w:r>
        <w:rPr>
          <w:rFonts w:ascii="맑은 고딕" w:hAnsi="맑은 고딕" w:eastAsia="맑은 고딕"/>
          <w:b w:val="0"/>
          <w:color w:val="4E5968"/>
          <w:sz w:val="22"/>
        </w:rPr>
        <w:t>① 지구는 아무 쓸모도 없는 곳이다</w:t>
      </w:r>
    </w:p>
    <w:p>
      <w:pPr>
        <w:ind w:left="320"/>
      </w:pPr>
      <w:r>
        <w:rPr>
          <w:rFonts w:ascii="맑은 고딕" w:hAnsi="맑은 고딕" w:eastAsia="맑은 고딕"/>
          <w:b w:val="0"/>
          <w:color w:val="4E5968"/>
          <w:sz w:val="22"/>
        </w:rPr>
        <w:t>② 우주는 시시하다</w:t>
      </w:r>
    </w:p>
    <w:p>
      <w:pPr>
        <w:ind w:left="320"/>
      </w:pPr>
      <w:r>
        <w:rPr>
          <w:rFonts w:ascii="맑은 고딕" w:hAnsi="맑은 고딕" w:eastAsia="맑은 고딕"/>
          <w:b w:val="0"/>
          <w:color w:val="4E5968"/>
          <w:sz w:val="22"/>
        </w:rPr>
        <w:t>③ 소중한 지구를 아껴야 한다</w:t>
      </w:r>
    </w:p>
    <w:p>
      <w:pPr>
        <w:ind w:left="320"/>
      </w:pPr>
      <w:r>
        <w:rPr>
          <w:rFonts w:ascii="맑은 고딕" w:hAnsi="맑은 고딕" w:eastAsia="맑은 고딕"/>
          <w:b w:val="0"/>
          <w:color w:val="4E5968"/>
          <w:sz w:val="22"/>
        </w:rPr>
        <w:t>④ 지구가 우주에서 가장 크다</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광활한 우주 속에서 작은 지구를 바라본다면 어떤 생각이 들지, 자유롭게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우리가 사는 유일한 보금자리인 지구를 지키기 위해 할 수 있는 일을 한 가지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창백한 푸른 점, 그리고 우리</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지구를 떠나 달과 태양, 화성과 목성을 지나 태양계 밖으로, 우리 은하를 넘어 관측 가능한 우주의 끝까지. 상상의 우주선을 타고 떠나는 경이로운 여행. 광활한 우주 속에서 '창백한 푸른 점' 지구는, 그리고 우리는 어떤 존재일까?</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별(항성)과 행성을 구분하는 기준으로 알맞은 것은?</w:t>
      </w:r>
    </w:p>
    <w:p>
      <w:pPr>
        <w:ind w:left="320"/>
      </w:pPr>
      <w:r>
        <w:rPr>
          <w:rFonts w:ascii="맑은 고딕" w:hAnsi="맑은 고딕" w:eastAsia="맑은 고딕"/>
          <w:b w:val="0"/>
          <w:color w:val="4E5968"/>
          <w:sz w:val="22"/>
        </w:rPr>
        <w:t>① 스스로 빛을 내면 별이다</w:t>
      </w:r>
    </w:p>
    <w:p>
      <w:pPr>
        <w:ind w:left="320"/>
      </w:pPr>
      <w:r>
        <w:rPr>
          <w:rFonts w:ascii="맑은 고딕" w:hAnsi="맑은 고딕" w:eastAsia="맑은 고딕"/>
          <w:b w:val="0"/>
          <w:color w:val="4E5968"/>
          <w:sz w:val="22"/>
        </w:rPr>
        <w:t>② 크기가 아주 크면 무조건 별이다</w:t>
      </w:r>
    </w:p>
    <w:p>
      <w:pPr>
        <w:ind w:left="320"/>
      </w:pPr>
      <w:r>
        <w:rPr>
          <w:rFonts w:ascii="맑은 고딕" w:hAnsi="맑은 고딕" w:eastAsia="맑은 고딕"/>
          <w:b w:val="0"/>
          <w:color w:val="4E5968"/>
          <w:sz w:val="22"/>
        </w:rPr>
        <w:t>③ 모양이 둥글면 모두 별이다</w:t>
      </w:r>
    </w:p>
    <w:p>
      <w:pPr>
        <w:ind w:left="320"/>
      </w:pPr>
      <w:r>
        <w:rPr>
          <w:rFonts w:ascii="맑은 고딕" w:hAnsi="맑은 고딕" w:eastAsia="맑은 고딕"/>
          <w:b w:val="0"/>
          <w:color w:val="4E5968"/>
          <w:sz w:val="22"/>
        </w:rPr>
        <w:t>④ 밝게 보이면 모두 행성이다</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빛이 1년 동안 나아가는 거리를 뜻하는, 아주 먼 우주의 거리를 재는 단위는 무엇인가요?</w:t>
      </w:r>
    </w:p>
    <w:p>
      <w:pPr>
        <w:ind w:left="320"/>
      </w:pPr>
      <w:r>
        <w:rPr>
          <w:rFonts w:ascii="맑은 고딕" w:hAnsi="맑은 고딕" w:eastAsia="맑은 고딕"/>
          <w:b w:val="0"/>
          <w:color w:val="4E5968"/>
          <w:sz w:val="22"/>
        </w:rPr>
        <w:t>① 광속</w:t>
      </w:r>
    </w:p>
    <w:p>
      <w:pPr>
        <w:ind w:left="320"/>
      </w:pPr>
      <w:r>
        <w:rPr>
          <w:rFonts w:ascii="맑은 고딕" w:hAnsi="맑은 고딕" w:eastAsia="맑은 고딕"/>
          <w:b w:val="0"/>
          <w:color w:val="4E5968"/>
          <w:sz w:val="22"/>
        </w:rPr>
        <w:t>② 광년</w:t>
      </w:r>
    </w:p>
    <w:p>
      <w:pPr>
        <w:ind w:left="320"/>
      </w:pPr>
      <w:r>
        <w:rPr>
          <w:rFonts w:ascii="맑은 고딕" w:hAnsi="맑은 고딕" w:eastAsia="맑은 고딕"/>
          <w:b w:val="0"/>
          <w:color w:val="4E5968"/>
          <w:sz w:val="22"/>
        </w:rPr>
        <w:t>③ 광속도</w:t>
      </w:r>
    </w:p>
    <w:p>
      <w:pPr>
        <w:ind w:left="320"/>
      </w:pPr>
      <w:r>
        <w:rPr>
          <w:rFonts w:ascii="맑은 고딕" w:hAnsi="맑은 고딕" w:eastAsia="맑은 고딕"/>
          <w:b w:val="0"/>
          <w:color w:val="4E5968"/>
          <w:sz w:val="22"/>
        </w:rPr>
        <w:t>④ 광원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'관측 가능한 우주'라는 말의 뜻으로 가장 알맞은 것은?</w:t>
      </w:r>
    </w:p>
    <w:p>
      <w:pPr>
        <w:ind w:left="320"/>
      </w:pPr>
      <w:r>
        <w:rPr>
          <w:rFonts w:ascii="맑은 고딕" w:hAnsi="맑은 고딕" w:eastAsia="맑은 고딕"/>
          <w:b w:val="0"/>
          <w:color w:val="4E5968"/>
          <w:sz w:val="22"/>
        </w:rPr>
        <w:t>① 사람이 직접 가 본 우주</w:t>
      </w:r>
    </w:p>
    <w:p>
      <w:pPr>
        <w:ind w:left="320"/>
      </w:pPr>
      <w:r>
        <w:rPr>
          <w:rFonts w:ascii="맑은 고딕" w:hAnsi="맑은 고딕" w:eastAsia="맑은 고딕"/>
          <w:b w:val="0"/>
          <w:color w:val="4E5968"/>
          <w:sz w:val="22"/>
        </w:rPr>
        <w:t>② 맨눈으로 또렷이 보이는 곳까지만</w:t>
      </w:r>
    </w:p>
    <w:p>
      <w:pPr>
        <w:ind w:left="320"/>
      </w:pPr>
      <w:r>
        <w:rPr>
          <w:rFonts w:ascii="맑은 고딕" w:hAnsi="맑은 고딕" w:eastAsia="맑은 고딕"/>
          <w:b w:val="0"/>
          <w:color w:val="4E5968"/>
          <w:sz w:val="22"/>
        </w:rPr>
        <w:t>③ 빛이 도달할 수 있는 범위까지</w:t>
      </w:r>
    </w:p>
    <w:p>
      <w:pPr>
        <w:ind w:left="320"/>
      </w:pPr>
      <w:r>
        <w:rPr>
          <w:rFonts w:ascii="맑은 고딕" w:hAnsi="맑은 고딕" w:eastAsia="맑은 고딕"/>
          <w:b w:val="0"/>
          <w:color w:val="4E5968"/>
          <w:sz w:val="22"/>
        </w:rPr>
        <w:t>④ 태양계 안쪽만</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4. </w:t>
      </w:r>
      <w:r>
        <w:rPr>
          <w:rFonts w:ascii="맑은 고딕" w:hAnsi="맑은 고딕" w:eastAsia="맑은 고딕"/>
          <w:b/>
          <w:color w:val="191F28"/>
          <w:sz w:val="23"/>
        </w:rPr>
        <w:t>규모가 작은 것에서 큰 것 순서대로 기호를 써 보세요.</w:t>
      </w:r>
    </w:p>
    <w:p>
      <w:pPr>
        <w:ind w:left="320"/>
      </w:pPr>
      <w:r>
        <w:rPr>
          <w:rFonts w:ascii="맑은 고딕" w:hAnsi="맑은 고딕" w:eastAsia="맑은 고딕"/>
          <w:b w:val="0"/>
          <w:color w:val="333D4B"/>
          <w:sz w:val="22"/>
        </w:rPr>
        <w:t>ㄱ. 우리 은하</w:t>
      </w:r>
    </w:p>
    <w:p>
      <w:pPr>
        <w:ind w:left="320"/>
      </w:pPr>
      <w:r>
        <w:rPr>
          <w:rFonts w:ascii="맑은 고딕" w:hAnsi="맑은 고딕" w:eastAsia="맑은 고딕"/>
          <w:b w:val="0"/>
          <w:color w:val="333D4B"/>
          <w:sz w:val="22"/>
        </w:rPr>
        <w:t>ㄴ. 지구(행성)</w:t>
      </w:r>
    </w:p>
    <w:p>
      <w:pPr>
        <w:ind w:left="320"/>
      </w:pPr>
      <w:r>
        <w:rPr>
          <w:rFonts w:ascii="맑은 고딕" w:hAnsi="맑은 고딕" w:eastAsia="맑은 고딕"/>
          <w:b w:val="0"/>
          <w:color w:val="333D4B"/>
          <w:sz w:val="22"/>
        </w:rPr>
        <w:t>ㄷ. 관측 가능한 우주</w:t>
      </w:r>
    </w:p>
    <w:p>
      <w:pPr>
        <w:ind w:left="320"/>
      </w:pPr>
      <w:r>
        <w:rPr>
          <w:rFonts w:ascii="맑은 고딕" w:hAnsi="맑은 고딕" w:eastAsia="맑은 고딕"/>
          <w:b w:val="0"/>
          <w:color w:val="333D4B"/>
          <w:sz w:val="22"/>
        </w:rPr>
        <w:t>ㄹ. 태양계</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보이저 1호가 먼 우주에서 찍은 '창백한 푸른 점' 사진 속의 작은 점은 무엇인가요?</w:t>
      </w:r>
    </w:p>
    <w:p>
      <w:pPr>
        <w:ind w:left="320"/>
      </w:pPr>
      <w:r>
        <w:rPr>
          <w:rFonts w:ascii="맑은 고딕" w:hAnsi="맑은 고딕" w:eastAsia="맑은 고딕"/>
          <w:b w:val="0"/>
          <w:color w:val="4E5968"/>
          <w:sz w:val="22"/>
        </w:rPr>
        <w:t>① 태양</w:t>
      </w:r>
    </w:p>
    <w:p>
      <w:pPr>
        <w:ind w:left="320"/>
      </w:pPr>
      <w:r>
        <w:rPr>
          <w:rFonts w:ascii="맑은 고딕" w:hAnsi="맑은 고딕" w:eastAsia="맑은 고딕"/>
          <w:b w:val="0"/>
          <w:color w:val="4E5968"/>
          <w:sz w:val="22"/>
        </w:rPr>
        <w:t>② 달</w:t>
      </w:r>
    </w:p>
    <w:p>
      <w:pPr>
        <w:ind w:left="320"/>
      </w:pPr>
      <w:r>
        <w:rPr>
          <w:rFonts w:ascii="맑은 고딕" w:hAnsi="맑은 고딕" w:eastAsia="맑은 고딕"/>
          <w:b w:val="0"/>
          <w:color w:val="4E5968"/>
          <w:sz w:val="22"/>
        </w:rPr>
        <w:t>③ 화성</w:t>
      </w:r>
    </w:p>
    <w:p>
      <w:pPr>
        <w:ind w:left="320"/>
      </w:pPr>
      <w:r>
        <w:rPr>
          <w:rFonts w:ascii="맑은 고딕" w:hAnsi="맑은 고딕" w:eastAsia="맑은 고딕"/>
          <w:b w:val="0"/>
          <w:color w:val="4E5968"/>
          <w:sz w:val="22"/>
        </w:rPr>
        <w:t>④ 지구</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칼 세이건이 '창백한 푸른 점' 사진을 통해 전하려 한 메시지로 가장 알맞은 것은?</w:t>
      </w:r>
    </w:p>
    <w:p>
      <w:pPr>
        <w:ind w:left="320"/>
      </w:pPr>
      <w:r>
        <w:rPr>
          <w:rFonts w:ascii="맑은 고딕" w:hAnsi="맑은 고딕" w:eastAsia="맑은 고딕"/>
          <w:b w:val="0"/>
          <w:color w:val="4E5968"/>
          <w:sz w:val="22"/>
        </w:rPr>
        <w:t>① 서로 배려하고 지구를 아끼자</w:t>
      </w:r>
    </w:p>
    <w:p>
      <w:pPr>
        <w:ind w:left="320"/>
      </w:pPr>
      <w:r>
        <w:rPr>
          <w:rFonts w:ascii="맑은 고딕" w:hAnsi="맑은 고딕" w:eastAsia="맑은 고딕"/>
          <w:b w:val="0"/>
          <w:color w:val="4E5968"/>
          <w:sz w:val="22"/>
        </w:rPr>
        <w:t>② 지구는 우주의 중심이다</w:t>
      </w:r>
    </w:p>
    <w:p>
      <w:pPr>
        <w:ind w:left="320"/>
      </w:pPr>
      <w:r>
        <w:rPr>
          <w:rFonts w:ascii="맑은 고딕" w:hAnsi="맑은 고딕" w:eastAsia="맑은 고딕"/>
          <w:b w:val="0"/>
          <w:color w:val="4E5968"/>
          <w:sz w:val="22"/>
        </w:rPr>
        <w:t>③ 인간이야말로 우주에서 가장 위대하다</w:t>
      </w:r>
    </w:p>
    <w:p>
      <w:pPr>
        <w:ind w:left="320"/>
      </w:pPr>
      <w:r>
        <w:rPr>
          <w:rFonts w:ascii="맑은 고딕" w:hAnsi="맑은 고딕" w:eastAsia="맑은 고딕"/>
          <w:b w:val="0"/>
          <w:color w:val="4E5968"/>
          <w:sz w:val="22"/>
        </w:rPr>
        <w:t>④ 우주는 정복해야 할 대상이다</w:t>
      </w:r>
    </w:p>
    <w:p>
      <w:pPr>
        <w:spacing w:before="240"/>
      </w:pPr>
      <w:r>
        <w:rPr>
          <w:rFonts w:ascii="맑은 고딕" w:hAnsi="맑은 고딕" w:eastAsia="맑은 고딕"/>
          <w:b/>
          <w:color w:val="8B95A1"/>
          <w:sz w:val="17"/>
        </w:rPr>
        <w:t xml:space="preserve">  내용 일치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다음 중 영상 내용과 일치하지 않는 것은?</w:t>
      </w:r>
    </w:p>
    <w:p>
      <w:pPr>
        <w:ind w:left="320"/>
      </w:pPr>
      <w:r>
        <w:rPr>
          <w:rFonts w:ascii="맑은 고딕" w:hAnsi="맑은 고딕" w:eastAsia="맑은 고딕"/>
          <w:b w:val="0"/>
          <w:color w:val="4E5968"/>
          <w:sz w:val="22"/>
        </w:rPr>
        <w:t>① '인간이 우주의 중심'이라는 옛 생각은 바뀌었다</w:t>
      </w:r>
    </w:p>
    <w:p>
      <w:pPr>
        <w:ind w:left="320"/>
      </w:pPr>
      <w:r>
        <w:rPr>
          <w:rFonts w:ascii="맑은 고딕" w:hAnsi="맑은 고딕" w:eastAsia="맑은 고딕"/>
          <w:b w:val="0"/>
          <w:color w:val="4E5968"/>
          <w:sz w:val="22"/>
        </w:rPr>
        <w:t>② 지구는 우주에서 가장 크고 중심에 있는 천체다</w:t>
      </w:r>
    </w:p>
    <w:p>
      <w:pPr>
        <w:ind w:left="320"/>
      </w:pPr>
      <w:r>
        <w:rPr>
          <w:rFonts w:ascii="맑은 고딕" w:hAnsi="맑은 고딕" w:eastAsia="맑은 고딕"/>
          <w:b w:val="0"/>
          <w:color w:val="4E5968"/>
          <w:sz w:val="22"/>
        </w:rPr>
        <w:t>③ 관측 가능한 우주조차 실제의 일부일 수 있다</w:t>
      </w:r>
    </w:p>
    <w:p>
      <w:pPr>
        <w:ind w:left="320"/>
      </w:pPr>
      <w:r>
        <w:rPr>
          <w:rFonts w:ascii="맑은 고딕" w:hAnsi="맑은 고딕" w:eastAsia="맑은 고딕"/>
          <w:b w:val="0"/>
          <w:color w:val="4E5968"/>
          <w:sz w:val="22"/>
        </w:rPr>
        <w:t>④ 별과 행성은 우주에 무수히 많다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8. </w:t>
      </w:r>
      <w:r>
        <w:rPr>
          <w:rFonts w:ascii="맑은 고딕" w:hAnsi="맑은 고딕" w:eastAsia="맑은 고딕"/>
          <w:b/>
          <w:color w:val="191F28"/>
          <w:sz w:val="23"/>
        </w:rPr>
        <w:t>우주에 비하면 지구는 먼지처럼 작습니다. 그럼에도 이 작은 지구에서의 삶이 소중한 까닭은 무엇일지,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탐구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인류는 왜 위험과 비용을 무릅쓰고 우주를 탐험하려 할까요? 그 까닭을 자신의 생각으로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칼 세이건은 '우리는 별의 먼지로 만들어졌다'고 했습니다. 이 광활한 우주 속에서 '나는 어떤 존재인가'에 대해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광활한 우주로 떠나는 여행</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지구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스스로 빛과 열을 낸다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항성</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산화철로 덮여 있어서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ㄹ → ㄴ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보이저 1호</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우주는 지구만큼 작아서 끝이 금방 나온다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소중한 지구를 아껴야 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이렇게 넓은 우주에서 지구가 먼지처럼 작다는 게 놀랍고, 그 작은 별에 우리가 함께 산다는 것이 신비롭고 소중하게 느껴진다. · (평가) 우주의 광대함·지구의 소중함에 대한 느낌을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쓰레기를 줄이고 분리배출을 잘 하며 에너지를 아껴, 지구의 환경이 더 나빠지지 않도록 돕겠다. · (평가) 환경 보호 등 실천을 적었는지 봐 주세요.</w:t>
      </w:r>
    </w:p>
    <w:p>
      <w:r>
        <w:br w:type="page"/>
      </w:r>
    </w:p>
    <w:p>
      <w:pPr>
        <w:spacing w:before="160"/>
      </w:pPr>
      <w:r>
        <w:rPr>
          <w:rFonts w:ascii="맑은 고딕" w:hAnsi="맑은 고딕" w:eastAsia="맑은 고딕"/>
          <w:b/>
          <w:color w:val="2272EB"/>
          <w:sz w:val="26"/>
        </w:rPr>
        <w:t>[고학년] 창백한 푸른 점, 그리고 우리</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스스로 빛을 내면 별이다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광년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빛이 도달할 수 있는 범위까지</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④ 지구</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서로 배려하고 지구를 아끼자</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지구는 우주에서 가장 크고 중심에 있는 천체다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[예시] 우리가 아는 유일한 생명과 사랑, 관계가 모두 이 작은 지구 위에 있기 때문이다. 작더라도 그 안의 삶 하나하나가 소중하다. · (평가) 생명·관계·유일한 보금자리 등과 연결해 전개했는지 봐 주세요.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모르는 것을 알고 싶어 하는 호기심과, 우리가 어디서 왔고 우주에서 어떤 존재인지 이해하려는 마음 때문이다. · (평가) 호기심·지식 탐구·자기 이해 등과 연결했는지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나는 우주에 비하면 한없이 작지만, 우주를 궁금해하고 이해하려는 특별한 존재이기도 하다. 작은 존재라도 의미 있게 살아갈 수 있다고 생각한다. · (평가) 우주 속 인간의 위치·삶의 의미를 자기 말로 표현했는지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