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아기 공룡 점박이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이야기의 주인공인 아기 공룡의 이름은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점박이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흰둥이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누렁이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까망이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점박이는 무엇을 먹고 사는 공룡인가요?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풀만 먹는 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고기를 먹는 육식 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물고기만 먹는 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아무것도 안 먹는 공룡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아기 공룡 점박이 얼굴에 있는 특징은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머리에 큰 뿔이 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수염이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반점(점)이 가득하다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온몸에 줄무늬가 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위험에 빠진 점박이를 구해 준 것은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숲에서 만난 낯선 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 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엄마(어미 공룡)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날카로운 갈고리 발톱으로 점박이를 자꾸 노린 사냥꾼 공룡들은?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갈고리 발톱 사냥꾼들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느릿느릿 기어가는 거북이들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물고기들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새들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비가 오지 않는 건기(가뭄)에 공룡들이 겪은 어려움은?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날씨가 갑자기 너무 추워졌다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먹이가 부족해 굶주렸다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밤에 잠을 못 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물이 넘쳤다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점박이가 자라서 한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계속 엄마와 살았다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사냥을 포기했다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스스로 사냥에 성공해 독립했다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깊은 다른 숲으로 도망만 다녔다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이야기의 배경이 된 곳은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사람이 사는 오늘날의 도시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바닷속 나라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달나라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8천만 년 전 한반도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점박이  ·          ·  아기 타르보사우루스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엄마 공룡  ·          ·  점박이를 지켜 줌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갈고리 발톱 공룡  ·          ·  무서운 사냥꾼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혼자 힘으로 자라야 하는 아기 공룡 점박이에게 응원의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야생에서 살아남기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8천만 년 전, 한반도는 온화한 기후와 큰 호수를 품은 공룡들의 마지막 낙원이었다. 호기심 가득한 아기 타르보사우루스 '점박이'가 떠돌이 수컷의 위협, 혹독한 건기와 형제들의 죽음 같은 시련을 이겨내며 자라난다. 미크로랍토르·벨로키랍토르·프로토케라톱스 등 다양한 공룡이 공존하는 숲에서, 강자만이 살아남는 냉혹한 야생의 질서와 자연의 경이를 생생하게 보여 주는 다큐멘터리.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점박이는 무슨 공룡인가요?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육식 공룡 타르보사우루스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온순한 초식 공룡 친타오사우루스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하늘을 나는 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바닷속 공룡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둥지에서 막내가 먹이를 제대로 먹지 못한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그날따라 통 입맛이 하나도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형들에게 밀리는 위계질서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하루 종일 잠을 자느라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엄마가 미워해서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떠돌이 수컷 타르보사우루스가 남의 새끼를 죽이려 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한순간 너무 배가 고프고 화가 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장난을 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미래의 경쟁 상대를 미리 없애려고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길을 잃어서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어미가 둥지를 옮긴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둥지 주변 풍경이 영 마음에 안 들어서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둥지가 더러워서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물이 멀어서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다시 올 수컷을 피해 새끼를 지키려고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건기가 닥쳐 먹이가 부족해진다.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점박이가 둥지에서 형제들과 자란다.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점박이가 사냥에 성공해 독립한다.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우기가 와 친타오사우루스 무리가 이동한다.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벨로키랍토르가 자기보다 큰 친타오사우루스를 잡은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무리 지어 포위해 사냥했다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오로지 혼자만의 힘으로 물리쳤다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함정을 파 두었다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독을 사용했다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점박이가 처음 사냥에 성공한 뒤 어미가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맛있는 먹이를 계속 가져다주었다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매정하게 떼어 내 독립시켰다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오래 곁에 두었다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다른 새끼를 더 낳았다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다큐멘터리가 보여 주는 야생의 질서로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모두가 사이좋게 나눠 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어른이 언제나 무조건 약자를 돌본다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강자만 살아남는 자연의 법칙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힘이 약해도 다 살아남는다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형제를 잃고 홀로 살아남아 독립하게 된 점박이의 마음이 어떠했을지 헤아려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시련을 이겨내고 성장한 점박이의 모습에서 배운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공룡들의 마지막 낙원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8천만 년 전, 한반도는 온화한 기후와 큰 호수를 품은 공룡들의 마지막 낙원이었다. 호기심 가득한 아기 타르보사우루스 '점박이'가 떠돌이 수컷의 위협, 혹독한 건기와 형제들의 죽음 같은 시련을 이겨내며 자라난다. 미크로랍토르·벨로키랍토르·프로토케라톱스 등 다양한 공룡이 공존하는 숲에서, 강자만이 살아남는 냉혹한 야생의 질서와 자연의 경이를 생생하게 보여 주는 다큐멘터리.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8천만 년 전 한반도가 '공룡들의 마지막 낙원'이라 불린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온화한 기후와 큰 호수로 공룡이 번성해서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이곳엔 공룡이 단 한 종류뿐이었기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사람이 보호해 주어서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먹이가 전혀 필요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깃털이 있어 활강할 수 있어 '숲속의 공주'라 불린 공룡은?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벨로키랍토르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미크로랍토르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프로토케라톱스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친타오사우루스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초식 공룡 테리지노사우루스도 만만히 볼 수 없는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덩치가 작고 몸이 매우 약해 보여서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빨리 달려서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긴 발톱으로 맹수처럼 돌변해서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독이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전략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벨로키랍토르가 덩치 큰 먹이를 사냥하는 전략으로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언제나 혼자서 정면으로 무작정 부딪친다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먹이를 기다리기만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큰 소리로 위협만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무리 지어 포위해 지치게 만든다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어미가 새끼들을 지키며 키운다.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떠돌이 수컷이 둥지를 위협한다.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점박이가 제왕으로 성장한다.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건기·우기를 거치며 형제들을 잃는다.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굶주린 둘째가 쓰러졌을 때 어미가 냉정하게 돌아오라 한 것이 보여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어미가 무정해서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모두를 지킬 수 없는 냉혹한 생존 법칙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둘째가 미워서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머지않아 둘이서 곧 다시 만나게 될 것이라서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부경고사우루스·해남이쿠누스처럼 우리나라에서 화석이 발굴되어 학명을 얻은 공룡이 알려 주는 사실은?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한반도에 다양한 공룡이 살았다는 증거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공룡은 그저 상상으로 지어낸 동물이라는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공룡은 외국에만 살았다는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화석은 만들어 낸 것이라는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다큐멘터리가 전하는 핵심 메시지로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공룡은 모두 사나웠다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자연은 늘 평화롭다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공룡도 자연의 일부였다는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제아무리 강한 공룡도 결코 죽지 않는다는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'강자만이 살아남는다'는 야생의 법칙에 대한 자신의 생각을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한반도의 공룡 화석처럼, 화석이 우리에게 알려 줄 수 있는 것은 무엇인지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아기 공룡 점박이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점박이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고기를 먹는 육식 공룡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반점(점)이 가득하다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엄마(어미 공룡)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갈고리 발톱 사냥꾼들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먹이가 부족해 굶주렸다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스스로 사냥에 성공해 독립했다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8천만 년 전 한반도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점박이-아기 타르보사우루스 / 엄마 공룡-점박이를 지킴 / 갈고리 발톱 공룡-사냥꾼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점박이야, 무섭고 힘들어도 포기하지 마. 너는 분명 멋진 어른 공룡이 될 거야. · (평가) 점박이를 응원하는 마음을 자기 말로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야생에서 살아남기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육식 공룡 타르보사우루스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형들에게 밀리는 위계질서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미래의 경쟁 상대를 미리 없애려고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다시 올 수컷을 피해 새끼를 지키려고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무리 지어 포위해 사냥했다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매정하게 떼어 내 독립시켰다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강자만 살아남는 자연의 법칙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형제를 잃은 슬픔과 혼자 살아가야 하는 두려움 속에서도, 강해져야 한다는 다짐이 함께했을 것이다. · (평가) 점박이의 마음에 공감해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힘든 일이 닥쳐도 포기하지 않고 스스로 이겨내려 노력하면 더 단단하게 성장할 수 있다는 것을 배웠다. · (평가) 성장·인내의 교훈을 자기 말로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공룡들의 마지막 낙원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온화한 기후와 큰 호수로 공룡이 번성해서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미크로랍토르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긴 발톱으로 맹수처럼 돌변해서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무리 지어 포위해 지치게 만든다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ㄱ → ㄴ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모두를 지킬 수 없는 냉혹한 생존 법칙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한반도에 다양한 공룡이 살았다는 증거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공룡도 자연의 일부였다는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자연에서는 어쩔 수 없는 법칙이지만, 사람 사회는 약한 이를 함께 돕고 배려하기에 더 가치 있다고 생각한다. · (평가) 자기 생각과 까닭을 분명히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화석은 아주 먼 옛날 어떤 생물이 어디에 어떻게 살았는지를 알려 주어, 과거의 자연과 생명의 역사를 짐작하게 해 준다. · (평가) 화석의 가치·역할을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