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숲의 제왕 점박이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주인공 점박이는 언제, 어디에 살았나요?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옛날 한반도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요즘 우리 동네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깊은 바닷속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아주 먼 다른 별나라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점박이는 어떤 공룡인가요?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하늘을 나는 작은 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크고 힘센 육식 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물속에 사는 물고기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풀만 먹는 작고 순한 공룡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점박이는 어른이 되어 무엇을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혼자서만 지냈다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사람들과 둘도 없는 친구가 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짝을 만나 가족을 이뤘다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바다로 떠났다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하늘을 날아다니던, 날개가 아주 큰 공룡(익룡)의 이름은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무서운 타르보사우루스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트리케라톱스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벨로키랍토르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해남이크누스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점박이  ·          ·  숲의 제왕인 육식 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해남이크누스  ·          ·  하늘을 나는 익룡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화산 폭발  ·          ·  공룡들에게 닥친 큰 재앙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공룡들에게 닥친 무서운 자연의 재앙은 무엇이었나요?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화산 폭발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갑작스러운 큰 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비눗방울 폭풍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끝없이 쏟아지는 장맛비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무서운 재앙이 닥쳤을 때 점박이가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가족을 두고 혼자 멀리 도망쳤다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가족을 지키려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잠만 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아무것도 안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공룡은 지금 우리가 볼 수 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지금도 우리 동네에서 쉽게 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동물원에 많다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아주 먼 옛날에만 살았다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집에서 키운다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점박이의 이야기를 보고 느낄 수 있는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공룡은 하나도 멋지지 않다는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자연은 전혀 무섭지 않다는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공룡은 다 약하다는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생명의 위대함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재앙 앞에서도 가족을 지키려 한 점박이에게 해 주고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백악기 한반도의 생태계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8천만 년 전, 한반도는 공룡들의 마지막 낙원이었다. 숲의 제왕으로 자라난 타르보사우루스 '점박이'의 삶을 따라가다 보면, 치열한 생존 경쟁과 거대한 자연의 섭리를 마주하게 된다. 점박이는 다가오는 대재앙 앞에서 가족을 지켜낼 수 있을까?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다음 중 영상 내용과 일치하지 않는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화산이 멈추자 숲이 곧바로 풍요로워졌다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점박이는 육식 공룡 타르보사우루스이다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해남이크누스는 뼛속이 비어 가볍게 날 수 있었다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점박이는 짝을 만나 가족을 이루었다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익룡 '해남이크누스'가 거대한 몸으로도 하늘을 날 수 있었던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날개에 강한 근육이 가득했기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뼛속이 비어 가벼워서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바람을 일으키는 능력이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몸집이 아주 작았기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'먹고 먹히는' 관계처럼 생물들이 먹이로 서로 연결된 자연의 질서를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긴 징검다리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먹이그물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먹이사슬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둥근 무지개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공룡들이 결국 위기에 빠지게 된 가장 큰 원인으로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사람들이 마구잡이로 사냥을 시작했기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먹이가 너무 많아져서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날씨가 늘 따뜻하기만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화산·지각 변동으로 서식지가 황폐해서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점박이의 삶을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짝을 두고 다른 수컷과 결투를 벌인다.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숲의 제왕인 어른 공룡으로 살아간다.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화산 폭발 등 대재앙이 닥쳐온다.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짝과 가족(새끼)을 이룬다.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초식 공룡 친타오사우루스에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먹이 찾아 무리 지어 이동했다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늘 한곳에만 가만히 머물러 있었다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하늘을 날아다녔다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사나운 육식 공룡이었다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공룡들의 멸종에 큰 영향을 준 것으로 영상에 나온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갑작스럽게 닥친 빙하기의 매서운 추위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화산·지각 변동 같은 자연의 변화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다른 동물들과의 전쟁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먹이의 갑작스러운 증가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정리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영상에 나온 공룡(또는 익룡) 한 가지를 골라, 그 특징을 두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거대한 자연의 변화 앞에서 살아남으려 애쓰는 공룡들의 모습을 보고 느낀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오늘날 지구도 기후 변화로 몸살을 앓고 있습니다. 공룡 이야기를 떠올리며, 우리가 지구를 지키기 위해 할 수 있는 일을 한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생존 경쟁과 자연의 섭리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8천만 년 전, 한반도는 공룡들의 마지막 낙원이었다. 숲의 제왕으로 자라난 타르보사우루스 '점박이'의 삶을 따라가다 보면, 치열한 생존 경쟁과 거대한 자연의 섭리를 마주하게 된다. 점박이는 다가오는 대재앙 앞에서 가족을 지켜낼 수 있을까?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다음 중 영상 내용과 일치하지 않는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점박이는 새끼들을 모두 지켜내 번성했다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짝짓기 결투에서 이겨 가정을 이루었다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지각 변동·화산으로 서식지가 황폐해졌다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점박이는 홀로 자연의 순리 속에 최후를 맞는다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한 종류의 생물이 지구상에서 완전히 사라져 버리는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대번식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멸종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빠른 진화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부활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초식 공룡이 무리를 이루어도 그 수가 지나치게 늘지 않은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먹이가 끝없이 무한히 많았기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스스로 수를 줄였기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포식자가 수를 조절해서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사람이 사냥했기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'먹고 먹히는' 생존 경쟁에 대한 설명으로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잔인하고 끔찍하기만 한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의미 없는 다툼이다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없어져야 할 나쁜 것이다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생태계 균형을 이루는 한 부분이다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점박이가 맞이한 일을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짝을 두고 결투를 벌여 가정을 이룬다.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야생에서 사냥하며 숲의 제왕으로 살아간다.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새끼와 짝을 잃고 홀로 자연의 순리 속에 최후를 맞는다.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화산 폭발·지각 변동으로 서식지가 황폐해진다.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이 영상이 강조하는, 공룡과 자연의 관계로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자연의 일부로 살았다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공룡이 자연을 완전히 정복하고 다스렸다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자연과 아무 상관없이 살았다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자연을 일부러 파괴했다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'화석'에 대한 설명으로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요즘 살아 있는 생물만 알려 주는 것이다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먼 과거 생물의 삶을 알려 주는 자료다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아무것도 알 수 없는 돌일 뿐이다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사람이 지어낸 가짜다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거대한 자연의 재앙(화산 폭발 등) 앞에서 공룡들이 속수무책이었던 모습을 보며, '인간과 자연의 관계'에 대해 어떤 생각이 들었는지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탐구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공룡은 사라졌지만 화석을 통해 그들의 삶을 알 수 있습니다. 화석을 연구하는 일이 우리에게 어떤 의미가 있을지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오늘날 기후 위기로 지구가 몸살을 앓고 있습니다. 공룡의 대멸종 이야기를 떠올리며, 우리가 지구와 생명을 지키기 위해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숲의 제왕 점박이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옛날 한반도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크고 힘센 육식 공룡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짝을 만나 가족을 이뤘다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해남이크누스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점박이-제왕 / 해남이크누스-익룡 / 화산-재앙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화산 폭발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가족을 지키려 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아주 먼 옛날에만 살았다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생명의 위대함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"끝까지 가족을 지키려 한 네가 정말 멋지고 대단해. 힘든 일을 견뎌 줘서 고마워." · (평가) 점박이의 노력에 공감·위로를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백악기 한반도의 생태계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화산이 멈추자 숲이 곧바로 풍요로워졌다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뼛속이 비어 가벼워서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먹이사슬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화산·지각 변동으로 서식지가 황폐해서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먹이 찾아 무리 지어 이동했다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화산·지각 변동 같은 자연의 변화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해남이크누스: ① 날개가 매우 크다. ② 뼛속이 비어 있어 거대한 몸으로도 가볍게 날 수 있다. · (평가) 한 종의 특징을 두 가지 정확히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아무리 강한 제왕이라도 거대한 자연 앞에서는 어쩔 수 없는 모습을 보며, 생명은 소중하면서도 자연의 섭리를 거스를 수 없다는 것을 느꼈다. · (평가) 생존·자연의 섭리에 대한 느낌을 자기 말로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에너지를 아껴 쓰고 쓰레기를 줄이며 분리배출을 잘 해서, 지구의 환경이 더 나빠지지 않도록 작은 일부터 실천하겠다. · (평가) 환경 보호의 구체적 실천을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생존 경쟁과 자연의 섭리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점박이는 새끼들을 모두 지켜내 번성했다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멸종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포식자가 수를 조절해서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생태계 균형을 이루는 한 부분이다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자연의 일부로 살았다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먼 과거 생물의 삶을 알려 주는 자료다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인간도 결국 자연의 일부이며, 아무리 발전해도 거대한 자연 앞에서는 겸손해야 한다. 자연을 함부로 대하지 않고 조화를 이루며 살아야 한다고 느꼈다. · (평가) 자연 앞에서의 겸손·조화 등 자기 생각을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화석은 우리가 보지 못한 과거의 생명과 환경을 알려 주어, 지구의 역사를 이해하고 생명이 어떻게 변해 왔는지, 또 미래를 어떻게 대비할지 배우게 해 준다. · (평가) 과거를 통해 현재·미래를 이해한다는 의의를 짚었는지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공룡처럼 환경이 무너지면 인간도 위험해질 수 있으므로, 에너지 절약·쓰레기 줄이기·환경 보호 실천으로 기후 위기를 늦추고 생명을 지켜야 한다. · (평가) 대멸종과 연결해 환경 보호의 필요성을 구체적으로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