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바다를 지킨 이순신</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온달이 시간 여행으로 만난 장군은 누구인가요?</w:t>
      </w:r>
    </w:p>
    <w:p>
      <w:pPr>
        <w:ind w:left="320"/>
      </w:pPr>
      <w:r>
        <w:rPr>
          <w:rFonts w:ascii="맑은 고딕" w:hAnsi="맑은 고딕" w:eastAsia="맑은 고딕"/>
          <w:b w:val="0"/>
          <w:color w:val="4E5968"/>
          <w:sz w:val="22"/>
        </w:rPr>
        <w:t>① 이순신</w:t>
      </w:r>
    </w:p>
    <w:p>
      <w:pPr>
        <w:ind w:left="320"/>
      </w:pPr>
      <w:r>
        <w:rPr>
          <w:rFonts w:ascii="맑은 고딕" w:hAnsi="맑은 고딕" w:eastAsia="맑은 고딕"/>
          <w:b w:val="0"/>
          <w:color w:val="4E5968"/>
          <w:sz w:val="22"/>
        </w:rPr>
        <w:t>② 강감찬</w:t>
      </w:r>
    </w:p>
    <w:p>
      <w:pPr>
        <w:ind w:left="320"/>
      </w:pPr>
      <w:r>
        <w:rPr>
          <w:rFonts w:ascii="맑은 고딕" w:hAnsi="맑은 고딕" w:eastAsia="맑은 고딕"/>
          <w:b w:val="0"/>
          <w:color w:val="4E5968"/>
          <w:sz w:val="22"/>
        </w:rPr>
        <w:t>③ 을지문덕</w:t>
      </w:r>
    </w:p>
    <w:p>
      <w:pPr>
        <w:ind w:left="320"/>
      </w:pPr>
      <w:r>
        <w:rPr>
          <w:rFonts w:ascii="맑은 고딕" w:hAnsi="맑은 고딕" w:eastAsia="맑은 고딕"/>
          <w:b w:val="0"/>
          <w:color w:val="4E5968"/>
          <w:sz w:val="22"/>
        </w:rPr>
        <w:t>④ 김유신</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이순신 장군이 싸운 전쟁은 무엇인가요?</w:t>
      </w:r>
    </w:p>
    <w:p>
      <w:pPr>
        <w:ind w:left="320"/>
      </w:pPr>
      <w:r>
        <w:rPr>
          <w:rFonts w:ascii="맑은 고딕" w:hAnsi="맑은 고딕" w:eastAsia="맑은 고딕"/>
          <w:b w:val="0"/>
          <w:color w:val="4E5968"/>
          <w:sz w:val="22"/>
        </w:rPr>
        <w:t>① 6.25 전쟁</w:t>
      </w:r>
    </w:p>
    <w:p>
      <w:pPr>
        <w:ind w:left="320"/>
      </w:pPr>
      <w:r>
        <w:rPr>
          <w:rFonts w:ascii="맑은 고딕" w:hAnsi="맑은 고딕" w:eastAsia="맑은 고딕"/>
          <w:b w:val="0"/>
          <w:color w:val="4E5968"/>
          <w:sz w:val="22"/>
        </w:rPr>
        <w:t>② 임진왜란</w:t>
      </w:r>
    </w:p>
    <w:p>
      <w:pPr>
        <w:ind w:left="320"/>
      </w:pPr>
      <w:r>
        <w:rPr>
          <w:rFonts w:ascii="맑은 고딕" w:hAnsi="맑은 고딕" w:eastAsia="맑은 고딕"/>
          <w:b w:val="0"/>
          <w:color w:val="4E5968"/>
          <w:sz w:val="22"/>
        </w:rPr>
        <w:t>③ 병자호란</w:t>
      </w:r>
    </w:p>
    <w:p>
      <w:pPr>
        <w:ind w:left="320"/>
      </w:pPr>
      <w:r>
        <w:rPr>
          <w:rFonts w:ascii="맑은 고딕" w:hAnsi="맑은 고딕" w:eastAsia="맑은 고딕"/>
          <w:b w:val="0"/>
          <w:color w:val="4E5968"/>
          <w:sz w:val="22"/>
        </w:rPr>
        <w:t>④ 삼국 통일 전쟁</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이순신이 적은 수의 배로 수백 척을 이긴 전투는 무엇인가요?</w:t>
      </w:r>
    </w:p>
    <w:p>
      <w:pPr>
        <w:ind w:left="320"/>
      </w:pPr>
      <w:r>
        <w:rPr>
          <w:rFonts w:ascii="맑은 고딕" w:hAnsi="맑은 고딕" w:eastAsia="맑은 고딕"/>
          <w:b w:val="0"/>
          <w:color w:val="4E5968"/>
          <w:sz w:val="22"/>
        </w:rPr>
        <w:t>① 행주대첩</w:t>
      </w:r>
    </w:p>
    <w:p>
      <w:pPr>
        <w:ind w:left="320"/>
      </w:pPr>
      <w:r>
        <w:rPr>
          <w:rFonts w:ascii="맑은 고딕" w:hAnsi="맑은 고딕" w:eastAsia="맑은 고딕"/>
          <w:b w:val="0"/>
          <w:color w:val="4E5968"/>
          <w:sz w:val="22"/>
        </w:rPr>
        <w:t>② 귀주대첩</w:t>
      </w:r>
    </w:p>
    <w:p>
      <w:pPr>
        <w:ind w:left="320"/>
      </w:pPr>
      <w:r>
        <w:rPr>
          <w:rFonts w:ascii="맑은 고딕" w:hAnsi="맑은 고딕" w:eastAsia="맑은 고딕"/>
          <w:b w:val="0"/>
          <w:color w:val="4E5968"/>
          <w:sz w:val="22"/>
        </w:rPr>
        <w:t>③ 명량해전</w:t>
      </w:r>
    </w:p>
    <w:p>
      <w:pPr>
        <w:ind w:left="320"/>
      </w:pPr>
      <w:r>
        <w:rPr>
          <w:rFonts w:ascii="맑은 고딕" w:hAnsi="맑은 고딕" w:eastAsia="맑은 고딕"/>
          <w:b w:val="0"/>
          <w:color w:val="4E5968"/>
          <w:sz w:val="22"/>
        </w:rPr>
        <w:t>④ 살수대첩</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칼과 송곳을 꽂아 만든 이순신의 배는 무엇인가요?</w:t>
      </w:r>
    </w:p>
    <w:p>
      <w:pPr>
        <w:ind w:left="320"/>
      </w:pPr>
      <w:r>
        <w:rPr>
          <w:rFonts w:ascii="맑은 고딕" w:hAnsi="맑은 고딕" w:eastAsia="맑은 고딕"/>
          <w:b w:val="0"/>
          <w:color w:val="4E5968"/>
          <w:sz w:val="22"/>
        </w:rPr>
        <w:t>① 뗏목</w:t>
      </w:r>
    </w:p>
    <w:p>
      <w:pPr>
        <w:ind w:left="320"/>
      </w:pPr>
      <w:r>
        <w:rPr>
          <w:rFonts w:ascii="맑은 고딕" w:hAnsi="맑은 고딕" w:eastAsia="맑은 고딕"/>
          <w:b w:val="0"/>
          <w:color w:val="4E5968"/>
          <w:sz w:val="22"/>
        </w:rPr>
        <w:t>② 유람선</w:t>
      </w:r>
    </w:p>
    <w:p>
      <w:pPr>
        <w:ind w:left="320"/>
      </w:pPr>
      <w:r>
        <w:rPr>
          <w:rFonts w:ascii="맑은 고딕" w:hAnsi="맑은 고딕" w:eastAsia="맑은 고딕"/>
          <w:b w:val="0"/>
          <w:color w:val="4E5968"/>
          <w:sz w:val="22"/>
        </w:rPr>
        <w:t>③ 고기잡이배</w:t>
      </w:r>
    </w:p>
    <w:p>
      <w:pPr>
        <w:ind w:left="320"/>
      </w:pPr>
      <w:r>
        <w:rPr>
          <w:rFonts w:ascii="맑은 고딕" w:hAnsi="맑은 고딕" w:eastAsia="맑은 고딕"/>
          <w:b w:val="0"/>
          <w:color w:val="4E5968"/>
          <w:sz w:val="22"/>
        </w:rPr>
        <w:t>④ 거북선</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이순신 장군이 말한 '영웅'은 어떤 사람인가요?</w:t>
      </w:r>
    </w:p>
    <w:p>
      <w:pPr>
        <w:ind w:left="320"/>
      </w:pPr>
      <w:r>
        <w:rPr>
          <w:rFonts w:ascii="맑은 고딕" w:hAnsi="맑은 고딕" w:eastAsia="맑은 고딕"/>
          <w:b w:val="0"/>
          <w:color w:val="4E5968"/>
          <w:sz w:val="22"/>
        </w:rPr>
        <w:t>① 두려움을 이겨내려 노력하는 사람</w:t>
      </w:r>
    </w:p>
    <w:p>
      <w:pPr>
        <w:ind w:left="320"/>
      </w:pPr>
      <w:r>
        <w:rPr>
          <w:rFonts w:ascii="맑은 고딕" w:hAnsi="맑은 고딕" w:eastAsia="맑은 고딕"/>
          <w:b w:val="0"/>
          <w:color w:val="4E5968"/>
          <w:sz w:val="22"/>
        </w:rPr>
        <w:t>② 힘이 가장 센 사람</w:t>
      </w:r>
    </w:p>
    <w:p>
      <w:pPr>
        <w:ind w:left="320"/>
      </w:pPr>
      <w:r>
        <w:rPr>
          <w:rFonts w:ascii="맑은 고딕" w:hAnsi="맑은 고딕" w:eastAsia="맑은 고딕"/>
          <w:b w:val="0"/>
          <w:color w:val="4E5968"/>
          <w:sz w:val="22"/>
        </w:rPr>
        <w:t>③ 세상 무엇도 하나도 무섭지 않은 사람</w:t>
      </w:r>
    </w:p>
    <w:p>
      <w:pPr>
        <w:ind w:left="320"/>
      </w:pPr>
      <w:r>
        <w:rPr>
          <w:rFonts w:ascii="맑은 고딕" w:hAnsi="맑은 고딕" w:eastAsia="맑은 고딕"/>
          <w:b w:val="0"/>
          <w:color w:val="4E5968"/>
          <w:sz w:val="22"/>
        </w:rPr>
        <w:t>④ 싸움을 좋아하는 사람</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이순신을 방해하고 대신 영웅이 되려 한 악당은 누구인가요?</w:t>
      </w:r>
    </w:p>
    <w:p>
      <w:pPr>
        <w:ind w:left="320"/>
      </w:pPr>
      <w:r>
        <w:rPr>
          <w:rFonts w:ascii="맑은 고딕" w:hAnsi="맑은 고딕" w:eastAsia="맑은 고딕"/>
          <w:b w:val="0"/>
          <w:color w:val="4E5968"/>
          <w:sz w:val="22"/>
        </w:rPr>
        <w:t>① 로빈</w:t>
      </w:r>
    </w:p>
    <w:p>
      <w:pPr>
        <w:ind w:left="320"/>
      </w:pPr>
      <w:r>
        <w:rPr>
          <w:rFonts w:ascii="맑은 고딕" w:hAnsi="맑은 고딕" w:eastAsia="맑은 고딕"/>
          <w:b w:val="0"/>
          <w:color w:val="4E5968"/>
          <w:sz w:val="22"/>
        </w:rPr>
        <w:t>② 엑스맨</w:t>
      </w:r>
    </w:p>
    <w:p>
      <w:pPr>
        <w:ind w:left="320"/>
      </w:pPr>
      <w:r>
        <w:rPr>
          <w:rFonts w:ascii="맑은 고딕" w:hAnsi="맑은 고딕" w:eastAsia="맑은 고딕"/>
          <w:b w:val="0"/>
          <w:color w:val="4E5968"/>
          <w:sz w:val="22"/>
        </w:rPr>
        <w:t>③ 설쌤</w:t>
      </w:r>
    </w:p>
    <w:p>
      <w:pPr>
        <w:ind w:left="320"/>
      </w:pPr>
      <w:r>
        <w:rPr>
          <w:rFonts w:ascii="맑은 고딕" w:hAnsi="맑은 고딕" w:eastAsia="맑은 고딕"/>
          <w:b w:val="0"/>
          <w:color w:val="4E5968"/>
          <w:sz w:val="22"/>
        </w:rPr>
        <w:t>④ 장 박사</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7. </w:t>
      </w:r>
      <w:r>
        <w:rPr>
          <w:rFonts w:ascii="맑은 고딕" w:hAnsi="맑은 고딕" w:eastAsia="맑은 고딕"/>
          <w:b/>
          <w:color w:val="191F28"/>
          <w:sz w:val="23"/>
        </w:rPr>
        <w:t>이순신 장군이 두려워한 것은 무엇인가요?</w:t>
      </w:r>
    </w:p>
    <w:p>
      <w:pPr>
        <w:ind w:left="320"/>
      </w:pPr>
      <w:r>
        <w:rPr>
          <w:rFonts w:ascii="맑은 고딕" w:hAnsi="맑은 고딕" w:eastAsia="맑은 고딕"/>
          <w:b w:val="0"/>
          <w:color w:val="4E5968"/>
          <w:sz w:val="22"/>
        </w:rPr>
        <w:t>① 혼나는 것</w:t>
      </w:r>
    </w:p>
    <w:p>
      <w:pPr>
        <w:ind w:left="320"/>
      </w:pPr>
      <w:r>
        <w:rPr>
          <w:rFonts w:ascii="맑은 고딕" w:hAnsi="맑은 고딕" w:eastAsia="맑은 고딕"/>
          <w:b w:val="0"/>
          <w:color w:val="4E5968"/>
          <w:sz w:val="22"/>
        </w:rPr>
        <w:t>② 바다에 갑자기 몰아치는 거센 큰 파도</w:t>
      </w:r>
    </w:p>
    <w:p>
      <w:pPr>
        <w:ind w:left="320"/>
      </w:pPr>
      <w:r>
        <w:rPr>
          <w:rFonts w:ascii="맑은 고딕" w:hAnsi="맑은 고딕" w:eastAsia="맑은 고딕"/>
          <w:b w:val="0"/>
          <w:color w:val="4E5968"/>
          <w:sz w:val="22"/>
        </w:rPr>
        <w:t>③ 병사를 잃고 나라를 빼앗길까 봐</w:t>
      </w:r>
    </w:p>
    <w:p>
      <w:pPr>
        <w:ind w:left="320"/>
      </w:pPr>
      <w:r>
        <w:rPr>
          <w:rFonts w:ascii="맑은 고딕" w:hAnsi="맑은 고딕" w:eastAsia="맑은 고딕"/>
          <w:b w:val="0"/>
          <w:color w:val="4E5968"/>
          <w:sz w:val="22"/>
        </w:rPr>
        <w:t>④ 배멀미</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것은 무엇인가요?</w:t>
      </w:r>
    </w:p>
    <w:p>
      <w:pPr>
        <w:ind w:left="320"/>
      </w:pPr>
      <w:r>
        <w:rPr>
          <w:rFonts w:ascii="맑은 고딕" w:hAnsi="맑은 고딕" w:eastAsia="맑은 고딕"/>
          <w:b w:val="0"/>
          <w:color w:val="4E5968"/>
          <w:sz w:val="22"/>
        </w:rPr>
        <w:t>① 거친 바다는 언제나 무섭다는 것</w:t>
      </w:r>
    </w:p>
    <w:p>
      <w:pPr>
        <w:ind w:left="320"/>
      </w:pPr>
      <w:r>
        <w:rPr>
          <w:rFonts w:ascii="맑은 고딕" w:hAnsi="맑은 고딕" w:eastAsia="맑은 고딕"/>
          <w:b w:val="0"/>
          <w:color w:val="4E5968"/>
          <w:sz w:val="22"/>
        </w:rPr>
        <w:t>② 전쟁은 신난다</w:t>
      </w:r>
    </w:p>
    <w:p>
      <w:pPr>
        <w:ind w:left="320"/>
      </w:pPr>
      <w:r>
        <w:rPr>
          <w:rFonts w:ascii="맑은 고딕" w:hAnsi="맑은 고딕" w:eastAsia="맑은 고딕"/>
          <w:b w:val="0"/>
          <w:color w:val="4E5968"/>
          <w:sz w:val="22"/>
        </w:rPr>
        <w:t>③ 배는 빠르다</w:t>
      </w:r>
    </w:p>
    <w:p>
      <w:pPr>
        <w:ind w:left="320"/>
      </w:pPr>
      <w:r>
        <w:rPr>
          <w:rFonts w:ascii="맑은 고딕" w:hAnsi="맑은 고딕" w:eastAsia="맑은 고딕"/>
          <w:b w:val="0"/>
          <w:color w:val="4E5968"/>
          <w:sz w:val="22"/>
        </w:rPr>
        <w:t>④ 두려움을 이겨낸 이순신의 용기</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이순신  ·          ·  명량해전을 이끔</w:t>
      </w:r>
    </w:p>
    <w:p>
      <w:pPr>
        <w:ind w:left="320"/>
      </w:pPr>
      <w:r>
        <w:rPr>
          <w:rFonts w:ascii="맑은 고딕" w:hAnsi="맑은 고딕" w:eastAsia="맑은 고딕"/>
          <w:b w:val="0"/>
          <w:color w:val="333D4B"/>
          <w:sz w:val="22"/>
        </w:rPr>
        <w:t>거북선  ·          ·  칼을 꽂은 배</w:t>
      </w:r>
    </w:p>
    <w:p>
      <w:pPr>
        <w:ind w:left="320"/>
      </w:pPr>
      <w:r>
        <w:rPr>
          <w:rFonts w:ascii="맑은 고딕" w:hAnsi="맑은 고딕" w:eastAsia="맑은 고딕"/>
          <w:b w:val="0"/>
          <w:color w:val="333D4B"/>
          <w:sz w:val="22"/>
        </w:rPr>
        <w:t>임진왜란  ·          ·  일본과 싸운 전쟁</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어려운 전투를 이겨낸 이순신 장군께 감사와 존경의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두려움을 이긴 영웅</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시간 여행을 떠난 온달이 임진왜란 한가운데에서 이순신 장군을 만난다. '천하무적'이 영웅이라 여긴 온달에게, 이순신은 자신도 두려움이 많은 평범한 사람이지만 그것을 피하지 않고 극복하려 노력할 뿐이라고 말한다. 12척의 배로 수백 척에 맞선 명량해전과 '필사즉생' 정신, 원칙을 바탕으로 한 성실함으로 영웅이 된 과정을 통해 진정한 영웅의 의미를 깨닫는 이야기.</w:t>
      </w:r>
    </w:p>
    <w:p>
      <w:pPr>
        <w:spacing w:before="240"/>
      </w:pPr>
      <w:r>
        <w:rPr>
          <w:rFonts w:ascii="맑은 고딕" w:hAnsi="맑은 고딕" w:eastAsia="맑은 고딕"/>
          <w:b/>
          <w:color w:val="8B95A1"/>
          <w:sz w:val="17"/>
        </w:rPr>
        <w:t xml:space="preserve">  추론 · 의미 파악  </w:t>
      </w:r>
    </w:p>
    <w:p>
      <w:r>
        <w:rPr>
          <w:rFonts w:ascii="맑은 고딕" w:hAnsi="맑은 고딕" w:eastAsia="맑은 고딕"/>
          <w:b/>
          <w:color w:val="2272EB"/>
          <w:sz w:val="24"/>
        </w:rPr>
        <w:t xml:space="preserve">1. </w:t>
      </w:r>
      <w:r>
        <w:rPr>
          <w:rFonts w:ascii="맑은 고딕" w:hAnsi="맑은 고딕" w:eastAsia="맑은 고딕"/>
          <w:b/>
          <w:color w:val="191F28"/>
          <w:sz w:val="23"/>
        </w:rPr>
        <w:t>이순신이 생각하는 진정한 영웅은 어떤 사람인가요?</w:t>
      </w:r>
    </w:p>
    <w:p>
      <w:pPr>
        <w:ind w:left="320"/>
      </w:pPr>
      <w:r>
        <w:rPr>
          <w:rFonts w:ascii="맑은 고딕" w:hAnsi="맑은 고딕" w:eastAsia="맑은 고딕"/>
          <w:b w:val="0"/>
          <w:color w:val="4E5968"/>
          <w:sz w:val="22"/>
        </w:rPr>
        <w:t>① 두려움을 극복하려 노력하는 평범한 사람</w:t>
      </w:r>
    </w:p>
    <w:p>
      <w:pPr>
        <w:ind w:left="320"/>
      </w:pPr>
      <w:r>
        <w:rPr>
          <w:rFonts w:ascii="맑은 고딕" w:hAnsi="맑은 고딕" w:eastAsia="맑은 고딕"/>
          <w:b w:val="0"/>
          <w:color w:val="4E5968"/>
          <w:sz w:val="22"/>
        </w:rPr>
        <w:t>② 무엇도 무섭지 않은 사람</w:t>
      </w:r>
    </w:p>
    <w:p>
      <w:pPr>
        <w:ind w:left="320"/>
      </w:pPr>
      <w:r>
        <w:rPr>
          <w:rFonts w:ascii="맑은 고딕" w:hAnsi="맑은 고딕" w:eastAsia="맑은 고딕"/>
          <w:b w:val="0"/>
          <w:color w:val="4E5968"/>
          <w:sz w:val="22"/>
        </w:rPr>
        <w:t>③ 힘이 가장 센 사람</w:t>
      </w:r>
    </w:p>
    <w:p>
      <w:pPr>
        <w:ind w:left="320"/>
      </w:pPr>
      <w:r>
        <w:rPr>
          <w:rFonts w:ascii="맑은 고딕" w:hAnsi="맑은 고딕" w:eastAsia="맑은 고딕"/>
          <w:b w:val="0"/>
          <w:color w:val="4E5968"/>
          <w:sz w:val="22"/>
        </w:rPr>
        <w:t>④ 태어나 단 한 번도 싸움에서 진 적 없는 사람</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명량해전에서 이순신이 가진 배는 몇 척이었나요?</w:t>
      </w:r>
    </w:p>
    <w:p>
      <w:pPr>
        <w:ind w:left="320"/>
      </w:pPr>
      <w:r>
        <w:rPr>
          <w:rFonts w:ascii="맑은 고딕" w:hAnsi="맑은 고딕" w:eastAsia="맑은 고딕"/>
          <w:b w:val="0"/>
          <w:color w:val="4E5968"/>
          <w:sz w:val="22"/>
        </w:rPr>
        <w:t>① 적군의 배 수백 척</w:t>
      </w:r>
    </w:p>
    <w:p>
      <w:pPr>
        <w:ind w:left="320"/>
      </w:pPr>
      <w:r>
        <w:rPr>
          <w:rFonts w:ascii="맑은 고딕" w:hAnsi="맑은 고딕" w:eastAsia="맑은 고딕"/>
          <w:b w:val="0"/>
          <w:color w:val="4E5968"/>
          <w:sz w:val="22"/>
        </w:rPr>
        <w:t>② 열두(열세) 척</w:t>
      </w:r>
    </w:p>
    <w:p>
      <w:pPr>
        <w:ind w:left="320"/>
      </w:pPr>
      <w:r>
        <w:rPr>
          <w:rFonts w:ascii="맑은 고딕" w:hAnsi="맑은 고딕" w:eastAsia="맑은 고딕"/>
          <w:b w:val="0"/>
          <w:color w:val="4E5968"/>
          <w:sz w:val="22"/>
        </w:rPr>
        <w:t>③ 한 척</w:t>
      </w:r>
    </w:p>
    <w:p>
      <w:pPr>
        <w:ind w:left="320"/>
      </w:pPr>
      <w:r>
        <w:rPr>
          <w:rFonts w:ascii="맑은 고딕" w:hAnsi="맑은 고딕" w:eastAsia="맑은 고딕"/>
          <w:b w:val="0"/>
          <w:color w:val="4E5968"/>
          <w:sz w:val="22"/>
        </w:rPr>
        <w:t>④ 쉰 척</w:t>
      </w:r>
    </w:p>
    <w:p>
      <w:pPr>
        <w:spacing w:before="240"/>
      </w:pPr>
      <w:r>
        <w:rPr>
          <w:rFonts w:ascii="맑은 고딕" w:hAnsi="맑은 고딕" w:eastAsia="맑은 고딕"/>
          <w:b/>
          <w:color w:val="8B95A1"/>
          <w:sz w:val="17"/>
        </w:rPr>
        <w:t xml:space="preserve">  추론 · 전략 파악  </w:t>
      </w:r>
    </w:p>
    <w:p>
      <w:r>
        <w:rPr>
          <w:rFonts w:ascii="맑은 고딕" w:hAnsi="맑은 고딕" w:eastAsia="맑은 고딕"/>
          <w:b/>
          <w:color w:val="2272EB"/>
          <w:sz w:val="24"/>
        </w:rPr>
        <w:t xml:space="preserve">3. </w:t>
      </w:r>
      <w:r>
        <w:rPr>
          <w:rFonts w:ascii="맑은 고딕" w:hAnsi="맑은 고딕" w:eastAsia="맑은 고딕"/>
          <w:b/>
          <w:color w:val="191F28"/>
          <w:sz w:val="23"/>
        </w:rPr>
        <w:t>이순신이 명량에서 적은 배로 이긴 방법으로 알맞은 것은?</w:t>
      </w:r>
    </w:p>
    <w:p>
      <w:pPr>
        <w:ind w:left="320"/>
      </w:pPr>
      <w:r>
        <w:rPr>
          <w:rFonts w:ascii="맑은 고딕" w:hAnsi="맑은 고딕" w:eastAsia="맑은 고딕"/>
          <w:b w:val="0"/>
          <w:color w:val="4E5968"/>
          <w:sz w:val="22"/>
        </w:rPr>
        <w:t>① 캄캄한 한밤중에 몰래 멀리 도망쳤다</w:t>
      </w:r>
    </w:p>
    <w:p>
      <w:pPr>
        <w:ind w:left="320"/>
      </w:pPr>
      <w:r>
        <w:rPr>
          <w:rFonts w:ascii="맑은 고딕" w:hAnsi="맑은 고딕" w:eastAsia="맑은 고딕"/>
          <w:b w:val="0"/>
          <w:color w:val="4E5968"/>
          <w:sz w:val="22"/>
        </w:rPr>
        <w:t>② 항복했다</w:t>
      </w:r>
    </w:p>
    <w:p>
      <w:pPr>
        <w:ind w:left="320"/>
      </w:pPr>
      <w:r>
        <w:rPr>
          <w:rFonts w:ascii="맑은 고딕" w:hAnsi="맑은 고딕" w:eastAsia="맑은 고딕"/>
          <w:b w:val="0"/>
          <w:color w:val="4E5968"/>
          <w:sz w:val="22"/>
        </w:rPr>
        <w:t>③ 좁은 물길과 위장 작전을 썼다</w:t>
      </w:r>
    </w:p>
    <w:p>
      <w:pPr>
        <w:ind w:left="320"/>
      </w:pPr>
      <w:r>
        <w:rPr>
          <w:rFonts w:ascii="맑은 고딕" w:hAnsi="맑은 고딕" w:eastAsia="맑은 고딕"/>
          <w:b w:val="0"/>
          <w:color w:val="4E5968"/>
          <w:sz w:val="22"/>
        </w:rPr>
        <w:t>④ 성을 쌓았다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이순신이 임금께 한 말 '신에게는 아직 ○○ 척의 배가 남아 있습니다'의 빈칸은?</w:t>
      </w:r>
    </w:p>
    <w:p>
      <w:pPr>
        <w:ind w:left="320"/>
      </w:pPr>
      <w:r>
        <w:rPr>
          <w:rFonts w:ascii="맑은 고딕" w:hAnsi="맑은 고딕" w:eastAsia="맑은 고딕"/>
          <w:b w:val="0"/>
          <w:color w:val="4E5968"/>
          <w:sz w:val="22"/>
        </w:rPr>
        <w:t>① 백</w:t>
      </w:r>
    </w:p>
    <w:p>
      <w:pPr>
        <w:ind w:left="320"/>
      </w:pPr>
      <w:r>
        <w:rPr>
          <w:rFonts w:ascii="맑은 고딕" w:hAnsi="맑은 고딕" w:eastAsia="맑은 고딕"/>
          <w:b w:val="0"/>
          <w:color w:val="4E5968"/>
          <w:sz w:val="22"/>
        </w:rPr>
        <w:t>② 쉰</w:t>
      </w:r>
    </w:p>
    <w:p>
      <w:pPr>
        <w:ind w:left="320"/>
      </w:pPr>
      <w:r>
        <w:rPr>
          <w:rFonts w:ascii="맑은 고딕" w:hAnsi="맑은 고딕" w:eastAsia="맑은 고딕"/>
          <w:b w:val="0"/>
          <w:color w:val="4E5968"/>
          <w:sz w:val="22"/>
        </w:rPr>
        <w:t>③ 스무</w:t>
      </w:r>
    </w:p>
    <w:p>
      <w:pPr>
        <w:ind w:left="320"/>
      </w:pPr>
      <w:r>
        <w:rPr>
          <w:rFonts w:ascii="맑은 고딕" w:hAnsi="맑은 고딕" w:eastAsia="맑은 고딕"/>
          <w:b w:val="0"/>
          <w:color w:val="4E5968"/>
          <w:sz w:val="22"/>
        </w:rPr>
        <w:t>④ 열두</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12척으로 싸우라는 위기를 맞는다.</w:t>
      </w:r>
    </w:p>
    <w:p>
      <w:pPr>
        <w:ind w:left="320"/>
      </w:pPr>
      <w:r>
        <w:rPr>
          <w:rFonts w:ascii="맑은 고딕" w:hAnsi="맑은 고딕" w:eastAsia="맑은 고딕"/>
          <w:b w:val="0"/>
          <w:color w:val="333D4B"/>
          <w:sz w:val="22"/>
        </w:rPr>
        <w:t>ㄴ. 백의종군하던 이순신을 다시 만난다.</w:t>
      </w:r>
    </w:p>
    <w:p>
      <w:pPr>
        <w:ind w:left="320"/>
      </w:pPr>
      <w:r>
        <w:rPr>
          <w:rFonts w:ascii="맑은 고딕" w:hAnsi="맑은 고딕" w:eastAsia="맑은 고딕"/>
          <w:b w:val="0"/>
          <w:color w:val="333D4B"/>
          <w:sz w:val="22"/>
        </w:rPr>
        <w:t>ㄷ. 명량에서 왜군을 물리친다.</w:t>
      </w:r>
    </w:p>
    <w:p>
      <w:pPr>
        <w:ind w:left="320"/>
      </w:pPr>
      <w:r>
        <w:rPr>
          <w:rFonts w:ascii="맑은 고딕" w:hAnsi="맑은 고딕" w:eastAsia="맑은 고딕"/>
          <w:b w:val="0"/>
          <w:color w:val="333D4B"/>
          <w:sz w:val="22"/>
        </w:rPr>
        <w:t>ㄹ. '필사즉생' 각오로 병사를 이끈다.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'필사즉생 필생즉사'의 뜻으로 알맞은 것은?</w:t>
      </w:r>
    </w:p>
    <w:p>
      <w:pPr>
        <w:ind w:left="320"/>
      </w:pPr>
      <w:r>
        <w:rPr>
          <w:rFonts w:ascii="맑은 고딕" w:hAnsi="맑은 고딕" w:eastAsia="맑은 고딕"/>
          <w:b w:val="0"/>
          <w:color w:val="4E5968"/>
          <w:sz w:val="22"/>
        </w:rPr>
        <w:t>① 무조건 빨리 앞서서 가는 쪽이 늘 이긴다</w:t>
      </w:r>
    </w:p>
    <w:p>
      <w:pPr>
        <w:ind w:left="320"/>
      </w:pPr>
      <w:r>
        <w:rPr>
          <w:rFonts w:ascii="맑은 고딕" w:hAnsi="맑은 고딕" w:eastAsia="맑은 고딕"/>
          <w:b w:val="0"/>
          <w:color w:val="4E5968"/>
          <w:sz w:val="22"/>
        </w:rPr>
        <w:t>② 죽고자 하면 살고, 살고자 하면 죽는다</w:t>
      </w:r>
    </w:p>
    <w:p>
      <w:pPr>
        <w:ind w:left="320"/>
      </w:pPr>
      <w:r>
        <w:rPr>
          <w:rFonts w:ascii="맑은 고딕" w:hAnsi="맑은 고딕" w:eastAsia="맑은 고딕"/>
          <w:b w:val="0"/>
          <w:color w:val="4E5968"/>
          <w:sz w:val="22"/>
        </w:rPr>
        <w:t>③ 쉬어야 이긴다</w:t>
      </w:r>
    </w:p>
    <w:p>
      <w:pPr>
        <w:ind w:left="320"/>
      </w:pPr>
      <w:r>
        <w:rPr>
          <w:rFonts w:ascii="맑은 고딕" w:hAnsi="맑은 고딕" w:eastAsia="맑은 고딕"/>
          <w:b w:val="0"/>
          <w:color w:val="4E5968"/>
          <w:sz w:val="22"/>
        </w:rPr>
        <w:t>④ 많아야 이긴다</w:t>
      </w:r>
    </w:p>
    <w:p>
      <w:pPr>
        <w:spacing w:before="240"/>
      </w:pPr>
      <w:r>
        <w:rPr>
          <w:rFonts w:ascii="맑은 고딕" w:hAnsi="맑은 고딕" w:eastAsia="맑은 고딕"/>
          <w:b/>
          <w:color w:val="8B95A1"/>
          <w:sz w:val="17"/>
        </w:rPr>
        <w:t xml:space="preserve">  해석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두려운 게 많다던 이순신이 영웅인 까닭은?</w:t>
      </w:r>
    </w:p>
    <w:p>
      <w:pPr>
        <w:ind w:left="320"/>
      </w:pPr>
      <w:r>
        <w:rPr>
          <w:rFonts w:ascii="맑은 고딕" w:hAnsi="맑은 고딕" w:eastAsia="맑은 고딕"/>
          <w:b w:val="0"/>
          <w:color w:val="4E5968"/>
          <w:sz w:val="22"/>
        </w:rPr>
        <w:t>① 두려움을 이겨내고 끝까지 싸웠기 때문에</w:t>
      </w:r>
    </w:p>
    <w:p>
      <w:pPr>
        <w:ind w:left="320"/>
      </w:pPr>
      <w:r>
        <w:rPr>
          <w:rFonts w:ascii="맑은 고딕" w:hAnsi="맑은 고딕" w:eastAsia="맑은 고딕"/>
          <w:b w:val="0"/>
          <w:color w:val="4E5968"/>
          <w:sz w:val="22"/>
        </w:rPr>
        <w:t>② 태어날 때부터 두려움이 전혀 하나도 없어서</w:t>
      </w:r>
    </w:p>
    <w:p>
      <w:pPr>
        <w:ind w:left="320"/>
      </w:pPr>
      <w:r>
        <w:rPr>
          <w:rFonts w:ascii="맑은 고딕" w:hAnsi="맑은 고딕" w:eastAsia="맑은 고딕"/>
          <w:b w:val="0"/>
          <w:color w:val="4E5968"/>
          <w:sz w:val="22"/>
        </w:rPr>
        <w:t>③ 운이 좋아서</w:t>
      </w:r>
    </w:p>
    <w:p>
      <w:pPr>
        <w:ind w:left="320"/>
      </w:pPr>
      <w:r>
        <w:rPr>
          <w:rFonts w:ascii="맑은 고딕" w:hAnsi="맑은 고딕" w:eastAsia="맑은 고딕"/>
          <w:b w:val="0"/>
          <w:color w:val="4E5968"/>
          <w:sz w:val="22"/>
        </w:rPr>
        <w:t>④ 배가 많아서</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것으로 가장 알맞은 것은?</w:t>
      </w:r>
    </w:p>
    <w:p>
      <w:pPr>
        <w:ind w:left="320"/>
      </w:pPr>
      <w:r>
        <w:rPr>
          <w:rFonts w:ascii="맑은 고딕" w:hAnsi="맑은 고딕" w:eastAsia="맑은 고딕"/>
          <w:b w:val="0"/>
          <w:color w:val="4E5968"/>
          <w:sz w:val="22"/>
        </w:rPr>
        <w:t>① 진정한 영웅은 처음부터 다 따로 정해져 있다</w:t>
      </w:r>
    </w:p>
    <w:p>
      <w:pPr>
        <w:ind w:left="320"/>
      </w:pPr>
      <w:r>
        <w:rPr>
          <w:rFonts w:ascii="맑은 고딕" w:hAnsi="맑은 고딕" w:eastAsia="맑은 고딕"/>
          <w:b w:val="0"/>
          <w:color w:val="4E5968"/>
          <w:sz w:val="22"/>
        </w:rPr>
        <w:t>② 전쟁은 즐겁다</w:t>
      </w:r>
    </w:p>
    <w:p>
      <w:pPr>
        <w:ind w:left="320"/>
      </w:pPr>
      <w:r>
        <w:rPr>
          <w:rFonts w:ascii="맑은 고딕" w:hAnsi="맑은 고딕" w:eastAsia="맑은 고딕"/>
          <w:b w:val="0"/>
          <w:color w:val="4E5968"/>
          <w:sz w:val="22"/>
        </w:rPr>
        <w:t>③ 두려움을 극복하는 평범한 사람이 영웅이다</w:t>
      </w:r>
    </w:p>
    <w:p>
      <w:pPr>
        <w:ind w:left="320"/>
      </w:pPr>
      <w:r>
        <w:rPr>
          <w:rFonts w:ascii="맑은 고딕" w:hAnsi="맑은 고딕" w:eastAsia="맑은 고딕"/>
          <w:b w:val="0"/>
          <w:color w:val="4E5968"/>
          <w:sz w:val="22"/>
        </w:rPr>
        <w:t>④ 이기면 다 영웅이다</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12척으로 수백 척과 싸우기 전, 이순신 장군의 마음이 어떠했을지 헤아려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두려운 일을 용기로 이겨낸 자신의 경험이나, 이겨낼 방법을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원칙과 성실, 그리고 용기</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시간 여행을 떠난 온달이 임진왜란 한가운데에서 이순신 장군을 만난다. '천하무적'이 영웅이라 여긴 온달에게, 이순신은 자신도 두려움이 많은 평범한 사람이지만 그것을 피하지 않고 극복하려 노력할 뿐이라고 말한다. 12척의 배로 수백 척에 맞선 명량해전과 '필사즉생' 정신, 원칙을 바탕으로 한 성실함으로 영웅이 된 과정을 통해 진정한 영웅의 의미를 깨닫는 이야기.</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이순신이 처음부터 뛰어난 영웅은 아니었음을 보여 주는 사실은?</w:t>
      </w:r>
    </w:p>
    <w:p>
      <w:pPr>
        <w:ind w:left="320"/>
      </w:pPr>
      <w:r>
        <w:rPr>
          <w:rFonts w:ascii="맑은 고딕" w:hAnsi="맑은 고딕" w:eastAsia="맑은 고딕"/>
          <w:b w:val="0"/>
          <w:color w:val="4E5968"/>
          <w:sz w:val="22"/>
        </w:rPr>
        <w:t>① 무과에서 낙방했다 평범한 성적으로 합격했다</w:t>
      </w:r>
    </w:p>
    <w:p>
      <w:pPr>
        <w:ind w:left="320"/>
      </w:pPr>
      <w:r>
        <w:rPr>
          <w:rFonts w:ascii="맑은 고딕" w:hAnsi="맑은 고딕" w:eastAsia="맑은 고딕"/>
          <w:b w:val="0"/>
          <w:color w:val="4E5968"/>
          <w:sz w:val="22"/>
        </w:rPr>
        <w:t>② 단번에 장원으로 합격했다</w:t>
      </w:r>
    </w:p>
    <w:p>
      <w:pPr>
        <w:ind w:left="320"/>
      </w:pPr>
      <w:r>
        <w:rPr>
          <w:rFonts w:ascii="맑은 고딕" w:hAnsi="맑은 고딕" w:eastAsia="맑은 고딕"/>
          <w:b w:val="0"/>
          <w:color w:val="4E5968"/>
          <w:sz w:val="22"/>
        </w:rPr>
        <w:t>③ 왕의 총애를 받았다</w:t>
      </w:r>
    </w:p>
    <w:p>
      <w:pPr>
        <w:ind w:left="320"/>
      </w:pPr>
      <w:r>
        <w:rPr>
          <w:rFonts w:ascii="맑은 고딕" w:hAnsi="맑은 고딕" w:eastAsia="맑은 고딕"/>
          <w:b w:val="0"/>
          <w:color w:val="4E5968"/>
          <w:sz w:val="22"/>
        </w:rPr>
        <w:t>④ 아주 어려서부터 누구나 인정한 최고의 무사였다</w:t>
      </w:r>
    </w:p>
    <w:p>
      <w:pPr>
        <w:spacing w:before="240"/>
      </w:pPr>
      <w:r>
        <w:rPr>
          <w:rFonts w:ascii="맑은 고딕" w:hAnsi="맑은 고딕" w:eastAsia="맑은 고딕"/>
          <w:b/>
          <w:color w:val="8B95A1"/>
          <w:sz w:val="17"/>
        </w:rPr>
        <w:t xml:space="preserve">  해석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평범하던 이순신이 위대한 영웅이 될 수 있었던 비결은?</w:t>
      </w:r>
    </w:p>
    <w:p>
      <w:pPr>
        <w:ind w:left="320"/>
      </w:pPr>
      <w:r>
        <w:rPr>
          <w:rFonts w:ascii="맑은 고딕" w:hAnsi="맑은 고딕" w:eastAsia="맑은 고딕"/>
          <w:b w:val="0"/>
          <w:color w:val="4E5968"/>
          <w:sz w:val="22"/>
        </w:rPr>
        <w:t>① 운이 좋아서</w:t>
      </w:r>
    </w:p>
    <w:p>
      <w:pPr>
        <w:ind w:left="320"/>
      </w:pPr>
      <w:r>
        <w:rPr>
          <w:rFonts w:ascii="맑은 고딕" w:hAnsi="맑은 고딕" w:eastAsia="맑은 고딕"/>
          <w:b w:val="0"/>
          <w:color w:val="4E5968"/>
          <w:sz w:val="22"/>
        </w:rPr>
        <w:t>② 원칙을 바탕으로 한 성실함</w:t>
      </w:r>
    </w:p>
    <w:p>
      <w:pPr>
        <w:ind w:left="320"/>
      </w:pPr>
      <w:r>
        <w:rPr>
          <w:rFonts w:ascii="맑은 고딕" w:hAnsi="맑은 고딕" w:eastAsia="맑은 고딕"/>
          <w:b w:val="0"/>
          <w:color w:val="4E5968"/>
          <w:sz w:val="22"/>
        </w:rPr>
        <w:t>③ 힘이 세서</w:t>
      </w:r>
    </w:p>
    <w:p>
      <w:pPr>
        <w:ind w:left="320"/>
      </w:pPr>
      <w:r>
        <w:rPr>
          <w:rFonts w:ascii="맑은 고딕" w:hAnsi="맑은 고딕" w:eastAsia="맑은 고딕"/>
          <w:b w:val="0"/>
          <w:color w:val="4E5968"/>
          <w:sz w:val="22"/>
        </w:rPr>
        <w:t>④ 높은 윗사람에게 늘 잘 보여서</w:t>
      </w:r>
    </w:p>
    <w:p>
      <w:pPr>
        <w:spacing w:before="240"/>
      </w:pPr>
      <w:r>
        <w:rPr>
          <w:rFonts w:ascii="맑은 고딕" w:hAnsi="맑은 고딕" w:eastAsia="맑은 고딕"/>
          <w:b/>
          <w:color w:val="8B95A1"/>
          <w:sz w:val="17"/>
        </w:rPr>
        <w:t xml:space="preserve">  추론 · 전략 파악  </w:t>
      </w:r>
    </w:p>
    <w:p>
      <w:r>
        <w:rPr>
          <w:rFonts w:ascii="맑은 고딕" w:hAnsi="맑은 고딕" w:eastAsia="맑은 고딕"/>
          <w:b/>
          <w:color w:val="2272EB"/>
          <w:sz w:val="24"/>
        </w:rPr>
        <w:t xml:space="preserve">3. </w:t>
      </w:r>
      <w:r>
        <w:rPr>
          <w:rFonts w:ascii="맑은 고딕" w:hAnsi="맑은 고딕" w:eastAsia="맑은 고딕"/>
          <w:b/>
          <w:color w:val="191F28"/>
          <w:sz w:val="23"/>
        </w:rPr>
        <w:t>이순신이 명량에서 좁은 울돌목(명량)을 싸움터로 택한 까닭은?</w:t>
      </w:r>
    </w:p>
    <w:p>
      <w:pPr>
        <w:ind w:left="320"/>
      </w:pPr>
      <w:r>
        <w:rPr>
          <w:rFonts w:ascii="맑은 고딕" w:hAnsi="맑은 고딕" w:eastAsia="맑은 고딕"/>
          <w:b w:val="0"/>
          <w:color w:val="4E5968"/>
          <w:sz w:val="22"/>
        </w:rPr>
        <w:t>① 바다 경치가 무척 좋고 아름다웠기 때문에</w:t>
      </w:r>
    </w:p>
    <w:p>
      <w:pPr>
        <w:ind w:left="320"/>
      </w:pPr>
      <w:r>
        <w:rPr>
          <w:rFonts w:ascii="맑은 고딕" w:hAnsi="맑은 고딕" w:eastAsia="맑은 고딕"/>
          <w:b w:val="0"/>
          <w:color w:val="4E5968"/>
          <w:sz w:val="22"/>
        </w:rPr>
        <w:t>② 집이 가까워서</w:t>
      </w:r>
    </w:p>
    <w:p>
      <w:pPr>
        <w:ind w:left="320"/>
      </w:pPr>
      <w:r>
        <w:rPr>
          <w:rFonts w:ascii="맑은 고딕" w:hAnsi="맑은 고딕" w:eastAsia="맑은 고딕"/>
          <w:b w:val="0"/>
          <w:color w:val="4E5968"/>
          <w:sz w:val="22"/>
        </w:rPr>
        <w:t>③ 좁은 곳이라 적이 몰려올 수 없어서</w:t>
      </w:r>
    </w:p>
    <w:p>
      <w:pPr>
        <w:ind w:left="320"/>
      </w:pPr>
      <w:r>
        <w:rPr>
          <w:rFonts w:ascii="맑은 고딕" w:hAnsi="맑은 고딕" w:eastAsia="맑은 고딕"/>
          <w:b w:val="0"/>
          <w:color w:val="4E5968"/>
          <w:sz w:val="22"/>
        </w:rPr>
        <w:t>④ 물이 얕아서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거북선에 대한 설명으로 알맞은 것은?</w:t>
      </w:r>
    </w:p>
    <w:p>
      <w:pPr>
        <w:ind w:left="320"/>
      </w:pPr>
      <w:r>
        <w:rPr>
          <w:rFonts w:ascii="맑은 고딕" w:hAnsi="맑은 고딕" w:eastAsia="맑은 고딕"/>
          <w:b w:val="0"/>
          <w:color w:val="4E5968"/>
          <w:sz w:val="22"/>
        </w:rPr>
        <w:t>① 돛만 단 빠른 배</w:t>
      </w:r>
    </w:p>
    <w:p>
      <w:pPr>
        <w:ind w:left="320"/>
      </w:pPr>
      <w:r>
        <w:rPr>
          <w:rFonts w:ascii="맑은 고딕" w:hAnsi="맑은 고딕" w:eastAsia="맑은 고딕"/>
          <w:b w:val="0"/>
          <w:color w:val="4E5968"/>
          <w:sz w:val="22"/>
        </w:rPr>
        <w:t>② 사람이 직접 노를 젓는 아주 작은 배</w:t>
      </w:r>
    </w:p>
    <w:p>
      <w:pPr>
        <w:ind w:left="320"/>
      </w:pPr>
      <w:r>
        <w:rPr>
          <w:rFonts w:ascii="맑은 고딕" w:hAnsi="맑은 고딕" w:eastAsia="맑은 고딕"/>
          <w:b w:val="0"/>
          <w:color w:val="4E5968"/>
          <w:sz w:val="22"/>
        </w:rPr>
        <w:t>③ 물건을 싣는 배</w:t>
      </w:r>
    </w:p>
    <w:p>
      <w:pPr>
        <w:ind w:left="320"/>
      </w:pPr>
      <w:r>
        <w:rPr>
          <w:rFonts w:ascii="맑은 고딕" w:hAnsi="맑은 고딕" w:eastAsia="맑은 고딕"/>
          <w:b w:val="0"/>
          <w:color w:val="4E5968"/>
          <w:sz w:val="22"/>
        </w:rPr>
        <w:t>④ 덮개에 칼·송곳을 꽂은 돌격 전함</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거북선을 미리 준비한다.</w:t>
      </w:r>
    </w:p>
    <w:p>
      <w:pPr>
        <w:ind w:left="320"/>
      </w:pPr>
      <w:r>
        <w:rPr>
          <w:rFonts w:ascii="맑은 고딕" w:hAnsi="맑은 고딕" w:eastAsia="맑은 고딕"/>
          <w:b w:val="0"/>
          <w:color w:val="333D4B"/>
          <w:sz w:val="22"/>
        </w:rPr>
        <w:t>ㄴ. 류성룡의 천거로 전라좌수사가 된다.</w:t>
      </w:r>
    </w:p>
    <w:p>
      <w:pPr>
        <w:ind w:left="320"/>
      </w:pPr>
      <w:r>
        <w:rPr>
          <w:rFonts w:ascii="맑은 고딕" w:hAnsi="맑은 고딕" w:eastAsia="맑은 고딕"/>
          <w:b w:val="0"/>
          <w:color w:val="333D4B"/>
          <w:sz w:val="22"/>
        </w:rPr>
        <w:t>ㄷ. 명량에서 큰 승리를 거둔다.</w:t>
      </w:r>
    </w:p>
    <w:p>
      <w:pPr>
        <w:ind w:left="320"/>
      </w:pPr>
      <w:r>
        <w:rPr>
          <w:rFonts w:ascii="맑은 고딕" w:hAnsi="맑은 고딕" w:eastAsia="맑은 고딕"/>
          <w:b w:val="0"/>
          <w:color w:val="333D4B"/>
          <w:sz w:val="22"/>
        </w:rPr>
        <w:t>ㄹ. 임진왜란이 일어난다.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6. </w:t>
      </w:r>
      <w:r>
        <w:rPr>
          <w:rFonts w:ascii="맑은 고딕" w:hAnsi="맑은 고딕" w:eastAsia="맑은 고딕"/>
          <w:b/>
          <w:color w:val="191F28"/>
          <w:sz w:val="23"/>
        </w:rPr>
        <w:t>적장 와키자카가 '가장 두렵지만 차 한잔 나누고 싶은 인물'이라 한 것이 보여 주는 것은?</w:t>
      </w:r>
    </w:p>
    <w:p>
      <w:pPr>
        <w:ind w:left="320"/>
      </w:pPr>
      <w:r>
        <w:rPr>
          <w:rFonts w:ascii="맑은 고딕" w:hAnsi="맑은 고딕" w:eastAsia="맑은 고딕"/>
          <w:b w:val="0"/>
          <w:color w:val="4E5968"/>
          <w:sz w:val="22"/>
        </w:rPr>
        <w:t>① 이순신이 무척 친절하고 다정했다</w:t>
      </w:r>
    </w:p>
    <w:p>
      <w:pPr>
        <w:ind w:left="320"/>
      </w:pPr>
      <w:r>
        <w:rPr>
          <w:rFonts w:ascii="맑은 고딕" w:hAnsi="맑은 고딕" w:eastAsia="맑은 고딕"/>
          <w:b w:val="0"/>
          <w:color w:val="4E5968"/>
          <w:sz w:val="22"/>
        </w:rPr>
        <w:t>② 적조차 인정한 이순신의 위대함</w:t>
      </w:r>
    </w:p>
    <w:p>
      <w:pPr>
        <w:ind w:left="320"/>
      </w:pPr>
      <w:r>
        <w:rPr>
          <w:rFonts w:ascii="맑은 고딕" w:hAnsi="맑은 고딕" w:eastAsia="맑은 고딕"/>
          <w:b w:val="0"/>
          <w:color w:val="4E5968"/>
          <w:sz w:val="22"/>
        </w:rPr>
        <w:t>③ 둘이 친구였다</w:t>
      </w:r>
    </w:p>
    <w:p>
      <w:pPr>
        <w:ind w:left="320"/>
      </w:pPr>
      <w:r>
        <w:rPr>
          <w:rFonts w:ascii="맑은 고딕" w:hAnsi="맑은 고딕" w:eastAsia="맑은 고딕"/>
          <w:b w:val="0"/>
          <w:color w:val="4E5968"/>
          <w:sz w:val="22"/>
        </w:rPr>
        <w:t>④ 전쟁이 끝났다</w:t>
      </w:r>
    </w:p>
    <w:p>
      <w:pPr>
        <w:spacing w:before="240"/>
      </w:pPr>
      <w:r>
        <w:rPr>
          <w:rFonts w:ascii="맑은 고딕" w:hAnsi="맑은 고딕" w:eastAsia="맑은 고딕"/>
          <w:b/>
          <w:color w:val="8B95A1"/>
          <w:sz w:val="17"/>
        </w:rPr>
        <w:t xml:space="preserve">  해석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왕(선조)은 바다를 버리라 했지만 이순신이 끝까지 싸운 까닭은?</w:t>
      </w:r>
    </w:p>
    <w:p>
      <w:pPr>
        <w:ind w:left="320"/>
      </w:pPr>
      <w:r>
        <w:rPr>
          <w:rFonts w:ascii="맑은 고딕" w:hAnsi="맑은 고딕" w:eastAsia="맑은 고딕"/>
          <w:b w:val="0"/>
          <w:color w:val="4E5968"/>
          <w:sz w:val="22"/>
        </w:rPr>
        <w:t>① 바다를 버리면 나라를 버리는 것이라 여겨서</w:t>
      </w:r>
    </w:p>
    <w:p>
      <w:pPr>
        <w:ind w:left="320"/>
      </w:pPr>
      <w:r>
        <w:rPr>
          <w:rFonts w:ascii="맑은 고딕" w:hAnsi="맑은 고딕" w:eastAsia="맑은 고딕"/>
          <w:b w:val="0"/>
          <w:color w:val="4E5968"/>
          <w:sz w:val="22"/>
        </w:rPr>
        <w:t>② 임금이 내린 그 명령을 끝내 제대로 듣지 못해서</w:t>
      </w:r>
    </w:p>
    <w:p>
      <w:pPr>
        <w:ind w:left="320"/>
      </w:pPr>
      <w:r>
        <w:rPr>
          <w:rFonts w:ascii="맑은 고딕" w:hAnsi="맑은 고딕" w:eastAsia="맑은 고딕"/>
          <w:b w:val="0"/>
          <w:color w:val="4E5968"/>
          <w:sz w:val="22"/>
        </w:rPr>
        <w:t>③ 배가 아까워서</w:t>
      </w:r>
    </w:p>
    <w:p>
      <w:pPr>
        <w:ind w:left="320"/>
      </w:pPr>
      <w:r>
        <w:rPr>
          <w:rFonts w:ascii="맑은 고딕" w:hAnsi="맑은 고딕" w:eastAsia="맑은 고딕"/>
          <w:b w:val="0"/>
          <w:color w:val="4E5968"/>
          <w:sz w:val="22"/>
        </w:rPr>
        <w:t>④ 고집 때문에</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전하는 핵심으로 가장 알맞은 것은?</w:t>
      </w:r>
    </w:p>
    <w:p>
      <w:pPr>
        <w:ind w:left="320"/>
      </w:pPr>
      <w:r>
        <w:rPr>
          <w:rFonts w:ascii="맑은 고딕" w:hAnsi="맑은 고딕" w:eastAsia="맑은 고딕"/>
          <w:b w:val="0"/>
          <w:color w:val="4E5968"/>
          <w:sz w:val="22"/>
        </w:rPr>
        <w:t>① 오직 하늘이 내린 타고난 천재만 영웅이 될 수 있다</w:t>
      </w:r>
    </w:p>
    <w:p>
      <w:pPr>
        <w:ind w:left="320"/>
      </w:pPr>
      <w:r>
        <w:rPr>
          <w:rFonts w:ascii="맑은 고딕" w:hAnsi="맑은 고딕" w:eastAsia="맑은 고딕"/>
          <w:b w:val="0"/>
          <w:color w:val="4E5968"/>
          <w:sz w:val="22"/>
        </w:rPr>
        <w:t>② 전쟁은 운이다</w:t>
      </w:r>
    </w:p>
    <w:p>
      <w:pPr>
        <w:ind w:left="320"/>
      </w:pPr>
      <w:r>
        <w:rPr>
          <w:rFonts w:ascii="맑은 고딕" w:hAnsi="맑은 고딕" w:eastAsia="맑은 고딕"/>
          <w:b w:val="0"/>
          <w:color w:val="4E5968"/>
          <w:sz w:val="22"/>
        </w:rPr>
        <w:t>③ 신념과 성실로 두려움을 극복하는 사람이다</w:t>
      </w:r>
    </w:p>
    <w:p>
      <w:pPr>
        <w:ind w:left="320"/>
      </w:pPr>
      <w:r>
        <w:rPr>
          <w:rFonts w:ascii="맑은 고딕" w:hAnsi="맑은 고딕" w:eastAsia="맑은 고딕"/>
          <w:b w:val="0"/>
          <w:color w:val="4E5968"/>
          <w:sz w:val="22"/>
        </w:rPr>
        <w:t>④ 이기면 무조건 영웅이다</w:t>
      </w: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'원칙을 바탕으로 한 성실함'이 평범한 사람을 영웅으로 만든다는 말에 대한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설쌤의 말처럼 평소에 위기 상황인 것처럼 성실히 준비하는 태도가 왜 중요한지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바다를 지킨 이순신</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이순신</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임진왜란</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명량해전</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거북선</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두려움을 이겨내려 노력하는 사람</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엑스맨</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병사를 잃고 나라를 빼앗길까 봐</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두려움을 이겨낸 이순신의 용기</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이순신-명량해전 / 거북선-칼 꽂은 배 / 임진왜란-일본과의 전쟁</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두려움을 이겨내고 끝까지 바다를 지켜 주셔서 감사합니다. 정말 멋진 영웅이세요. · (평가) 감사·존경의 마음을 자기 말로 표현했는지 봐 주세요.</w:t>
      </w:r>
    </w:p>
    <w:p>
      <w:r>
        <w:br w:type="page"/>
      </w:r>
    </w:p>
    <w:p>
      <w:pPr>
        <w:spacing w:before="160"/>
      </w:pPr>
      <w:r>
        <w:rPr>
          <w:rFonts w:ascii="맑은 고딕" w:hAnsi="맑은 고딕" w:eastAsia="맑은 고딕"/>
          <w:b/>
          <w:color w:val="2272EB"/>
          <w:sz w:val="26"/>
        </w:rPr>
        <w:t>[중학년] 두려움을 이긴 영웅</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두려움을 극복하려 노력하는 평범한 사람</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열두(열세) 척</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좁은 물길과 위장 작전을 썼다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열두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죽고자 하면 살고, 살고자 하면 죽는다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두려움을 이겨내고 끝까지 싸웠기 때문에</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두려움을 극복하는 평범한 사람이 영웅이다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두렵고 막막했지만, 바다를 지켜야 한다는 책임감으로 두려움을 누르고 죽을 각오를 다졌을 것이다. · (평가) 이순신의 마음에 공감해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발표가 무서웠지만 미리 연습하고 용기를 내 해냈다. 두려울 땐 준비하고 한 걸음 내딛는 것이 도움이 된다. · (평가) 두려움 극복 경험·방법을 구체적으로 적었는지 봐 주세요.</w:t>
      </w:r>
    </w:p>
    <w:p>
      <w:r>
        <w:br w:type="page"/>
      </w:r>
    </w:p>
    <w:p>
      <w:pPr>
        <w:spacing w:before="160"/>
      </w:pPr>
      <w:r>
        <w:rPr>
          <w:rFonts w:ascii="맑은 고딕" w:hAnsi="맑은 고딕" w:eastAsia="맑은 고딕"/>
          <w:b/>
          <w:color w:val="2272EB"/>
          <w:sz w:val="26"/>
        </w:rPr>
        <w:t>[고학년] 원칙과 성실, 그리고 용기</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무과에서 낙방했다 평범한 성적으로 합격했다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원칙을 바탕으로 한 성실함</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좁은 곳이라 적이 몰려올 수 없어서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덮개에 칼·송곳을 꽂은 돌격 전함</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적조차 인정한 이순신의 위대함</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바다를 버리면 나라를 버리는 것이라 여겨서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신념과 성실로 두려움을 극복하는 사람이다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화려한 재능이 없어도, 옳은 원칙을 지키며 꾸준히 성실하게 준비하면 결정적인 순간에 큰 힘을 낼 수 있다고 생각한다. · (평가) 자기 생각을 까닭과 함께 밝혔는지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위기는 갑자기 찾아오기에, 평소 꾸준히 준비해 둔 사람만이 그 순간 흔들리지 않고 제 몫을 해낼 수 있기 때문이다. · (평가) 준비·성실의 중요성을 까닭과 함께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