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저학년용] </w:t>
      </w:r>
    </w:p>
    <w:p>
      <w:r>
        <w:rPr>
          <w:rFonts w:ascii="맑은 고딕" w:hAnsi="맑은 고딕" w:eastAsia="맑은 고딕"/>
          <w:b/>
          <w:color w:val="191F28"/>
          <w:sz w:val="36"/>
        </w:rPr>
        <w:t>엄마 까투리의 사랑</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1. </w:t>
      </w:r>
      <w:r>
        <w:rPr>
          <w:rFonts w:ascii="맑은 고딕" w:hAnsi="맑은 고딕" w:eastAsia="맑은 고딕"/>
          <w:b/>
          <w:color w:val="191F28"/>
          <w:sz w:val="23"/>
        </w:rPr>
        <w:t>엄마 까투리는 무슨 동물인가요?</w:t>
      </w:r>
    </w:p>
    <w:p>
      <w:pPr>
        <w:ind w:left="320"/>
      </w:pPr>
      <w:r>
        <w:rPr>
          <w:rFonts w:ascii="맑은 고딕" w:hAnsi="맑은 고딕" w:eastAsia="맑은 고딕"/>
          <w:b w:val="0"/>
          <w:color w:val="4E5968"/>
          <w:sz w:val="22"/>
        </w:rPr>
        <w:t>① 꿩</w:t>
      </w:r>
    </w:p>
    <w:p>
      <w:pPr>
        <w:ind w:left="320"/>
      </w:pPr>
      <w:r>
        <w:rPr>
          <w:rFonts w:ascii="맑은 고딕" w:hAnsi="맑은 고딕" w:eastAsia="맑은 고딕"/>
          <w:b w:val="0"/>
          <w:color w:val="4E5968"/>
          <w:sz w:val="22"/>
        </w:rPr>
        <w:t>② 닭</w:t>
      </w:r>
    </w:p>
    <w:p>
      <w:pPr>
        <w:ind w:left="320"/>
      </w:pPr>
      <w:r>
        <w:rPr>
          <w:rFonts w:ascii="맑은 고딕" w:hAnsi="맑은 고딕" w:eastAsia="맑은 고딕"/>
          <w:b w:val="0"/>
          <w:color w:val="4E5968"/>
          <w:sz w:val="22"/>
        </w:rPr>
        <w:t>③ 오리</w:t>
      </w:r>
    </w:p>
    <w:p>
      <w:pPr>
        <w:ind w:left="320"/>
      </w:pPr>
      <w:r>
        <w:rPr>
          <w:rFonts w:ascii="맑은 고딕" w:hAnsi="맑은 고딕" w:eastAsia="맑은 고딕"/>
          <w:b w:val="0"/>
          <w:color w:val="4E5968"/>
          <w:sz w:val="22"/>
        </w:rPr>
        <w:t>④ 참새</w:t>
      </w:r>
    </w:p>
    <w:p>
      <w:pPr>
        <w:spacing w:before="240"/>
      </w:pPr>
      <w:r>
        <w:rPr>
          <w:rFonts w:ascii="맑은 고딕" w:hAnsi="맑은 고딕" w:eastAsia="맑은 고딕"/>
          <w:b/>
          <w:color w:val="8B95A1"/>
          <w:sz w:val="17"/>
        </w:rPr>
        <w:t xml:space="preserve">  추론 · 마음 읽기  </w:t>
      </w:r>
    </w:p>
    <w:p>
      <w:r>
        <w:rPr>
          <w:rFonts w:ascii="맑은 고딕" w:hAnsi="맑은 고딕" w:eastAsia="맑은 고딕"/>
          <w:b/>
          <w:color w:val="2272EB"/>
          <w:sz w:val="24"/>
        </w:rPr>
        <w:t xml:space="preserve">2. </w:t>
      </w:r>
      <w:r>
        <w:rPr>
          <w:rFonts w:ascii="맑은 고딕" w:hAnsi="맑은 고딕" w:eastAsia="맑은 고딕"/>
          <w:b/>
          <w:color w:val="191F28"/>
          <w:sz w:val="23"/>
        </w:rPr>
        <w:t>막둥이가 벌레를 먹지 않은 까닭은 무엇인가요?</w:t>
      </w:r>
    </w:p>
    <w:p>
      <w:pPr>
        <w:ind w:left="320"/>
      </w:pPr>
      <w:r>
        <w:rPr>
          <w:rFonts w:ascii="맑은 고딕" w:hAnsi="맑은 고딕" w:eastAsia="맑은 고딕"/>
          <w:b w:val="0"/>
          <w:color w:val="4E5968"/>
          <w:sz w:val="22"/>
        </w:rPr>
        <w:t>① 배가 너무너무 불러서</w:t>
      </w:r>
    </w:p>
    <w:p>
      <w:pPr>
        <w:ind w:left="320"/>
      </w:pPr>
      <w:r>
        <w:rPr>
          <w:rFonts w:ascii="맑은 고딕" w:hAnsi="맑은 고딕" w:eastAsia="맑은 고딕"/>
          <w:b w:val="0"/>
          <w:color w:val="4E5968"/>
          <w:sz w:val="22"/>
        </w:rPr>
        <w:t>② 맛이 없어서</w:t>
      </w:r>
    </w:p>
    <w:p>
      <w:pPr>
        <w:ind w:left="320"/>
      </w:pPr>
      <w:r>
        <w:rPr>
          <w:rFonts w:ascii="맑은 고딕" w:hAnsi="맑은 고딕" w:eastAsia="맑은 고딕"/>
          <w:b w:val="0"/>
          <w:color w:val="4E5968"/>
          <w:sz w:val="22"/>
        </w:rPr>
        <w:t>③ 벌레가 아플까 봐</w:t>
      </w:r>
    </w:p>
    <w:p>
      <w:pPr>
        <w:ind w:left="320"/>
      </w:pPr>
      <w:r>
        <w:rPr>
          <w:rFonts w:ascii="맑은 고딕" w:hAnsi="맑은 고딕" w:eastAsia="맑은 고딕"/>
          <w:b w:val="0"/>
          <w:color w:val="4E5968"/>
          <w:sz w:val="22"/>
        </w:rPr>
        <w:t>④ 졸려서</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3. </w:t>
      </w:r>
      <w:r>
        <w:rPr>
          <w:rFonts w:ascii="맑은 고딕" w:hAnsi="맑은 고딕" w:eastAsia="맑은 고딕"/>
          <w:b/>
          <w:color w:val="191F28"/>
          <w:sz w:val="23"/>
        </w:rPr>
        <w:t>엄마가 아기들과 함께 한 놀이는 무엇인가요?</w:t>
      </w:r>
    </w:p>
    <w:p>
      <w:pPr>
        <w:ind w:left="320"/>
      </w:pPr>
      <w:r>
        <w:rPr>
          <w:rFonts w:ascii="맑은 고딕" w:hAnsi="맑은 고딕" w:eastAsia="맑은 고딕"/>
          <w:b w:val="0"/>
          <w:color w:val="4E5968"/>
          <w:sz w:val="22"/>
        </w:rPr>
        <w:t>① 학교 놀이</w:t>
      </w:r>
    </w:p>
    <w:p>
      <w:pPr>
        <w:ind w:left="320"/>
      </w:pPr>
      <w:r>
        <w:rPr>
          <w:rFonts w:ascii="맑은 고딕" w:hAnsi="맑은 고딕" w:eastAsia="맑은 고딕"/>
          <w:b w:val="0"/>
          <w:color w:val="4E5968"/>
          <w:sz w:val="22"/>
        </w:rPr>
        <w:t>② 술래잡기</w:t>
      </w:r>
    </w:p>
    <w:p>
      <w:pPr>
        <w:ind w:left="320"/>
      </w:pPr>
      <w:r>
        <w:rPr>
          <w:rFonts w:ascii="맑은 고딕" w:hAnsi="맑은 고딕" w:eastAsia="맑은 고딕"/>
          <w:b w:val="0"/>
          <w:color w:val="4E5968"/>
          <w:sz w:val="22"/>
        </w:rPr>
        <w:t>③ 공놀이</w:t>
      </w:r>
    </w:p>
    <w:p>
      <w:pPr>
        <w:ind w:left="320"/>
      </w:pPr>
      <w:r>
        <w:rPr>
          <w:rFonts w:ascii="맑은 고딕" w:hAnsi="맑은 고딕" w:eastAsia="맑은 고딕"/>
          <w:b w:val="0"/>
          <w:color w:val="4E5968"/>
          <w:sz w:val="22"/>
        </w:rPr>
        <w:t>④ 그림 그리기</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4. </w:t>
      </w:r>
      <w:r>
        <w:rPr>
          <w:rFonts w:ascii="맑은 고딕" w:hAnsi="맑은 고딕" w:eastAsia="맑은 고딕"/>
          <w:b/>
          <w:color w:val="191F28"/>
          <w:sz w:val="23"/>
        </w:rPr>
        <w:t>산에 무엇이 나서 위험해졌나요?</w:t>
      </w:r>
    </w:p>
    <w:p>
      <w:pPr>
        <w:ind w:left="320"/>
      </w:pPr>
      <w:r>
        <w:rPr>
          <w:rFonts w:ascii="맑은 고딕" w:hAnsi="맑은 고딕" w:eastAsia="맑은 고딕"/>
          <w:b w:val="0"/>
          <w:color w:val="4E5968"/>
          <w:sz w:val="22"/>
        </w:rPr>
        <w:t>① 홍수</w:t>
      </w:r>
    </w:p>
    <w:p>
      <w:pPr>
        <w:ind w:left="320"/>
      </w:pPr>
      <w:r>
        <w:rPr>
          <w:rFonts w:ascii="맑은 고딕" w:hAnsi="맑은 고딕" w:eastAsia="맑은 고딕"/>
          <w:b w:val="0"/>
          <w:color w:val="4E5968"/>
          <w:sz w:val="22"/>
        </w:rPr>
        <w:t>② 산불</w:t>
      </w:r>
    </w:p>
    <w:p>
      <w:pPr>
        <w:ind w:left="320"/>
      </w:pPr>
      <w:r>
        <w:rPr>
          <w:rFonts w:ascii="맑은 고딕" w:hAnsi="맑은 고딕" w:eastAsia="맑은 고딕"/>
          <w:b w:val="0"/>
          <w:color w:val="4E5968"/>
          <w:sz w:val="22"/>
        </w:rPr>
        <w:t>③ 지진</w:t>
      </w:r>
    </w:p>
    <w:p>
      <w:pPr>
        <w:ind w:left="320"/>
      </w:pPr>
      <w:r>
        <w:rPr>
          <w:rFonts w:ascii="맑은 고딕" w:hAnsi="맑은 고딕" w:eastAsia="맑은 고딕"/>
          <w:b w:val="0"/>
          <w:color w:val="4E5968"/>
          <w:sz w:val="22"/>
        </w:rPr>
        <w:t>④ 태풍</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5. </w:t>
      </w:r>
      <w:r>
        <w:rPr>
          <w:rFonts w:ascii="맑은 고딕" w:hAnsi="맑은 고딕" w:eastAsia="맑은 고딕"/>
          <w:b/>
          <w:color w:val="191F28"/>
          <w:sz w:val="23"/>
        </w:rPr>
        <w:t>아기들이 무서워할 때 엄마 까투리가 한 일은?</w:t>
      </w:r>
    </w:p>
    <w:p>
      <w:pPr>
        <w:ind w:left="320"/>
      </w:pPr>
      <w:r>
        <w:rPr>
          <w:rFonts w:ascii="맑은 고딕" w:hAnsi="맑은 고딕" w:eastAsia="맑은 고딕"/>
          <w:b w:val="0"/>
          <w:color w:val="4E5968"/>
          <w:sz w:val="22"/>
        </w:rPr>
        <w:t>① 아기들만 혼자 두고 멀리멀리 떠나 버렸다</w:t>
      </w:r>
    </w:p>
    <w:p>
      <w:pPr>
        <w:ind w:left="320"/>
      </w:pPr>
      <w:r>
        <w:rPr>
          <w:rFonts w:ascii="맑은 고딕" w:hAnsi="맑은 고딕" w:eastAsia="맑은 고딕"/>
          <w:b w:val="0"/>
          <w:color w:val="4E5968"/>
          <w:sz w:val="22"/>
        </w:rPr>
        <w:t>② 야단을 쳤다</w:t>
      </w:r>
    </w:p>
    <w:p>
      <w:pPr>
        <w:ind w:left="320"/>
      </w:pPr>
      <w:r>
        <w:rPr>
          <w:rFonts w:ascii="맑은 고딕" w:hAnsi="맑은 고딕" w:eastAsia="맑은 고딕"/>
          <w:b w:val="0"/>
          <w:color w:val="4E5968"/>
          <w:sz w:val="22"/>
        </w:rPr>
        <w:t>③ 그냥 울게 두었다</w:t>
      </w:r>
    </w:p>
    <w:p>
      <w:pPr>
        <w:ind w:left="320"/>
      </w:pPr>
      <w:r>
        <w:rPr>
          <w:rFonts w:ascii="맑은 고딕" w:hAnsi="맑은 고딕" w:eastAsia="맑은 고딕"/>
          <w:b w:val="0"/>
          <w:color w:val="4E5968"/>
          <w:sz w:val="22"/>
        </w:rPr>
        <w:t>④ 함께 학교 놀이로 무서움을 잊게 함</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6. </w:t>
      </w:r>
      <w:r>
        <w:rPr>
          <w:rFonts w:ascii="맑은 고딕" w:hAnsi="맑은 고딕" w:eastAsia="맑은 고딕"/>
          <w:b/>
          <w:color w:val="191F28"/>
          <w:sz w:val="23"/>
        </w:rPr>
        <w:t>엄마 까투리는 아기들을 위해 무엇을 했나요?</w:t>
      </w:r>
    </w:p>
    <w:p>
      <w:pPr>
        <w:ind w:left="320"/>
      </w:pPr>
      <w:r>
        <w:rPr>
          <w:rFonts w:ascii="맑은 고딕" w:hAnsi="맑은 고딕" w:eastAsia="맑은 고딕"/>
          <w:b w:val="0"/>
          <w:color w:val="4E5968"/>
          <w:sz w:val="22"/>
        </w:rPr>
        <w:t>① 혼자 도망쳤다</w:t>
      </w:r>
    </w:p>
    <w:p>
      <w:pPr>
        <w:ind w:left="320"/>
      </w:pPr>
      <w:r>
        <w:rPr>
          <w:rFonts w:ascii="맑은 고딕" w:hAnsi="맑은 고딕" w:eastAsia="맑은 고딕"/>
          <w:b w:val="0"/>
          <w:color w:val="4E5968"/>
          <w:sz w:val="22"/>
        </w:rPr>
        <w:t>② 자신을 던져 아기들을 지켰다</w:t>
      </w:r>
    </w:p>
    <w:p>
      <w:pPr>
        <w:ind w:left="320"/>
      </w:pPr>
      <w:r>
        <w:rPr>
          <w:rFonts w:ascii="맑은 고딕" w:hAnsi="맑은 고딕" w:eastAsia="맑은 고딕"/>
          <w:b w:val="0"/>
          <w:color w:val="4E5968"/>
          <w:sz w:val="22"/>
        </w:rPr>
        <w:t>③ 잠을 잤다</w:t>
      </w:r>
    </w:p>
    <w:p>
      <w:pPr>
        <w:ind w:left="320"/>
      </w:pPr>
      <w:r>
        <w:rPr>
          <w:rFonts w:ascii="맑은 고딕" w:hAnsi="맑은 고딕" w:eastAsia="맑은 고딕"/>
          <w:b w:val="0"/>
          <w:color w:val="4E5968"/>
          <w:sz w:val="22"/>
        </w:rPr>
        <w:t>④ 산속에서 먹이만 계속 찾아다녔다</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7. </w:t>
      </w:r>
      <w:r>
        <w:rPr>
          <w:rFonts w:ascii="맑은 고딕" w:hAnsi="맑은 고딕" w:eastAsia="맑은 고딕"/>
          <w:b/>
          <w:color w:val="191F28"/>
          <w:sz w:val="23"/>
        </w:rPr>
        <w:t>혼자 날아가다 길을 잃은 아기 꿩의 이름은?</w:t>
      </w:r>
    </w:p>
    <w:p>
      <w:pPr>
        <w:ind w:left="320"/>
      </w:pPr>
      <w:r>
        <w:rPr>
          <w:rFonts w:ascii="맑은 고딕" w:hAnsi="맑은 고딕" w:eastAsia="맑은 고딕"/>
          <w:b w:val="0"/>
          <w:color w:val="4E5968"/>
          <w:sz w:val="22"/>
        </w:rPr>
        <w:t>① 첫째</w:t>
      </w:r>
    </w:p>
    <w:p>
      <w:pPr>
        <w:ind w:left="320"/>
      </w:pPr>
      <w:r>
        <w:rPr>
          <w:rFonts w:ascii="맑은 고딕" w:hAnsi="맑은 고딕" w:eastAsia="맑은 고딕"/>
          <w:b w:val="0"/>
          <w:color w:val="4E5968"/>
          <w:sz w:val="22"/>
        </w:rPr>
        <w:t>② 메뚜기</w:t>
      </w:r>
    </w:p>
    <w:p>
      <w:pPr>
        <w:ind w:left="320"/>
      </w:pPr>
      <w:r>
        <w:rPr>
          <w:rFonts w:ascii="맑은 고딕" w:hAnsi="맑은 고딕" w:eastAsia="맑은 고딕"/>
          <w:b w:val="0"/>
          <w:color w:val="4E5968"/>
          <w:sz w:val="22"/>
        </w:rPr>
        <w:t>③ 막둥이</w:t>
      </w:r>
    </w:p>
    <w:p>
      <w:pPr>
        <w:ind w:left="320"/>
      </w:pPr>
      <w:r>
        <w:rPr>
          <w:rFonts w:ascii="맑은 고딕" w:hAnsi="맑은 고딕" w:eastAsia="맑은 고딕"/>
          <w:b w:val="0"/>
          <w:color w:val="4E5968"/>
          <w:sz w:val="22"/>
        </w:rPr>
        <w:t>④ 개구리</w:t>
      </w:r>
    </w:p>
    <w:p>
      <w:pPr>
        <w:spacing w:before="240"/>
      </w:pPr>
      <w:r>
        <w:rPr>
          <w:rFonts w:ascii="맑은 고딕" w:hAnsi="맑은 고딕" w:eastAsia="맑은 고딕"/>
          <w:b/>
          <w:color w:val="8B95A1"/>
          <w:sz w:val="17"/>
        </w:rPr>
        <w:t xml:space="preserve">  바르게 생각하기  </w:t>
      </w:r>
    </w:p>
    <w:p>
      <w:r>
        <w:rPr>
          <w:rFonts w:ascii="맑은 고딕" w:hAnsi="맑은 고딕" w:eastAsia="맑은 고딕"/>
          <w:b/>
          <w:color w:val="2272EB"/>
          <w:sz w:val="24"/>
        </w:rPr>
        <w:t xml:space="preserve">8. </w:t>
      </w:r>
      <w:r>
        <w:rPr>
          <w:rFonts w:ascii="맑은 고딕" w:hAnsi="맑은 고딕" w:eastAsia="맑은 고딕"/>
          <w:b/>
          <w:color w:val="191F28"/>
          <w:sz w:val="23"/>
        </w:rPr>
        <w:t>이 이야기가 알려 주는 것은 무엇인가요?</w:t>
      </w:r>
    </w:p>
    <w:p>
      <w:pPr>
        <w:ind w:left="320"/>
      </w:pPr>
      <w:r>
        <w:rPr>
          <w:rFonts w:ascii="맑은 고딕" w:hAnsi="맑은 고딕" w:eastAsia="맑은 고딕"/>
          <w:b w:val="0"/>
          <w:color w:val="4E5968"/>
          <w:sz w:val="22"/>
        </w:rPr>
        <w:t>① 세상에서 놀이가 가장 중요하다는 것</w:t>
      </w:r>
    </w:p>
    <w:p>
      <w:pPr>
        <w:ind w:left="320"/>
      </w:pPr>
      <w:r>
        <w:rPr>
          <w:rFonts w:ascii="맑은 고딕" w:hAnsi="맑은 고딕" w:eastAsia="맑은 고딕"/>
          <w:b w:val="0"/>
          <w:color w:val="4E5968"/>
          <w:sz w:val="22"/>
        </w:rPr>
        <w:t>② 벌레는 맛있다</w:t>
      </w:r>
    </w:p>
    <w:p>
      <w:pPr>
        <w:ind w:left="320"/>
      </w:pPr>
      <w:r>
        <w:rPr>
          <w:rFonts w:ascii="맑은 고딕" w:hAnsi="맑은 고딕" w:eastAsia="맑은 고딕"/>
          <w:b w:val="0"/>
          <w:color w:val="4E5968"/>
          <w:sz w:val="22"/>
        </w:rPr>
        <w:t>③ 산은 위험하다</w:t>
      </w:r>
    </w:p>
    <w:p>
      <w:pPr>
        <w:ind w:left="320"/>
      </w:pPr>
      <w:r>
        <w:rPr>
          <w:rFonts w:ascii="맑은 고딕" w:hAnsi="맑은 고딕" w:eastAsia="맑은 고딕"/>
          <w:b w:val="0"/>
          <w:color w:val="4E5968"/>
          <w:sz w:val="22"/>
        </w:rPr>
        <w:t>④ 엄마의 큰 사랑과 생명의 소중함</w:t>
      </w:r>
    </w:p>
    <w:p>
      <w:pPr>
        <w:spacing w:before="240"/>
      </w:pPr>
      <w:r>
        <w:rPr>
          <w:rFonts w:ascii="맑은 고딕" w:hAnsi="맑은 고딕" w:eastAsia="맑은 고딕"/>
          <w:b/>
          <w:color w:val="8B95A1"/>
          <w:sz w:val="17"/>
        </w:rPr>
        <w:t xml:space="preserve">  알맞게 줄 긋기  </w:t>
      </w:r>
    </w:p>
    <w:p>
      <w:r>
        <w:rPr>
          <w:rFonts w:ascii="맑은 고딕" w:hAnsi="맑은 고딕" w:eastAsia="맑은 고딕"/>
          <w:b/>
          <w:color w:val="2272EB"/>
          <w:sz w:val="24"/>
        </w:rPr>
        <w:t xml:space="preserve">9. </w:t>
      </w:r>
      <w:r>
        <w:rPr>
          <w:rFonts w:ascii="맑은 고딕" w:hAnsi="맑은 고딕" w:eastAsia="맑은 고딕"/>
          <w:b/>
          <w:color w:val="191F28"/>
          <w:sz w:val="23"/>
        </w:rPr>
        <w:t>알맞은 것끼리 연결해 보세요.</w:t>
      </w:r>
    </w:p>
    <w:p>
      <w:pPr>
        <w:ind w:left="320"/>
      </w:pPr>
      <w:r>
        <w:rPr>
          <w:rFonts w:ascii="맑은 고딕" w:hAnsi="맑은 고딕" w:eastAsia="맑은 고딕"/>
          <w:b w:val="0"/>
          <w:color w:val="333D4B"/>
          <w:sz w:val="22"/>
        </w:rPr>
        <w:t>엄마 까투리  ·          ·  아기들을 지킨 꿩 엄마</w:t>
      </w:r>
    </w:p>
    <w:p>
      <w:pPr>
        <w:ind w:left="320"/>
      </w:pPr>
      <w:r>
        <w:rPr>
          <w:rFonts w:ascii="맑은 고딕" w:hAnsi="맑은 고딕" w:eastAsia="맑은 고딕"/>
          <w:b w:val="0"/>
          <w:color w:val="333D4B"/>
          <w:sz w:val="22"/>
        </w:rPr>
        <w:t>산불  ·          ·  숲을 덮친 위험</w:t>
      </w:r>
    </w:p>
    <w:p>
      <w:pPr>
        <w:ind w:left="320"/>
      </w:pPr>
      <w:r>
        <w:rPr>
          <w:rFonts w:ascii="맑은 고딕" w:hAnsi="맑은 고딕" w:eastAsia="맑은 고딕"/>
          <w:b w:val="0"/>
          <w:color w:val="333D4B"/>
          <w:sz w:val="22"/>
        </w:rPr>
        <w:t>막둥이  ·          ·  마음이 고운 막내</w:t>
      </w:r>
    </w:p>
    <w:p>
      <w:pPr>
        <w:spacing w:before="240"/>
      </w:pPr>
      <w:r>
        <w:rPr>
          <w:rFonts w:ascii="맑은 고딕" w:hAnsi="맑은 고딕" w:eastAsia="맑은 고딕"/>
          <w:b/>
          <w:color w:val="8B95A1"/>
          <w:sz w:val="17"/>
        </w:rPr>
        <w:t xml:space="preserve">  생각하고 쓰기  </w:t>
      </w:r>
    </w:p>
    <w:p>
      <w:r>
        <w:rPr>
          <w:rFonts w:ascii="맑은 고딕" w:hAnsi="맑은 고딕" w:eastAsia="맑은 고딕"/>
          <w:b/>
          <w:color w:val="2272EB"/>
          <w:sz w:val="24"/>
        </w:rPr>
        <w:t xml:space="preserve">10. </w:t>
      </w:r>
      <w:r>
        <w:rPr>
          <w:rFonts w:ascii="맑은 고딕" w:hAnsi="맑은 고딕" w:eastAsia="맑은 고딕"/>
          <w:b/>
          <w:color w:val="191F28"/>
          <w:sz w:val="23"/>
        </w:rPr>
        <w:t>나를 위해 애쓰시는 부모님께 고마운 마음을 담아 한마디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중학년용] </w:t>
      </w:r>
    </w:p>
    <w:p>
      <w:r>
        <w:rPr>
          <w:rFonts w:ascii="맑은 고딕" w:hAnsi="맑은 고딕" w:eastAsia="맑은 고딕"/>
          <w:b/>
          <w:color w:val="191F28"/>
          <w:sz w:val="36"/>
        </w:rPr>
        <w:t>숲속의 깊은 사랑</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깊은 산속에서 아기 꿩들과 정답게 지내던 엄마 까투리가, 산불이 나자 무서워하는 아기들을 다독이며 함께 대피하고 끝내 자신을 던져 아기들을 지켜 낸다. 작은 생명도 아끼는 막둥이의 고운 마음과, 위험 속에서도 자식을 먼저 생각하는 엄마의 깊은 사랑을 통해 생명의 소중함과 가족의 사랑을 일깨우는 애니메이션.</w:t>
      </w:r>
    </w:p>
    <w:p>
      <w:pPr>
        <w:spacing w:before="240"/>
      </w:pPr>
      <w:r>
        <w:rPr>
          <w:rFonts w:ascii="맑은 고딕" w:hAnsi="맑은 고딕" w:eastAsia="맑은 고딕"/>
          <w:b/>
          <w:color w:val="8B95A1"/>
          <w:sz w:val="17"/>
        </w:rPr>
        <w:t xml:space="preserve">  추론 · 마음 읽기  </w:t>
      </w:r>
    </w:p>
    <w:p>
      <w:r>
        <w:rPr>
          <w:rFonts w:ascii="맑은 고딕" w:hAnsi="맑은 고딕" w:eastAsia="맑은 고딕"/>
          <w:b/>
          <w:color w:val="2272EB"/>
          <w:sz w:val="24"/>
        </w:rPr>
        <w:t xml:space="preserve">1. </w:t>
      </w:r>
      <w:r>
        <w:rPr>
          <w:rFonts w:ascii="맑은 고딕" w:hAnsi="맑은 고딕" w:eastAsia="맑은 고딕"/>
          <w:b/>
          <w:color w:val="191F28"/>
          <w:sz w:val="23"/>
        </w:rPr>
        <w:t>벌레를 물지 않은 막둥이의 행동에서 알 수 있는 막둥이의 성격은?</w:t>
      </w:r>
    </w:p>
    <w:p>
      <w:pPr>
        <w:ind w:left="320"/>
      </w:pPr>
      <w:r>
        <w:rPr>
          <w:rFonts w:ascii="맑은 고딕" w:hAnsi="맑은 고딕" w:eastAsia="맑은 고딕"/>
          <w:b w:val="0"/>
          <w:color w:val="4E5968"/>
          <w:sz w:val="22"/>
        </w:rPr>
        <w:t>① 욕심이 많다</w:t>
      </w:r>
    </w:p>
    <w:p>
      <w:pPr>
        <w:ind w:left="320"/>
      </w:pPr>
      <w:r>
        <w:rPr>
          <w:rFonts w:ascii="맑은 고딕" w:hAnsi="맑은 고딕" w:eastAsia="맑은 고딕"/>
          <w:b w:val="0"/>
          <w:color w:val="4E5968"/>
          <w:sz w:val="22"/>
        </w:rPr>
        <w:t>② 작은 생명도 아끼는 고운 마음</w:t>
      </w:r>
    </w:p>
    <w:p>
      <w:pPr>
        <w:ind w:left="320"/>
      </w:pPr>
      <w:r>
        <w:rPr>
          <w:rFonts w:ascii="맑은 고딕" w:hAnsi="맑은 고딕" w:eastAsia="맑은 고딕"/>
          <w:b w:val="0"/>
          <w:color w:val="4E5968"/>
          <w:sz w:val="22"/>
        </w:rPr>
        <w:t>③ 겁이 많다</w:t>
      </w:r>
    </w:p>
    <w:p>
      <w:pPr>
        <w:ind w:left="320"/>
      </w:pPr>
      <w:r>
        <w:rPr>
          <w:rFonts w:ascii="맑은 고딕" w:hAnsi="맑은 고딕" w:eastAsia="맑은 고딕"/>
          <w:b w:val="0"/>
          <w:color w:val="4E5968"/>
          <w:sz w:val="22"/>
        </w:rPr>
        <w:t>④ 무엇보다 장난치기를 아주 좋아한다</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2. </w:t>
      </w:r>
      <w:r>
        <w:rPr>
          <w:rFonts w:ascii="맑은 고딕" w:hAnsi="맑은 고딕" w:eastAsia="맑은 고딕"/>
          <w:b/>
          <w:color w:val="191F28"/>
          <w:sz w:val="23"/>
        </w:rPr>
        <w:t>엄마가 무서워하는 아기들에게 '학교 놀이'를 하자고 한 까닭은?</w:t>
      </w:r>
    </w:p>
    <w:p>
      <w:pPr>
        <w:ind w:left="320"/>
      </w:pPr>
      <w:r>
        <w:rPr>
          <w:rFonts w:ascii="맑은 고딕" w:hAnsi="맑은 고딕" w:eastAsia="맑은 고딕"/>
          <w:b w:val="0"/>
          <w:color w:val="4E5968"/>
          <w:sz w:val="22"/>
        </w:rPr>
        <w:t>① 다른 무엇보다 놀이가 훨씬 더 급해서</w:t>
      </w:r>
    </w:p>
    <w:p>
      <w:pPr>
        <w:ind w:left="320"/>
      </w:pPr>
      <w:r>
        <w:rPr>
          <w:rFonts w:ascii="맑은 고딕" w:hAnsi="맑은 고딕" w:eastAsia="맑은 고딕"/>
          <w:b w:val="0"/>
          <w:color w:val="4E5968"/>
          <w:sz w:val="22"/>
        </w:rPr>
        <w:t>② 공부를 시키려고</w:t>
      </w:r>
    </w:p>
    <w:p>
      <w:pPr>
        <w:ind w:left="320"/>
      </w:pPr>
      <w:r>
        <w:rPr>
          <w:rFonts w:ascii="맑은 고딕" w:hAnsi="맑은 고딕" w:eastAsia="맑은 고딕"/>
          <w:b w:val="0"/>
          <w:color w:val="4E5968"/>
          <w:sz w:val="22"/>
        </w:rPr>
        <w:t>③ 잠을 재우려고</w:t>
      </w:r>
    </w:p>
    <w:p>
      <w:pPr>
        <w:ind w:left="320"/>
      </w:pPr>
      <w:r>
        <w:rPr>
          <w:rFonts w:ascii="맑은 고딕" w:hAnsi="맑은 고딕" w:eastAsia="맑은 고딕"/>
          <w:b w:val="0"/>
          <w:color w:val="4E5968"/>
          <w:sz w:val="22"/>
        </w:rPr>
        <w:t>④ 함께 놀며 무서움을 잊게 하려고</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산불 속에서 엄마 까투리가 한 행동으로 알맞은 것은?</w:t>
      </w:r>
    </w:p>
    <w:p>
      <w:pPr>
        <w:ind w:left="320"/>
      </w:pPr>
      <w:r>
        <w:rPr>
          <w:rFonts w:ascii="맑은 고딕" w:hAnsi="맑은 고딕" w:eastAsia="맑은 고딕"/>
          <w:b w:val="0"/>
          <w:color w:val="4E5968"/>
          <w:sz w:val="22"/>
        </w:rPr>
        <w:t>① 나갈 길을 찾으며 끝까지 지켰다</w:t>
      </w:r>
    </w:p>
    <w:p>
      <w:pPr>
        <w:ind w:left="320"/>
      </w:pPr>
      <w:r>
        <w:rPr>
          <w:rFonts w:ascii="맑은 고딕" w:hAnsi="맑은 고딕" w:eastAsia="맑은 고딕"/>
          <w:b w:val="0"/>
          <w:color w:val="4E5968"/>
          <w:sz w:val="22"/>
        </w:rPr>
        <w:t>② 혼자 먼저 날아갔다</w:t>
      </w:r>
    </w:p>
    <w:p>
      <w:pPr>
        <w:ind w:left="320"/>
      </w:pPr>
      <w:r>
        <w:rPr>
          <w:rFonts w:ascii="맑은 고딕" w:hAnsi="맑은 고딕" w:eastAsia="맑은 고딕"/>
          <w:b w:val="0"/>
          <w:color w:val="4E5968"/>
          <w:sz w:val="22"/>
        </w:rPr>
        <w:t>③ 그 자리에 멈춰 있었다</w:t>
      </w:r>
    </w:p>
    <w:p>
      <w:pPr>
        <w:ind w:left="320"/>
      </w:pPr>
      <w:r>
        <w:rPr>
          <w:rFonts w:ascii="맑은 고딕" w:hAnsi="맑은 고딕" w:eastAsia="맑은 고딕"/>
          <w:b w:val="0"/>
          <w:color w:val="4E5968"/>
          <w:sz w:val="22"/>
        </w:rPr>
        <w:t>④ 위험한 산불 속에서 아기들을 두고 먹이를 찾았다</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4. </w:t>
      </w:r>
      <w:r>
        <w:rPr>
          <w:rFonts w:ascii="맑은 고딕" w:hAnsi="맑은 고딕" w:eastAsia="맑은 고딕"/>
          <w:b/>
          <w:color w:val="191F28"/>
          <w:sz w:val="23"/>
        </w:rPr>
        <w:t>엄마가 자신을 희생하면서까지 아기들을 지킨 까닭은?</w:t>
      </w:r>
    </w:p>
    <w:p>
      <w:pPr>
        <w:ind w:left="320"/>
      </w:pPr>
      <w:r>
        <w:rPr>
          <w:rFonts w:ascii="맑은 고딕" w:hAnsi="맑은 고딕" w:eastAsia="맑은 고딕"/>
          <w:b w:val="0"/>
          <w:color w:val="4E5968"/>
          <w:sz w:val="22"/>
        </w:rPr>
        <w:t>① 겁이 없어서</w:t>
      </w:r>
    </w:p>
    <w:p>
      <w:pPr>
        <w:ind w:left="320"/>
      </w:pPr>
      <w:r>
        <w:rPr>
          <w:rFonts w:ascii="맑은 고딕" w:hAnsi="맑은 고딕" w:eastAsia="맑은 고딕"/>
          <w:b w:val="0"/>
          <w:color w:val="4E5968"/>
          <w:sz w:val="22"/>
        </w:rPr>
        <w:t>② 불길에 갇혀서 도무지 도망칠 수가 없어서</w:t>
      </w:r>
    </w:p>
    <w:p>
      <w:pPr>
        <w:ind w:left="320"/>
      </w:pPr>
      <w:r>
        <w:rPr>
          <w:rFonts w:ascii="맑은 고딕" w:hAnsi="맑은 고딕" w:eastAsia="맑은 고딕"/>
          <w:b w:val="0"/>
          <w:color w:val="4E5968"/>
          <w:sz w:val="22"/>
        </w:rPr>
        <w:t>③ 자식을 사랑하는 깊은 마음 때문에</w:t>
      </w:r>
    </w:p>
    <w:p>
      <w:pPr>
        <w:ind w:left="320"/>
      </w:pPr>
      <w:r>
        <w:rPr>
          <w:rFonts w:ascii="맑은 고딕" w:hAnsi="맑은 고딕" w:eastAsia="맑은 고딕"/>
          <w:b w:val="0"/>
          <w:color w:val="4E5968"/>
          <w:sz w:val="22"/>
        </w:rPr>
        <w:t>④ 놀이가 끝나서</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이야기가 일어난 순서대로 기호를 써 보세요.</w:t>
      </w:r>
    </w:p>
    <w:p>
      <w:pPr>
        <w:ind w:left="320"/>
      </w:pPr>
      <w:r>
        <w:rPr>
          <w:rFonts w:ascii="맑은 고딕" w:hAnsi="맑은 고딕" w:eastAsia="맑은 고딕"/>
          <w:b w:val="0"/>
          <w:color w:val="333D4B"/>
          <w:sz w:val="22"/>
        </w:rPr>
        <w:t>ㄱ. 막둥이가 길을 잃어 엄마가 찾아 나선다.</w:t>
      </w:r>
    </w:p>
    <w:p>
      <w:pPr>
        <w:ind w:left="320"/>
      </w:pPr>
      <w:r>
        <w:rPr>
          <w:rFonts w:ascii="맑은 고딕" w:hAnsi="맑은 고딕" w:eastAsia="맑은 고딕"/>
          <w:b w:val="0"/>
          <w:color w:val="333D4B"/>
          <w:sz w:val="22"/>
        </w:rPr>
        <w:t>ㄴ. 엄마와 아기들이 평화롭게 지낸다.</w:t>
      </w:r>
    </w:p>
    <w:p>
      <w:pPr>
        <w:ind w:left="320"/>
      </w:pPr>
      <w:r>
        <w:rPr>
          <w:rFonts w:ascii="맑은 고딕" w:hAnsi="맑은 고딕" w:eastAsia="맑은 고딕"/>
          <w:b w:val="0"/>
          <w:color w:val="333D4B"/>
          <w:sz w:val="22"/>
        </w:rPr>
        <w:t>ㄷ. 산불이 나 함께 대피한다.</w:t>
      </w:r>
    </w:p>
    <w:p>
      <w:pPr>
        <w:ind w:left="320"/>
      </w:pPr>
      <w:r>
        <w:rPr>
          <w:rFonts w:ascii="맑은 고딕" w:hAnsi="맑은 고딕" w:eastAsia="맑은 고딕"/>
          <w:b w:val="0"/>
          <w:color w:val="333D4B"/>
          <w:sz w:val="22"/>
        </w:rPr>
        <w:t>ㄹ. 엄마가 아기들을 지키고 희생한다.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적용하기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이야기가 산불을 보여 준 것이 우리에게 주는 교훈으로 알맞은 것은?</w:t>
      </w:r>
    </w:p>
    <w:p>
      <w:pPr>
        <w:ind w:left="320"/>
      </w:pPr>
      <w:r>
        <w:rPr>
          <w:rFonts w:ascii="맑은 고딕" w:hAnsi="맑은 고딕" w:eastAsia="맑은 고딕"/>
          <w:b w:val="0"/>
          <w:color w:val="4E5968"/>
          <w:sz w:val="22"/>
        </w:rPr>
        <w:t>① 산은 위험하니 절대 가면 안 된다는 것</w:t>
      </w:r>
    </w:p>
    <w:p>
      <w:pPr>
        <w:ind w:left="320"/>
      </w:pPr>
      <w:r>
        <w:rPr>
          <w:rFonts w:ascii="맑은 고딕" w:hAnsi="맑은 고딕" w:eastAsia="맑은 고딕"/>
          <w:b w:val="0"/>
          <w:color w:val="4E5968"/>
          <w:sz w:val="22"/>
        </w:rPr>
        <w:t>② 산불은 위험하니 불조심을 해야 한다</w:t>
      </w:r>
    </w:p>
    <w:p>
      <w:pPr>
        <w:ind w:left="320"/>
      </w:pPr>
      <w:r>
        <w:rPr>
          <w:rFonts w:ascii="맑은 고딕" w:hAnsi="맑은 고딕" w:eastAsia="맑은 고딕"/>
          <w:b w:val="0"/>
          <w:color w:val="4E5968"/>
          <w:sz w:val="22"/>
        </w:rPr>
        <w:t>③ 동물은 위험하다</w:t>
      </w:r>
    </w:p>
    <w:p>
      <w:pPr>
        <w:ind w:left="320"/>
      </w:pPr>
      <w:r>
        <w:rPr>
          <w:rFonts w:ascii="맑은 고딕" w:hAnsi="맑은 고딕" w:eastAsia="맑은 고딕"/>
          <w:b w:val="0"/>
          <w:color w:val="4E5968"/>
          <w:sz w:val="22"/>
        </w:rPr>
        <w:t>④ 숲은 필요 없다</w:t>
      </w:r>
    </w:p>
    <w:p>
      <w:pPr>
        <w:spacing w:before="240"/>
      </w:pPr>
      <w:r>
        <w:rPr>
          <w:rFonts w:ascii="맑은 고딕" w:hAnsi="맑은 고딕" w:eastAsia="맑은 고딕"/>
          <w:b/>
          <w:color w:val="8B95A1"/>
          <w:sz w:val="17"/>
        </w:rPr>
        <w:t xml:space="preserve">  해석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엄마 까투리의 사랑을 가장 잘 보여 주는 장면은?</w:t>
      </w:r>
    </w:p>
    <w:p>
      <w:pPr>
        <w:ind w:left="320"/>
      </w:pPr>
      <w:r>
        <w:rPr>
          <w:rFonts w:ascii="맑은 고딕" w:hAnsi="맑은 고딕" w:eastAsia="맑은 고딕"/>
          <w:b w:val="0"/>
          <w:color w:val="4E5968"/>
          <w:sz w:val="22"/>
        </w:rPr>
        <w:t>① 아기들에게 먹일 벌레를 부지런히 잡아 온 것</w:t>
      </w:r>
    </w:p>
    <w:p>
      <w:pPr>
        <w:ind w:left="320"/>
      </w:pPr>
      <w:r>
        <w:rPr>
          <w:rFonts w:ascii="맑은 고딕" w:hAnsi="맑은 고딕" w:eastAsia="맑은 고딕"/>
          <w:b w:val="0"/>
          <w:color w:val="4E5968"/>
          <w:sz w:val="22"/>
        </w:rPr>
        <w:t>② 노래를 부른 것</w:t>
      </w:r>
    </w:p>
    <w:p>
      <w:pPr>
        <w:ind w:left="320"/>
      </w:pPr>
      <w:r>
        <w:rPr>
          <w:rFonts w:ascii="맑은 고딕" w:hAnsi="맑은 고딕" w:eastAsia="맑은 고딕"/>
          <w:b w:val="0"/>
          <w:color w:val="4E5968"/>
          <w:sz w:val="22"/>
        </w:rPr>
        <w:t>③ 구름을 본 것</w:t>
      </w:r>
    </w:p>
    <w:p>
      <w:pPr>
        <w:ind w:left="320"/>
      </w:pPr>
      <w:r>
        <w:rPr>
          <w:rFonts w:ascii="맑은 고딕" w:hAnsi="맑은 고딕" w:eastAsia="맑은 고딕"/>
          <w:b w:val="0"/>
          <w:color w:val="4E5968"/>
          <w:sz w:val="22"/>
        </w:rPr>
        <w:t>④ 위험 속에서도 아기들을 먼저 지킨 것</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이 이야기가 전하려는 바로 가장 알맞은 것은?</w:t>
      </w:r>
    </w:p>
    <w:p>
      <w:pPr>
        <w:ind w:left="320"/>
      </w:pPr>
      <w:r>
        <w:rPr>
          <w:rFonts w:ascii="맑은 고딕" w:hAnsi="맑은 고딕" w:eastAsia="맑은 고딕"/>
          <w:b w:val="0"/>
          <w:color w:val="4E5968"/>
          <w:sz w:val="22"/>
        </w:rPr>
        <w:t>① 부모의 숭고한 사랑과 생명의 소중함</w:t>
      </w:r>
    </w:p>
    <w:p>
      <w:pPr>
        <w:ind w:left="320"/>
      </w:pPr>
      <w:r>
        <w:rPr>
          <w:rFonts w:ascii="맑은 고딕" w:hAnsi="맑은 고딕" w:eastAsia="맑은 고딕"/>
          <w:b w:val="0"/>
          <w:color w:val="4E5968"/>
          <w:sz w:val="22"/>
        </w:rPr>
        <w:t>② 놀이의 즐거움</w:t>
      </w:r>
    </w:p>
    <w:p>
      <w:pPr>
        <w:ind w:left="320"/>
      </w:pPr>
      <w:r>
        <w:rPr>
          <w:rFonts w:ascii="맑은 고딕" w:hAnsi="맑은 고딕" w:eastAsia="맑은 고딕"/>
          <w:b w:val="0"/>
          <w:color w:val="4E5968"/>
          <w:sz w:val="22"/>
        </w:rPr>
        <w:t>③ 외딴 산속에서의 불편하고 고단한 생활</w:t>
      </w:r>
    </w:p>
    <w:p>
      <w:pPr>
        <w:ind w:left="320"/>
      </w:pPr>
      <w:r>
        <w:rPr>
          <w:rFonts w:ascii="맑은 고딕" w:hAnsi="맑은 고딕" w:eastAsia="맑은 고딕"/>
          <w:b w:val="0"/>
          <w:color w:val="4E5968"/>
          <w:sz w:val="22"/>
        </w:rPr>
        <w:t>④ 혼자 사는 법</w:t>
      </w:r>
    </w:p>
    <w:p>
      <w:pPr>
        <w:spacing w:before="240"/>
      </w:pPr>
      <w:r>
        <w:rPr>
          <w:rFonts w:ascii="맑은 고딕" w:hAnsi="맑은 고딕" w:eastAsia="맑은 고딕"/>
          <w:b/>
          <w:color w:val="8B95A1"/>
          <w:sz w:val="17"/>
        </w:rPr>
        <w:t xml:space="preserve">  공감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산불 속에서 아기들을 지킨 엄마 까투리의 마음이 어떠했을지 헤아려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엄마 까투리의 사랑을 떠올리며, 부모님(가족)의 사랑에 보답할 수 있는 일을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[저학년] 엄마 까투리의 사랑</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꿩</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③ 벌레가 아플까 봐</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① 학교 놀이</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② 산불</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④ 함께 학교 놀이로 무서움을 잊게 함</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자신을 던져 아기들을 지켰다</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막둥이</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④ 엄마의 큰 사랑과 생명의 소중함</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엄마 까투리-꿩 엄마 / 산불-숲의 위험 / 막둥이-고운 막내</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엄마 까투리처럼 늘 저를 지켜 주고 사랑해 주셔서 감사합니다. 저도 부모님을 사랑해요. · (평가) 부모님께 감사하는 마음을 표현했는지 봐 주세요.</w:t>
      </w:r>
    </w:p>
    <w:p>
      <w:r>
        <w:br w:type="page"/>
      </w:r>
    </w:p>
    <w:p>
      <w:pPr>
        <w:spacing w:before="160"/>
      </w:pPr>
      <w:r>
        <w:rPr>
          <w:rFonts w:ascii="맑은 고딕" w:hAnsi="맑은 고딕" w:eastAsia="맑은 고딕"/>
          <w:b/>
          <w:color w:val="2272EB"/>
          <w:sz w:val="26"/>
        </w:rPr>
        <w:t>[중학년] 숲속의 깊은 사랑</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② 작은 생명도 아끼는 고운 마음</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④ 함께 놀며 무서움을 잊게 하려고</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① 나갈 길을 찾으며 끝까지 지켰다</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③ 자식을 사랑하는 깊은 마음 때문에</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ㄷ → ㄹ</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산불은 위험하니 불조심을 해야 한다</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④ 위험 속에서도 아기들을 먼저 지킨 것</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① 부모의 숭고한 사랑과 생명의 소중함</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자신이 위험해도 아기들만은 꼭 살려야 한다는 절박하고 깊은 사랑의 마음이었을 것이다. · (평가) 엄마의 마음에 공감해 표현했는지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부모님 말씀을 잘 듣고 감사 인사를 자주 드리며, 집안일을 돕는 등 작은 일부터 사랑에 보답하겠다. · (평가) 사랑에 보답하는 실천을 구체적으로 적었는지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