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작지만 행복한 우리 학교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전교생이 단 5명뿐인 강원도 오색분교. 폐교 위기의 작은 학교를 김기훈 선생님은 정성으로 되살린다. 경쟁보다 자연 속에서 서로 챙기며 저마다의 꿈을 키워 가는 아이들. 작은 학교가 가장 행복한 학교가 된 따뜻한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오색분교의 가장 큰 특징으로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전교생이 5명뿐인 작은 학교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전교생이 무려 천 명이 넘는 학교다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도시 한복판에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중학생이 다니는 학교다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학부모들이 아이를 오색분교로 전학 보낸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학비가 단 한 푼도 들지 않기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자연 속에서 다양한 체험을 바라서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집에서 가장 가까워서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전국에서 가장 유명해서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한 교실에서 서로 다른 여러 학년을 한 선생님이 함께 가르치는 학급을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단일학급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특수학급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복식학급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방과후학급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작은 학교의 장점을 살린 수업 방식으로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학년 상관없이 모두 똑같은 진도로만 수업한다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수업 대신 자습만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시험만 계속 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태블릿으로 수준에 맞춰 가르친다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아이들이 학교에서 특히 좋아한 것으로 나온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맛있는 급식과 다양한 체험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아주 넓은 운동장 단 하나뿐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비싼 교복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큰 도서관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폐교 위기의 학교가 달라진 과정을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선생님이 학교를 다섯 빛깔로 예쁘게 도색한다.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학생이 줄어 학교가 폐교 위기에 놓인다.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강현·태견 같은 친구들이 전학을 온다.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AI·메타버스·드론 등 새로운 교육을 도입한다.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태견이가 동생 연서를 챙기는 모습에서 알 수 있는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둘은 사이가 아주 나쁘고 자주 다툰다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서로를 가족처럼 아끼며 지낸다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늘 경쟁만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서로 모른 척한다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폐교 위기의 학교를 되살리려 애쓴 김기훈 선생님의 모습에서 배울 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학교는 무조건 크고 화려해야 좋다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노력은 대부분 소용이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정성을 들이면 바꿀 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어려운 일은 피하는 게 낫다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오색분교처럼, 우리 반(또는 학교)만의 자랑거리·좋은 점을 한 가지 찾아 그 까닭과 함께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나를 위해 애쓰시는 선생님께 전하고 싶은 감사의 마음을 짧은 글로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작은 학교가 알려 준 것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전교생이 단 5명뿐인 강원도 오색분교. 폐교 위기의 작은 학교를 김기훈 선생님은 정성으로 되살린다. 경쟁보다 자연 속에서 서로 챙기며 저마다의 꿈을 키워 가는 아이들. 작은 학교가 가장 행복한 학교가 된 따뜻한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파악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오색분교가 보여 주는 '작은 학교의 가치'로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맞춤 교육과 서로 챙김이 가능하다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학생이 많아야 좋은 학교다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시설이 크고 으리으리하면 좋은 학교다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도시 학교만 좋은 교육을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어휘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도시의 큰 학교에서 흔히 겪는, 서로 이기려고 다투는 분위기를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협동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경쟁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양보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여러 학년을 동시에 맡은 선생님이 쓴 수업 방법으로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모든 학년을 한꺼번에 똑같은 내용으로 가르친다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고학년만 가르치고 저학년은 늘 자습시킨다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예습과 직접 수업을 번갈아 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수업을 녹화만 해서 틀어 준다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'아이들이 결석하기 싫어서 운다'는 말이 보여 주는 것으로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학교가 무섭고 가기 싫다는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공부가 너무너무 쉬워서 심심하다는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급식만 맛있다는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학교가 즐겁고 행복을 느끼는 곳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강현(유해발굴단)과 태견(철도기관사)의 꿈에서 알 수 있는 점으로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저마다 구체적인 꿈을 키운다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두 사람의 꿈이 똑같다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아직 꿈이 전혀 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부모님이 대신 정해 준 꿈이다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학교가 달라진 과정을 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새로운 교육과정으로 전학생이 늘어난다.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학생 감소로 학교가 폐교 위기를 맞는다.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선생님이 도색·AI·드론 등으로 학교를 바꾼다.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아이들이 가장 행복하게 다니는 학교가 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선생님이 떠나는 것을 아이들이 진심으로 아쉬워하는 모습이 전하는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선생님이 무서워 빨리 가길 바라는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선생님과 학생의 따뜻한 신뢰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공부가 싫다는 마음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학교를 떠나고 싶은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'경쟁 중심의 큰 학교'와 '오색분교'를 비교해, 학교에서 정말 중요한 것은 무엇일지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김기훈 선생님처럼 누군가를 위해 묵묵히 애쓰는 '헌신'이 왜 값진지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심화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강현·태견이처럼 내가 좋아하는 것에서 꿈을 찾는다면, 어떤 꿈을 어떻게 이루고 싶은지 구체적으로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작지만 행복한 우리 학교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전교생이 5명뿐인 작은 학교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자연 속에서 다양한 체험을 바라서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복식학급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태블릿으로 수준에 맞춰 가르친다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맛있는 급식과 다양한 체험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서로를 가족처럼 아끼며 지낸다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정성을 들이면 바꿀 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우리 반은 사이가 좋아 모둠 활동을 할 때 서로 잘 도와준다. 그래서 어려운 일도 함께 해내 즐겁다. · (평가) 구체적 자랑거리와 까닭을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"늘 우리를 위해 재미있는 수업을 준비해 주셔서 감사합니다. 덕분에 학교 오는 게 즐거워요." · (평가) 감사의 마음을 진심으로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작은 학교가 알려 준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맞춤 교육과 서로 챙김이 가능하다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경쟁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예습과 직접 수업을 번갈아 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학교가 즐겁고 행복을 느끼는 곳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저마다 구체적인 꿈을 키운다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ㄴ → ㄷ → ㄱ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선생님과 학생의 따뜻한 신뢰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[예시] 성적과 경쟁도 있지만, 한 사람 한 사람이 존중받고 서로 아끼며 행복하게 배우는 것이 더 중요하다고 생각한다. 오색분교가 그것을 보여 준다. · (평가) 경쟁과 행복·존중을 견주어 자기 생각을 밝혔는지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자신의 이익을 바라지 않고 정성을 쏟아 다른 사람의 삶을 바꾸고, 그 마음이 받은 사람에게 오래 남아 또 다른 사랑으로 이어지기 때문이다. · (평가) 헌신의 의미·가치를 자기 말로 전개했는지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나는 그림 그리기를 좋아해서 사람들에게 위로를 주는 그림책 작가가 되고 싶다. 매일 조금씩 그림을 그리며 꿈을 키우겠다. · (평가) 좋아하는 것과 연결한 구체적 꿈을 밝혔는지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