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맑은 고딕" w:hAnsi="맑은 고딕" w:eastAsia="맑은 고딕"/>
          <w:b/>
          <w:color w:val="2272EB"/>
          <w:sz w:val="19"/>
        </w:rPr>
        <w:t xml:space="preserve">[초등 고학년용] </w:t>
      </w:r>
    </w:p>
    <w:p>
      <w:r>
        <w:rPr>
          <w:rFonts w:ascii="맑은 고딕" w:hAnsi="맑은 고딕" w:eastAsia="맑은 고딕"/>
          <w:b/>
          <w:color w:val="191F28"/>
          <w:sz w:val="36"/>
        </w:rPr>
        <w:t>기억해야 할 영웅들</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이름 모를 산야에 묻힌 전사자 유해를 찾아 조국의 품으로 모시는 국방부 유해발굴감식단, 형제를 평생 그리워하며 현충원을 찾은 6.25 유가족, 그리고 22개국 한국전쟁 참전용사를 직접 찾아가 사진으로 기록하는 라미 작가. 나라를 지킨 영웅들을 잊지 않고 기억하는 보훈의 가치와 평화의 소중함을 일깨우는 이야기.</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1. </w:t>
      </w:r>
      <w:r>
        <w:rPr>
          <w:rFonts w:ascii="맑은 고딕" w:hAnsi="맑은 고딕" w:eastAsia="맑은 고딕"/>
          <w:b/>
          <w:color w:val="191F28"/>
          <w:sz w:val="23"/>
        </w:rPr>
        <w:t>국방부 유해발굴감식단이 하는 일은 무엇인가요?</w:t>
      </w:r>
    </w:p>
    <w:p>
      <w:pPr>
        <w:ind w:left="320"/>
      </w:pPr>
      <w:r>
        <w:rPr>
          <w:rFonts w:ascii="맑은 고딕" w:hAnsi="맑은 고딕" w:eastAsia="맑은 고딕"/>
          <w:b w:val="0"/>
          <w:color w:val="4E5968"/>
          <w:sz w:val="22"/>
        </w:rPr>
        <w:t>① 전사한 호국영웅의 유해를 찾아 현충원에 모신다</w:t>
      </w:r>
    </w:p>
    <w:p>
      <w:pPr>
        <w:ind w:left="320"/>
      </w:pPr>
      <w:r>
        <w:rPr>
          <w:rFonts w:ascii="맑은 고딕" w:hAnsi="맑은 고딕" w:eastAsia="맑은 고딕"/>
          <w:b w:val="0"/>
          <w:color w:val="4E5968"/>
          <w:sz w:val="22"/>
        </w:rPr>
        <w:t>② 참전용사를 직접 찾아가 사진으로 기록해 전달한다</w:t>
      </w:r>
    </w:p>
    <w:p>
      <w:pPr>
        <w:ind w:left="320"/>
      </w:pPr>
      <w:r>
        <w:rPr>
          <w:rFonts w:ascii="맑은 고딕" w:hAnsi="맑은 고딕" w:eastAsia="맑은 고딕"/>
          <w:b w:val="0"/>
          <w:color w:val="4E5968"/>
          <w:sz w:val="22"/>
        </w:rPr>
        <w:t>③ 현충원을 찾는 유가족에게 위로금을 전달한다</w:t>
      </w:r>
    </w:p>
    <w:p>
      <w:pPr>
        <w:ind w:left="320"/>
      </w:pPr>
      <w:r>
        <w:rPr>
          <w:rFonts w:ascii="맑은 고딕" w:hAnsi="맑은 고딕" w:eastAsia="맑은 고딕"/>
          <w:b w:val="0"/>
          <w:color w:val="4E5968"/>
          <w:sz w:val="22"/>
        </w:rPr>
        <w:t>④ 옛 전쟁터를 관광지로 꾸며 사람들에게 안내한다</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2. </w:t>
      </w:r>
      <w:r>
        <w:rPr>
          <w:rFonts w:ascii="맑은 고딕" w:hAnsi="맑은 고딕" w:eastAsia="맑은 고딕"/>
          <w:b/>
          <w:color w:val="191F28"/>
          <w:sz w:val="23"/>
        </w:rPr>
        <w:t>발굴한 유해의 신원을 확인하는 방법으로 알맞은 것은?</w:t>
      </w:r>
    </w:p>
    <w:p>
      <w:pPr>
        <w:ind w:left="320"/>
      </w:pPr>
      <w:r>
        <w:rPr>
          <w:rFonts w:ascii="맑은 고딕" w:hAnsi="맑은 고딕" w:eastAsia="맑은 고딕"/>
          <w:b w:val="0"/>
          <w:color w:val="4E5968"/>
          <w:sz w:val="22"/>
        </w:rPr>
        <w:t>① 발굴된 유품에 남은 이름만으로 곧바로 확인한다</w:t>
      </w:r>
    </w:p>
    <w:p>
      <w:pPr>
        <w:ind w:left="320"/>
      </w:pPr>
      <w:r>
        <w:rPr>
          <w:rFonts w:ascii="맑은 고딕" w:hAnsi="맑은 고딕" w:eastAsia="맑은 고딕"/>
          <w:b w:val="0"/>
          <w:color w:val="4E5968"/>
          <w:sz w:val="22"/>
        </w:rPr>
        <w:t>② 유가족의 DNA와 대조해 확인한다</w:t>
      </w:r>
    </w:p>
    <w:p>
      <w:pPr>
        <w:ind w:left="320"/>
      </w:pPr>
      <w:r>
        <w:rPr>
          <w:rFonts w:ascii="맑은 고딕" w:hAnsi="맑은 고딕" w:eastAsia="맑은 고딕"/>
          <w:b w:val="0"/>
          <w:color w:val="4E5968"/>
          <w:sz w:val="22"/>
        </w:rPr>
        <w:t>③ 유해가 발견된 지역의 위치를 보고 판단한다</w:t>
      </w:r>
    </w:p>
    <w:p>
      <w:pPr>
        <w:ind w:left="320"/>
      </w:pPr>
      <w:r>
        <w:rPr>
          <w:rFonts w:ascii="맑은 고딕" w:hAnsi="맑은 고딕" w:eastAsia="맑은 고딕"/>
          <w:b w:val="0"/>
          <w:color w:val="4E5968"/>
          <w:sz w:val="22"/>
        </w:rPr>
        <w:t>④ 함께 나온 군번줄의 번호로 즉시 확인한다</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3. </w:t>
      </w:r>
      <w:r>
        <w:rPr>
          <w:rFonts w:ascii="맑은 고딕" w:hAnsi="맑은 고딕" w:eastAsia="맑은 고딕"/>
          <w:b/>
          <w:color w:val="191F28"/>
          <w:sz w:val="23"/>
        </w:rPr>
        <w:t>유해 발굴이 매우 어려운 까닭으로 알맞은 것은?</w:t>
      </w:r>
    </w:p>
    <w:p>
      <w:pPr>
        <w:ind w:left="320"/>
      </w:pPr>
      <w:r>
        <w:rPr>
          <w:rFonts w:ascii="맑은 고딕" w:hAnsi="맑은 고딕" w:eastAsia="맑은 고딕"/>
          <w:b w:val="0"/>
          <w:color w:val="4E5968"/>
          <w:sz w:val="22"/>
        </w:rPr>
        <w:t>① 발굴을 도울 전문 인력이 전국에 한 명도 남아 있지 않아서</w:t>
      </w:r>
    </w:p>
    <w:p>
      <w:pPr>
        <w:ind w:left="320"/>
      </w:pPr>
      <w:r>
        <w:rPr>
          <w:rFonts w:ascii="맑은 고딕" w:hAnsi="맑은 고딕" w:eastAsia="맑은 고딕"/>
          <w:b w:val="0"/>
          <w:color w:val="4E5968"/>
          <w:sz w:val="22"/>
        </w:rPr>
        <w:t>② 유가족 대부분이 발굴 자체를 원하지 않아서</w:t>
      </w:r>
    </w:p>
    <w:p>
      <w:pPr>
        <w:ind w:left="320"/>
      </w:pPr>
      <w:r>
        <w:rPr>
          <w:rFonts w:ascii="맑은 고딕" w:hAnsi="맑은 고딕" w:eastAsia="맑은 고딕"/>
          <w:b w:val="0"/>
          <w:color w:val="4E5968"/>
          <w:sz w:val="22"/>
        </w:rPr>
        <w:t>③ 뼈를 찾는 탐지 장비가 없어 증언에 의지해야 해서</w:t>
      </w:r>
    </w:p>
    <w:p>
      <w:pPr>
        <w:ind w:left="320"/>
      </w:pPr>
      <w:r>
        <w:rPr>
          <w:rFonts w:ascii="맑은 고딕" w:hAnsi="맑은 고딕" w:eastAsia="맑은 고딕"/>
          <w:b w:val="0"/>
          <w:color w:val="4E5968"/>
          <w:sz w:val="22"/>
        </w:rPr>
        <w:t>④ 당시의 전투 기록과 지도가 모두 사라져 단서가 없어서</w:t>
      </w:r>
    </w:p>
    <w:p>
      <w:pPr>
        <w:spacing w:before="240"/>
      </w:pPr>
      <w:r>
        <w:rPr>
          <w:rFonts w:ascii="맑은 고딕" w:hAnsi="맑은 고딕" w:eastAsia="맑은 고딕"/>
          <w:b/>
          <w:color w:val="8B95A1"/>
          <w:sz w:val="17"/>
        </w:rPr>
        <w:t xml:space="preserve">  추론 · 마음 읽기  </w:t>
      </w:r>
    </w:p>
    <w:p>
      <w:r>
        <w:rPr>
          <w:rFonts w:ascii="맑은 고딕" w:hAnsi="맑은 고딕" w:eastAsia="맑은 고딕"/>
          <w:b/>
          <w:color w:val="2272EB"/>
          <w:sz w:val="24"/>
        </w:rPr>
        <w:t xml:space="preserve">4. </w:t>
      </w:r>
      <w:r>
        <w:rPr>
          <w:rFonts w:ascii="맑은 고딕" w:hAnsi="맑은 고딕" w:eastAsia="맑은 고딕"/>
          <w:b/>
          <w:color w:val="191F28"/>
          <w:sz w:val="23"/>
        </w:rPr>
        <w:t>60여 년 동안 대문을 잠그지 않은 어머니의 사연이 보여 주는 것은?</w:t>
      </w:r>
    </w:p>
    <w:p>
      <w:pPr>
        <w:ind w:left="320"/>
      </w:pPr>
      <w:r>
        <w:rPr>
          <w:rFonts w:ascii="맑은 고딕" w:hAnsi="맑은 고딕" w:eastAsia="맑은 고딕"/>
          <w:b w:val="0"/>
          <w:color w:val="4E5968"/>
          <w:sz w:val="22"/>
        </w:rPr>
        <w:t>① 도둑이 들까 밤마다 늘 경계하던 불안한 마음</w:t>
      </w:r>
    </w:p>
    <w:p>
      <w:pPr>
        <w:ind w:left="320"/>
      </w:pPr>
      <w:r>
        <w:rPr>
          <w:rFonts w:ascii="맑은 고딕" w:hAnsi="맑은 고딕" w:eastAsia="맑은 고딕"/>
          <w:b w:val="0"/>
          <w:color w:val="4E5968"/>
          <w:sz w:val="22"/>
        </w:rPr>
        <w:t>② 이웃과 늘 정을 나누며 함께 살아온 따뜻한 마음</w:t>
      </w:r>
    </w:p>
    <w:p>
      <w:pPr>
        <w:ind w:left="320"/>
      </w:pPr>
      <w:r>
        <w:rPr>
          <w:rFonts w:ascii="맑은 고딕" w:hAnsi="맑은 고딕" w:eastAsia="맑은 고딕"/>
          <w:b w:val="0"/>
          <w:color w:val="4E5968"/>
          <w:sz w:val="22"/>
        </w:rPr>
        <w:t>③ 집안 구석구석을 깨끗이 가꾸려던 부지런한 마음</w:t>
      </w:r>
    </w:p>
    <w:p>
      <w:pPr>
        <w:ind w:left="320"/>
      </w:pPr>
      <w:r>
        <w:rPr>
          <w:rFonts w:ascii="맑은 고딕" w:hAnsi="맑은 고딕" w:eastAsia="맑은 고딕"/>
          <w:b w:val="0"/>
          <w:color w:val="4E5968"/>
          <w:sz w:val="22"/>
        </w:rPr>
        <w:t>④ 전사한 아들이 돌아올까 기다린 애타는 마음</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호국영웅을 모시는 과정을 순서대로 기호를 써 보세요.</w:t>
      </w:r>
    </w:p>
    <w:p>
      <w:pPr>
        <w:ind w:left="320"/>
      </w:pPr>
      <w:r>
        <w:rPr>
          <w:rFonts w:ascii="맑은 고딕" w:hAnsi="맑은 고딕" w:eastAsia="맑은 고딕"/>
          <w:b w:val="0"/>
          <w:color w:val="333D4B"/>
          <w:sz w:val="22"/>
        </w:rPr>
        <w:t>ㄱ. 발굴한 유해를 유가족 DNA와 대조해 신원을 확인한다.</w:t>
      </w:r>
    </w:p>
    <w:p>
      <w:pPr>
        <w:ind w:left="320"/>
      </w:pPr>
      <w:r>
        <w:rPr>
          <w:rFonts w:ascii="맑은 고딕" w:hAnsi="맑은 고딕" w:eastAsia="맑은 고딕"/>
          <w:b w:val="0"/>
          <w:color w:val="333D4B"/>
          <w:sz w:val="22"/>
        </w:rPr>
        <w:t>ㄴ. 참전용사·지역 주민의 증언을 모은다.</w:t>
      </w:r>
    </w:p>
    <w:p>
      <w:pPr>
        <w:ind w:left="320"/>
      </w:pPr>
      <w:r>
        <w:rPr>
          <w:rFonts w:ascii="맑은 고딕" w:hAnsi="맑은 고딕" w:eastAsia="맑은 고딕"/>
          <w:b w:val="0"/>
          <w:color w:val="333D4B"/>
          <w:sz w:val="22"/>
        </w:rPr>
        <w:t>ㄷ. 신원이 확인된 호국영웅을 국립현충원에 안장한다.</w:t>
      </w:r>
    </w:p>
    <w:p>
      <w:pPr>
        <w:ind w:left="320"/>
      </w:pPr>
      <w:r>
        <w:rPr>
          <w:rFonts w:ascii="맑은 고딕" w:hAnsi="맑은 고딕" w:eastAsia="맑은 고딕"/>
          <w:b w:val="0"/>
          <w:color w:val="333D4B"/>
          <w:sz w:val="22"/>
        </w:rPr>
        <w:t>ㄹ. 정밀 탐사로 전투가 있었던 장소를 확정한다.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6. </w:t>
      </w:r>
      <w:r>
        <w:rPr>
          <w:rFonts w:ascii="맑은 고딕" w:hAnsi="맑은 고딕" w:eastAsia="맑은 고딕"/>
          <w:b/>
          <w:color w:val="191F28"/>
          <w:sz w:val="23"/>
        </w:rPr>
        <w:t>사진작가 '라미 작가'가 하는 일은 무엇인가요?</w:t>
      </w:r>
    </w:p>
    <w:p>
      <w:pPr>
        <w:ind w:left="320"/>
      </w:pPr>
      <w:r>
        <w:rPr>
          <w:rFonts w:ascii="맑은 고딕" w:hAnsi="맑은 고딕" w:eastAsia="맑은 고딕"/>
          <w:b w:val="0"/>
          <w:color w:val="4E5968"/>
          <w:sz w:val="22"/>
        </w:rPr>
        <w:t>① 22개국 참전용사를 찾아가 사진으로 기록한다</w:t>
      </w:r>
    </w:p>
    <w:p>
      <w:pPr>
        <w:ind w:left="320"/>
      </w:pPr>
      <w:r>
        <w:rPr>
          <w:rFonts w:ascii="맑은 고딕" w:hAnsi="맑은 고딕" w:eastAsia="맑은 고딕"/>
          <w:b w:val="0"/>
          <w:color w:val="4E5968"/>
          <w:sz w:val="22"/>
        </w:rPr>
        <w:t>② 전사자의 유해를 발굴해 현충원에 안장한다</w:t>
      </w:r>
    </w:p>
    <w:p>
      <w:pPr>
        <w:ind w:left="320"/>
      </w:pPr>
      <w:r>
        <w:rPr>
          <w:rFonts w:ascii="맑은 고딕" w:hAnsi="맑은 고딕" w:eastAsia="맑은 고딕"/>
          <w:b w:val="0"/>
          <w:color w:val="4E5968"/>
          <w:sz w:val="22"/>
        </w:rPr>
        <w:t>③ 참전용사에게 직접 훈장을 만들어 수여한다</w:t>
      </w:r>
    </w:p>
    <w:p>
      <w:pPr>
        <w:ind w:left="320"/>
      </w:pPr>
      <w:r>
        <w:rPr>
          <w:rFonts w:ascii="맑은 고딕" w:hAnsi="맑은 고딕" w:eastAsia="맑은 고딕"/>
          <w:b w:val="0"/>
          <w:color w:val="4E5968"/>
          <w:sz w:val="22"/>
        </w:rPr>
        <w:t>④ 한국전쟁을 다룬 전쟁 영화를 제작해 상영한다</w:t>
      </w:r>
    </w:p>
    <w:p>
      <w:pPr>
        <w:spacing w:before="240"/>
      </w:pPr>
      <w:r>
        <w:rPr>
          <w:rFonts w:ascii="맑은 고딕" w:hAnsi="맑은 고딕" w:eastAsia="맑은 고딕"/>
          <w:b/>
          <w:color w:val="8B95A1"/>
          <w:sz w:val="17"/>
        </w:rPr>
        <w:t xml:space="preserve">  해석 · 까닭 찾기  </w:t>
      </w:r>
    </w:p>
    <w:p>
      <w:r>
        <w:rPr>
          <w:rFonts w:ascii="맑은 고딕" w:hAnsi="맑은 고딕" w:eastAsia="맑은 고딕"/>
          <w:b/>
          <w:color w:val="2272EB"/>
          <w:sz w:val="24"/>
        </w:rPr>
        <w:t xml:space="preserve">7. </w:t>
      </w:r>
      <w:r>
        <w:rPr>
          <w:rFonts w:ascii="맑은 고딕" w:hAnsi="맑은 고딕" w:eastAsia="맑은 고딕"/>
          <w:b/>
          <w:color w:val="191F28"/>
          <w:sz w:val="23"/>
        </w:rPr>
        <w:t>참전용사들이 사진을 받고 '나를 잊지 않았구나'라고 느낀 까닭은?</w:t>
      </w:r>
    </w:p>
    <w:p>
      <w:pPr>
        <w:ind w:left="320"/>
      </w:pPr>
      <w:r>
        <w:rPr>
          <w:rFonts w:ascii="맑은 고딕" w:hAnsi="맑은 고딕" w:eastAsia="맑은 고딕"/>
          <w:b w:val="0"/>
          <w:color w:val="4E5968"/>
          <w:sz w:val="22"/>
        </w:rPr>
        <w:t>① 작가의 사진 솜씨가 매우 뛰어나서</w:t>
      </w:r>
    </w:p>
    <w:p>
      <w:pPr>
        <w:ind w:left="320"/>
      </w:pPr>
      <w:r>
        <w:rPr>
          <w:rFonts w:ascii="맑은 고딕" w:hAnsi="맑은 고딕" w:eastAsia="맑은 고딕"/>
          <w:b w:val="0"/>
          <w:color w:val="4E5968"/>
          <w:sz w:val="22"/>
        </w:rPr>
        <w:t>② 선물로 받은 액자가 무척 값비싸 보여서</w:t>
      </w:r>
    </w:p>
    <w:p>
      <w:pPr>
        <w:ind w:left="320"/>
      </w:pPr>
      <w:r>
        <w:rPr>
          <w:rFonts w:ascii="맑은 고딕" w:hAnsi="맑은 고딕" w:eastAsia="맑은 고딕"/>
          <w:b w:val="0"/>
          <w:color w:val="4E5968"/>
          <w:sz w:val="22"/>
        </w:rPr>
        <w:t>③ 잊혀진 전쟁의 영웅인 자신을 기억해 줘서</w:t>
      </w:r>
    </w:p>
    <w:p>
      <w:pPr>
        <w:ind w:left="320"/>
      </w:pPr>
      <w:r>
        <w:rPr>
          <w:rFonts w:ascii="맑은 고딕" w:hAnsi="맑은 고딕" w:eastAsia="맑은 고딕"/>
          <w:b w:val="0"/>
          <w:color w:val="4E5968"/>
          <w:sz w:val="22"/>
        </w:rPr>
        <w:t>④ 오랜만에 고향의 옛 친구들을 다시 만나서</w:t>
      </w:r>
    </w:p>
    <w:p>
      <w:pPr>
        <w:spacing w:before="240"/>
      </w:pPr>
      <w:r>
        <w:rPr>
          <w:rFonts w:ascii="맑은 고딕" w:hAnsi="맑은 고딕" w:eastAsia="맑은 고딕"/>
          <w:b/>
          <w:color w:val="8B95A1"/>
          <w:sz w:val="17"/>
        </w:rPr>
        <w:t xml:space="preserve">  종합 · 주제 파악  </w:t>
      </w:r>
    </w:p>
    <w:p>
      <w:r>
        <w:rPr>
          <w:rFonts w:ascii="맑은 고딕" w:hAnsi="맑은 고딕" w:eastAsia="맑은 고딕"/>
          <w:b/>
          <w:color w:val="2272EB"/>
          <w:sz w:val="24"/>
        </w:rPr>
        <w:t xml:space="preserve">8. </w:t>
      </w:r>
      <w:r>
        <w:rPr>
          <w:rFonts w:ascii="맑은 고딕" w:hAnsi="맑은 고딕" w:eastAsia="맑은 고딕"/>
          <w:b/>
          <w:color w:val="191F28"/>
          <w:sz w:val="23"/>
        </w:rPr>
        <w:t>이 영상이 전하려는 것으로 가장 알맞은 것은?</w:t>
      </w:r>
    </w:p>
    <w:p>
      <w:pPr>
        <w:ind w:left="320"/>
      </w:pPr>
      <w:r>
        <w:rPr>
          <w:rFonts w:ascii="맑은 고딕" w:hAnsi="맑은 고딕" w:eastAsia="맑은 고딕"/>
          <w:b w:val="0"/>
          <w:color w:val="4E5968"/>
          <w:sz w:val="22"/>
        </w:rPr>
        <w:t>① 전쟁에 쓰인 무기를 잘 보존하자는 것</w:t>
      </w:r>
    </w:p>
    <w:p>
      <w:pPr>
        <w:ind w:left="320"/>
      </w:pPr>
      <w:r>
        <w:rPr>
          <w:rFonts w:ascii="맑은 고딕" w:hAnsi="맑은 고딕" w:eastAsia="맑은 고딕"/>
          <w:b w:val="0"/>
          <w:color w:val="4E5968"/>
          <w:sz w:val="22"/>
        </w:rPr>
        <w:t>② 나라를 지킨 영웅을 기억하고 평화를 소중히 하자는 것</w:t>
      </w:r>
    </w:p>
    <w:p>
      <w:pPr>
        <w:ind w:left="320"/>
      </w:pPr>
      <w:r>
        <w:rPr>
          <w:rFonts w:ascii="맑은 고딕" w:hAnsi="맑은 고딕" w:eastAsia="맑은 고딕"/>
          <w:b w:val="0"/>
          <w:color w:val="4E5968"/>
          <w:sz w:val="22"/>
        </w:rPr>
        <w:t>③ 사진 찍는 기술을 부지런히 배우자는 것</w:t>
      </w:r>
    </w:p>
    <w:p>
      <w:pPr>
        <w:ind w:left="320"/>
      </w:pPr>
      <w:r>
        <w:rPr>
          <w:rFonts w:ascii="맑은 고딕" w:hAnsi="맑은 고딕" w:eastAsia="맑은 고딕"/>
          <w:b w:val="0"/>
          <w:color w:val="4E5968"/>
          <w:sz w:val="22"/>
        </w:rPr>
        <w:t>④ 현충원을 관광 명소로 꾸며 더 많은 사람이 찾게 하자는 것</w:t>
      </w:r>
    </w:p>
    <w:p>
      <w:pPr>
        <w:spacing w:before="240"/>
      </w:pPr>
      <w:r>
        <w:rPr>
          <w:rFonts w:ascii="맑은 고딕" w:hAnsi="맑은 고딕" w:eastAsia="맑은 고딕"/>
          <w:b/>
          <w:color w:val="8B95A1"/>
          <w:sz w:val="17"/>
        </w:rPr>
        <w:t xml:space="preserve">  공감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형제나 자식을 전쟁에 보내고 평생 소식을 기다린 유가족에게 전하고 싶은 위로의 말을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가치 판단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나라를 지킨 호국영웅을 잊지 않고 기억하기 위해 우리가 할 수 있는 일을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191F28"/>
          <w:sz w:val="32"/>
        </w:rPr>
        <w:t>정답 및 해설 · 교사용</w:t>
      </w:r>
    </w:p>
    <w:p>
      <w:pPr>
        <w:spacing w:before="160"/>
      </w:pPr>
      <w:r>
        <w:rPr>
          <w:rFonts w:ascii="맑은 고딕" w:hAnsi="맑은 고딕" w:eastAsia="맑은 고딕"/>
          <w:b/>
          <w:color w:val="2272EB"/>
          <w:sz w:val="26"/>
        </w:rPr>
        <w:t>[고학년] 기억해야 할 영웅들</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전사한 호국영웅의 유해를 찾아 현충원에 모신다</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유가족의 DNA와 대조해 확인한다</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뼈를 찾는 탐지 장비가 없어 증언에 의지해야 해서</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전사한 아들이 돌아올까 기다린 애타는 마음</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ㄹ → ㄱ → ㄷ</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① 22개국 참전용사를 찾아가 사진으로 기록한다</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③ 잊혀진 전쟁의 영웅인 자신을 기억해 줘서</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② 나라를 지킨 영웅을 기억하고 평화를 소중히 하자는 것</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오랜 세월 그리워하며 기다리시느라 얼마나 힘드셨어요. 그분들의 희생과 가족의 아픔을 잊지 않겠습니다. · (평가) 유가족의 아픔에 공감해 진심을 담았는지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현충일의 의미를 바로 알고 묵념에 참여하며, 가까운 현충 시설을 찾아보고, 유가족의 DNA 채취 협조 같은 보훈 활동에 관심을 갖는다. · (평가) 기억·보훈의 실천을 구체적으로 적었는지 봐 주세요.</w:t>
      </w:r>
    </w:p>
    <w:sectPr w:rsidR="00FC693F" w:rsidRPr="0006063C" w:rsidSect="00034616">
      <w:pgSz w:w="11906" w:h="16838"/>
      <w:pgMar w:top="85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